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- 12 Jan 2007"</w:t>
      </w:r>
      <w:r>
        <w:br/>
      </w:r>
      <w:r>
        <w:rPr>
          <w:b w:val="0"/>
          <w:i w:val="0"/>
        </w:rPr>
        <w:br/>
        <w:t>date_original: "12 Jan 2007"</w:t>
      </w:r>
      <w:r>
        <w:br/>
      </w:r>
      <w:r>
        <w:rPr>
          <w:b w:val="0"/>
          <w:i w:val="0"/>
        </w:rPr>
        <w:br/>
        <w:t>source_url: "https://www.ourdogs.co.uk/members/breednotes/2007/RetrieverLabrador/RetrieverLabrador-jan12.htm"</w:t>
      </w:r>
      <w:r>
        <w:br/>
      </w:r>
      <w:r>
        <w:rPr>
          <w:b w:val="0"/>
          <w:i w:val="0"/>
        </w:rPr>
        <w:br/>
        <w:t>archive_type: "static_html"</w:t>
      </w:r>
      <w:r>
        <w:br/>
      </w:r>
      <w:r>
        <w:rPr>
          <w:b w:val="0"/>
          <w:i w:val="0"/>
        </w:rPr>
        <w:br/>
        <w:t>scraped_at: "2026-09-13T22:07:00"</w:t>
      </w:r>
      <w:r>
        <w:br/>
      </w:r>
      <w:r>
        <w:rPr>
          <w:b w:val="0"/>
          <w:i w:val="0"/>
        </w:rPr>
        <w:br/>
        <w:t>word_count: 1630</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North West Lab Club are the only Labrador breed club to hold all three types of show, Limited, Open and Championship. On Sunday 11th February, they will hold their Limited show, (for which CC winners are ineligible). The show will be held at Woolston Leisure Centre, Hall Road, Woolston, Warrington, WA1 4PN. This venue is conveniently situated only two minutes from the M6 motorway, J 21.</w:t>
      </w:r>
    </w:p>
    <w:p>
      <w:r>
        <w:rPr>
          <w:b w:val="0"/>
          <w:i w:val="0"/>
        </w:rPr>
        <w:t>The judge, Mrs Penny Williams, is an extremely experienced Gundog specialist, who judges the Gundog Group at Championship level and awards CCs in fourteen different gundog breeds. Penny has judged the breed at Open level for very many years. She owned a black Labrador as a child, but is famed with her husband, Gordon, for the Bournehouse English Setters of which there have been over 40 champions. They have also bred Hungarian Vizslas including two champions.</w:t>
      </w:r>
    </w:p>
    <w:p>
      <w:r>
        <w:rPr>
          <w:b w:val="0"/>
          <w:i w:val="0"/>
        </w:rPr>
        <w:t>At the show there are excellent prizes for the main show winners and there will also be a super prize- draw for one year‚s supply of Burgess Supafeed dog food.</w:t>
      </w:r>
    </w:p>
    <w:p>
      <w:r>
        <w:rPr>
          <w:b w:val="0"/>
          <w:i w:val="0"/>
        </w:rPr>
        <w:t xml:space="preserve">Entries for the show close this weekend, on 14th January. Schedules can be downloaded from www.dogshows.co.uk </w:t>
      </w:r>
      <w:hyperlink r:id="rId9">
        <w:r>
          <w:rPr>
            <w:color w:val="0563C1"/>
            <w:u w:val="single"/>
          </w:rPr>
          <w:t>http://www.dogshows.co.uk/</w:t>
        </w:r>
      </w:hyperlink>
      <w:r>
        <w:rPr>
          <w:b w:val="0"/>
          <w:i w:val="0"/>
        </w:rPr>
        <w:t xml:space="preserve"> or ring Mrs M Carney on 01942 815307 for more information.</w:t>
      </w:r>
    </w:p>
    <w:p>
      <w:r>
        <w:rPr>
          <w:b w:val="0"/>
          <w:i w:val="0"/>
        </w:rPr>
        <w:t>Congratulations to Lorraine Tooth whose yellow bitch, Ludalor Lyzabeth gained her Show Gundog Working Certificate just before Christmas. Sarah McLellan was also competing at the same working test and her two Labradors, Saranden Seducer, handled by Steve Eyeington, and Suttonpark Mystery (litter sister to Crufts BOB, Sh Ch Suttonpark Manifesto), handled by Sarah, also gained their SGWC. I gather twenty dogs ran in the trial and that 17 were successful. Well done. It was well worth getting up at 4.30am, driving through the fog and waiting to find out at 9am whether it was considered still too foggy for the shoot to even go ahead. Luckily it did, and we have 3 more Labradors with their Show Gundog Working Certificates.</w:t>
      </w:r>
    </w:p>
    <w:p>
      <w:r>
        <w:rPr>
          <w:b w:val="0"/>
          <w:i w:val="0"/>
        </w:rPr>
        <w:t>Another reminder that Breed Club Subscriptions are now due. Labrador Retriever Club - £8 single and £10 joint. Overseas Members £12 single and £15 Joint, plus £5 if outside Europe and requiring airmail rather than surface mail to be sent to the Hon Seceretary, Mr Arwyn Ellis, Llwyn, Llanstumdwy, Cricieth, Gwynedd.</w:t>
      </w:r>
    </w:p>
    <w:p>
      <w:r>
        <w:rPr>
          <w:b w:val="0"/>
          <w:i w:val="0"/>
        </w:rPr>
        <w:t>Cotswold and Wyevern LRC - Single £4.50, Joint £6.50, payable to Cotswold and Wyevern Labrador Retriever Club to be sent to Mr K Gawthorpe, Hon Secretary, Willerby Longcross Kennels, Longcross Road, Chertsey, Surrey KT16 0DN</w:t>
      </w:r>
    </w:p>
    <w:p>
      <w:r>
        <w:rPr>
          <w:b w:val="0"/>
          <w:i w:val="0"/>
        </w:rPr>
        <w:t>West of England LRC - £8 Single, £10 joint, Overseas £12 single, £15 joint (inclusive of airmail to Europe). Outside Europe add £5 per subscription to cover mailing costs ie £17 single and £20joint. Subscriptions should be sent to Mrs J Edgar, 132 Kenn Road, Clevedon, North Somerset, BS21 6JE</w:t>
      </w:r>
    </w:p>
    <w:p>
      <w:r>
        <w:rPr>
          <w:b w:val="0"/>
          <w:i w:val="0"/>
        </w:rPr>
        <w:t>Three Ridings Labrador Club - £5.50 Single and £7.00 Joint, to be sent to Mrs P Gill, 77 Cross Green, Otley, W Yorks LS21 1HE. Please note the single annual subscription for Three Ridings Labrador Club is £5.50 and not as previously printed.</w:t>
      </w:r>
    </w:p>
    <w:p>
      <w:r>
        <w:rPr>
          <w:b w:val="0"/>
          <w:i w:val="0"/>
        </w:rPr>
        <w:t>Midland Counties LRC sub is £8 Single and £10 Joint, Gamekeepers £2. Joining Fee £5 to be sent to Secretary, Mrs J Lewis, Laithe Gouse, Dobb Top Road, Holmbridge, Holmfirth HD9 2PQ</w:t>
      </w:r>
      <w:r>
        <w:br/>
      </w:r>
      <w:r>
        <w:rPr>
          <w:b w:val="0"/>
          <w:i w:val="0"/>
        </w:rPr>
        <w:br/>
        <w:t>Labrador Retriever Club of Wales £5.00 Single, £8.00 Joint, £1.50 Junior. To be sent to Mrs M Barker, Haulwen, Church Lane, Nantgarw, Cardiff CF15 7TQ</w:t>
      </w:r>
    </w:p>
    <w:p>
      <w:r>
        <w:rPr>
          <w:b w:val="0"/>
          <w:i w:val="0"/>
        </w:rPr>
        <w:t>We are into the New Year now and it is time for my usual review of the results of the previous show season. Over the next few weeks I shall cover the details of the new champions, the CC winning Dogs and the CC winning bitches of 2006; the winning puppies and JW winners.</w:t>
      </w:r>
      <w:r>
        <w:br/>
      </w:r>
      <w:r>
        <w:rPr>
          <w:b w:val="0"/>
          <w:i w:val="0"/>
        </w:rPr>
        <w:br/>
        <w:t>In 2005 from nearly 46,000 Labradors registered, there were only four dogs and seven bitches made up in the show-ring during the year; in 2006, there were just two more; a total of 13 champions.</w:t>
      </w:r>
    </w:p>
    <w:p>
      <w:r>
        <w:rPr>
          <w:b w:val="0"/>
          <w:i w:val="0"/>
        </w:rPr>
        <w:t>There were 5 dogs and 8 Bitches made up in 2006; one chocolate, three blacks and 9 yellows.</w:t>
      </w:r>
      <w:r>
        <w:br/>
      </w:r>
      <w:r>
        <w:rPr>
          <w:b w:val="0"/>
          <w:i w:val="0"/>
        </w:rPr>
        <w:br/>
        <w:t>This week I will deal with the Male Labrador Champions, listed in the order that they gained their titles in 2006, they are as follows:-</w:t>
      </w:r>
      <w:r>
        <w:br/>
      </w:r>
      <w:r>
        <w:rPr>
          <w:b w:val="0"/>
          <w:i w:val="0"/>
        </w:rPr>
        <w:br/>
        <w:t>Dog Champions.</w:t>
      </w:r>
    </w:p>
    <w:p>
      <w:r>
        <w:rPr>
          <w:b w:val="0"/>
          <w:i w:val="0"/>
        </w:rPr>
        <w:t>There was one chocolate dog, two black dogs and two yellow dogs made up; all home bred.</w:t>
      </w:r>
      <w:r>
        <w:br/>
      </w:r>
      <w:r>
        <w:rPr>
          <w:b w:val="0"/>
          <w:i w:val="0"/>
        </w:rPr>
        <w:br/>
        <w:t>First to be made up was Brian and Trish Parrott’s 4year old chocolate, Lougin Loomis (Balnova Flower Pot Man x Lougin Lucianna). Very few chocolate Labradors are made up; it is not an easy task. Born in December 2001, Loomis was made up at Manchester in January 2006, under David Coode and went Best of Breed. His previous CCs were awarded by Ann Britton ˆ City of Birmingham 04 and Carole Coode - Windsor 05</w:t>
      </w:r>
    </w:p>
    <w:p>
      <w:r>
        <w:rPr>
          <w:b w:val="0"/>
          <w:i w:val="0"/>
        </w:rPr>
        <w:t>Lynda and Derek Miles black, Llanstinan Llewelyn JW born in October 2002, (Rockabee Blue Peter of Sandylands x Susan Said So of Llanstinan), was made up in April at Midland Counties Labrador Club 2006 under Mrs Rosemary Hewitt. Best Puppy in Show at United Retriever Ch Show 2003 under Meriel Hathaway, he won consistently well, winning through all the classes into Open before he was made up. His other CCs came from Mrs M Peremain at Southern Counties 04 , and Mr Barry J Rooth at WELKS 05</w:t>
      </w:r>
    </w:p>
    <w:p>
      <w:r>
        <w:rPr>
          <w:b w:val="0"/>
          <w:i w:val="0"/>
        </w:rPr>
        <w:t>Mrs Whitfield‚s black, Castleduff Radical Jack, born September 2001, (Sh Ch Rocheby Whisky Mac x Castleduff Flashdance ), was made up at WELKS 2006 under Peter Taylor. His other CCs were from Tony Floyd at Leeds 05 and Brenda Taylor judging Labs at CC level for the first time at Driffield 05</w:t>
      </w:r>
    </w:p>
    <w:p>
      <w:r>
        <w:rPr>
          <w:b w:val="0"/>
          <w:i w:val="0"/>
        </w:rPr>
        <w:t>Michael Neachell,‚s yellow, Suttonpark Manifesto JW born in March 2004, (Ch Saranden Saboteur x Mileoak Cranberry for Suttonpark), was made up at East Of England Ag. Society 2006 under Margaret Coddington. He has given his owner, Michael, and handler Judy, some wonderful memories to look back on, timing his first CC to when the BBC TV cameras of Crufts were upon him, winning under Marlene Hepper at Crufts 06 and later BOB under the Crufts co judge Jim Nolan. His second CC came from Jean Allen at the National Dog Show, Birmingham - 06 and he was made up just a few weeks later.</w:t>
      </w:r>
    </w:p>
    <w:p>
      <w:r>
        <w:rPr>
          <w:b w:val="0"/>
          <w:i w:val="0"/>
        </w:rPr>
        <w:t>Marion and David Hopkinson’s yellow, top winning Labrador of 2006, Silver Suede over Rocheby, (Ahti Aspen of Finnwoods x Bridgeford Chrystal Clear), was born in February 2005 and made up with BOB at SKC 2006 under Karl Gawthorpe. He has had a sparkling career including Best Puppy in Show at the Yellow Labrador Club in 2005 under Shaun Williamson and Ann Britton.</w:t>
      </w:r>
    </w:p>
    <w:p>
      <w:r>
        <w:rPr>
          <w:b w:val="0"/>
          <w:i w:val="0"/>
        </w:rPr>
        <w:t>His previous CCs were awarded by Gary Johnson at Windsor 06 with Best of Breed, and Sussie Wiles at Leeds 06 with Group 3. He ended the year with a total of 8CCs, 7 BOBs and 2 Group 3 placings. Once made up, he went on to win the CC and BOB the following week under Margaret Gawthorpe at the City of Birmingham Ch Show, also at Richmond under Di Beckett, at Darlington under Joyce Brabban where he was once again Group 3, and at Midland Counties under Gordon Howell. At Driffield he won the CC under Judith Charlton.</w:t>
      </w:r>
    </w:p>
    <w:p>
      <w:r>
        <w:rPr>
          <w:b w:val="0"/>
          <w:i w:val="0"/>
        </w:rPr>
        <w:t>This completes the list of male Labradors made up in 2006.</w:t>
      </w:r>
    </w:p>
    <w:p>
      <w:r>
        <w:rPr>
          <w:b w:val="0"/>
          <w:i w:val="0"/>
        </w:rPr>
        <w:t>The ages at which the males were made up are - Sh Ch Silver Suede over Rocheby was 18 months old. Sh Ch Suttonpark Manifesto was 2 , Sh Ch Llanstinan Llewelyn was 3 and a half, Sh Ch Lougin Loomis and Sh Ch Castleduff Radical Jack were 4 years old.</w:t>
      </w:r>
      <w:r>
        <w:br/>
      </w:r>
      <w:r>
        <w:rPr>
          <w:b w:val="0"/>
          <w:i w:val="0"/>
        </w:rPr>
        <w:br/>
        <w:t>Next week I will review the Bitch Champions of 2006.</w:t>
      </w:r>
    </w:p>
    <w:p>
      <w:r>
        <w:rPr>
          <w:b w:val="0"/>
          <w:i w:val="0"/>
        </w:rPr>
        <w:t>Ann Britton 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www.dogshow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