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- 25/06/2021 - ISSUE"</w:t>
      </w:r>
      <w:r>
        <w:br/>
      </w:r>
      <w:r>
        <w:rPr>
          <w:b w:val="0"/>
          <w:i w:val="0"/>
        </w:rPr>
        <w:br/>
        <w:t>date_original: "25/06/2021 - ISSUE"</w:t>
      </w:r>
      <w:r>
        <w:br/>
      </w:r>
      <w:r>
        <w:rPr>
          <w:b w:val="0"/>
          <w:i w:val="0"/>
        </w:rPr>
        <w:br/>
        <w:t>source_url: "https://www.ourdogs.co.uk/members/breednotes/RetrieverLabradorMain.php"</w:t>
      </w:r>
      <w:r>
        <w:br/>
      </w:r>
      <w:r>
        <w:rPr>
          <w:b w:val="0"/>
          <w:i w:val="0"/>
        </w:rPr>
        <w:br/>
        <w:t>scraped_at: "2026-09-13T15:14:41"</w:t>
      </w:r>
      <w:r>
        <w:br/>
      </w:r>
      <w:r>
        <w:rPr>
          <w:b w:val="0"/>
          <w:i w:val="0"/>
        </w:rPr>
        <w:br/>
        <w:t>word_count: 1315</w:t>
      </w:r>
    </w:p>
    <w:p>
      <w:r>
        <w:t>――――――――――――――――――――――――――――――</w:t>
      </w:r>
    </w:p>
    <w:p>
      <w:r>
        <w:rPr>
          <w:b w:val="0"/>
          <w:i w:val="0"/>
        </w:rPr>
        <w:t>NEWS MEMBERS' AREA SHOP SUBSCRIBE UPCOMING SHOWS MORE</w:t>
      </w:r>
    </w:p>
    <w:p>
      <w:r>
        <w:rPr>
          <w:b w:val="0"/>
          <w:i w:val="0"/>
        </w:rPr>
        <w:t>RETRIEVER LABRADOR</w:t>
      </w:r>
    </w:p>
    <w:p>
      <w:r>
        <w:rPr>
          <w:b w:val="0"/>
          <w:i w:val="0"/>
        </w:rPr>
        <w:t>Issue: 25/06/2021</w:t>
      </w:r>
    </w:p>
    <w:p>
      <w:r>
        <w:rPr>
          <w:b w:val="0"/>
          <w:i w:val="0"/>
        </w:rPr>
        <w:t xml:space="preserve">A change of topic this week, save to say that, hopefully by now, the non-pedigree silver Labrador controversy we have discussed these past few weeks may have attracted the attention of perhaps just one member of the Kennel Club Board brave enough to try to attempt to spread the word amongst fellow Board members about what a dreadful mistake has been made by the Kennel Club, which appears to be  promoting silver labradors as pure pedigree Labradors. </w:t>
      </w:r>
    </w:p>
    <w:p>
      <w:r>
        <w:rPr>
          <w:b w:val="0"/>
          <w:i w:val="0"/>
        </w:rPr>
        <w:t xml:space="preserve">With this suggestion, it must be inferred the KC feels silver cross bred Labradors  are suitable to be mated with the actual pedigree health tested Labradors, thus risking turning the renowned placid friendly Labrador of Guide Dog fame into a five to six stone bad tempered killing machine;  a hunting dog with likely 100% alopecia!  </w:t>
      </w:r>
    </w:p>
    <w:p>
      <w:r>
        <w:rPr>
          <w:b w:val="0"/>
          <w:i w:val="0"/>
        </w:rPr>
        <w:t>Now on to something far nicer. The love of our dogs.</w:t>
      </w:r>
    </w:p>
    <w:p>
      <w:r>
        <w:rPr>
          <w:b w:val="0"/>
          <w:i w:val="0"/>
        </w:rPr>
        <w:t xml:space="preserve">I recently lost my dear old yellow dog, Llanstinan Hot Toddy of Bowstones. He won a couple of RCCs in limited showing in his early days, but then  my showing had to be curtailed somewhat  and I was at home a lot more. </w:t>
      </w:r>
    </w:p>
    <w:p>
      <w:r>
        <w:rPr>
          <w:b w:val="0"/>
          <w:i w:val="0"/>
        </w:rPr>
        <w:t>Always beside me every day in the house or garden was my big faithful yellow pal, Hot Toddy. A well built, gentle soul of such kindness, his pedigree went back to my old champions and to the Bradking dogs and bitches of the late Arthur and Peggy Kelley.</w:t>
      </w:r>
    </w:p>
    <w:p>
      <w:r>
        <w:rPr>
          <w:b w:val="0"/>
          <w:i w:val="0"/>
        </w:rPr>
        <w:t>I was sad when the other day, he looked up fondly and told me, try as he might to soldier on, his time was up. The vet gently put him to rest in his own comfy bed in the kitchen. A very special chap to all who visited here and cuddled him; I have so many fond and amusing memories of him,  he was such a kind sociable chap.</w:t>
      </w:r>
    </w:p>
    <w:p>
      <w:r>
        <w:rPr>
          <w:b w:val="0"/>
          <w:i w:val="0"/>
        </w:rPr>
        <w:t xml:space="preserve">Consequently I was touched when reading the following tribute on Facebook which I am sharing with you below with Michelle MorganÃ¢â‚¬â„¢s  permission, of times she spent with her much loved yellow bitch TesshollyÃ¢â‚¬â„¢s Scarlet who also sadly passed away a few days ago. </w:t>
      </w:r>
    </w:p>
    <w:p>
      <w:r>
        <w:rPr>
          <w:b w:val="0"/>
          <w:i w:val="0"/>
        </w:rPr>
        <w:t>Michelle writes, Ã¢â‚¬Å"TesshollyÃ¢â‚¬â„¢s Scarlet (Ch Ludalor Lunar Orbit JW x Malcvale Scarlet Ribbons at Tessholly. 1/12/08 - 15/6/21</w:t>
      </w:r>
    </w:p>
    <w:p>
      <w:r>
        <w:rPr>
          <w:b w:val="0"/>
          <w:i w:val="0"/>
        </w:rPr>
        <w:t xml:space="preserve">Ã¢â‚¬Å"Twelve and a half years ago I delivered my first litter. The first puppy took a few minutes to get going, and then was only just gasping when the second puppy arrived. I laid her in the warm and said IÃ¢â‚¬â„¢m sorry pup, but itÃ¢â‚¬â„¢s up to you now. Anyway, the second puppy was fine so within a minute I was back with the first. She was wriggling about so I breathed a sigh of relief and did the necessary until the next arrival. </w:t>
      </w:r>
    </w:p>
    <w:p>
      <w:r>
        <w:rPr>
          <w:b w:val="0"/>
          <w:i w:val="0"/>
        </w:rPr>
        <w:t xml:space="preserve">Ã¢â‚¬Å"Fast forward a few weeks. The very first night I dared go to bed I woke about two to a tappitty-tap noise. I crept downstairs and as I reached the bottom a line of puppies came running by, led by pup number one. As she ran by she smiled up at me as if to say Ã¢â‚¬Å"join in - this is great funÃ¢â‚¬Â. </w:t>
      </w:r>
    </w:p>
    <w:p>
      <w:r>
        <w:rPr>
          <w:b w:val="0"/>
          <w:i w:val="0"/>
        </w:rPr>
        <w:t xml:space="preserve">Ã¢â‚¬Å"The little darlings had broken out and were playing follow the leader round the lounge and kitchen. That first puppy turned out to be Scarlet and she left me for the bridge earlier this week. </w:t>
      </w:r>
    </w:p>
    <w:p>
      <w:r>
        <w:rPr>
          <w:b w:val="0"/>
          <w:i w:val="0"/>
        </w:rPr>
        <w:t xml:space="preserve">Ã¢â‚¬Å"At her very first show, just as I was lifting her from the car, a chocolate Labrador arrived like an Exocet missile. It took half her face off, made a hole in her throat and one in her chest. The owners are still to say sorry, let alone pay for the surgery. But thatÃ¢â‚¬â„¢s another story. </w:t>
      </w:r>
    </w:p>
    <w:p>
      <w:r>
        <w:rPr>
          <w:b w:val="0"/>
          <w:i w:val="0"/>
        </w:rPr>
        <w:t xml:space="preserve">Ã¢â‚¬Å"After that Scarlet didnÃ¢â‚¬â„¢t really like showing, although she would try. She liked being sociable more than the actual showing and got quite giddy when she was gone over. It was Scarlet that cut Vic ColeÃ¢â‚¬â„¢s lip. HeÃ¢â‚¬â„¢d bent to go over her just at the moment Scarlet was giving kisses and gave Vic a Glasgow kiss. I was mortified but the lovely Vic was fine about it. </w:t>
      </w:r>
    </w:p>
    <w:p>
      <w:r>
        <w:rPr>
          <w:b w:val="0"/>
          <w:i w:val="0"/>
        </w:rPr>
        <w:t xml:space="preserve">Ã¢â‚¬Å"For a time she was part of a display team doing obedience and agility, and she loved that. I did gundog training with her and when she was about three we were given the opportunity to work on a proper shoot. We went about three days a week and for the first few weeks we learned how to beat. Well, I say we. Scarlet knew what to do without me having to say anything. I was so proud of her, especially when the other beaters said that Ã¢â‚¬Å"for a show dog she was a keen workerÃ¢â‚¬Â </w:t>
      </w:r>
    </w:p>
    <w:p>
      <w:r>
        <w:rPr>
          <w:b w:val="0"/>
          <w:i w:val="0"/>
        </w:rPr>
        <w:t>Ã¢â‚¬Å"After a while she was sent for the odd runner, or birds that fell close to the line. Once, the keeper sent us after a runner and it wasnÃ¢â‚¬â„¢t until later I learned he thought we had no chance because of the area it was in.</w:t>
      </w:r>
    </w:p>
    <w:p>
      <w:r>
        <w:rPr>
          <w:b w:val="0"/>
          <w:i w:val="0"/>
        </w:rPr>
        <w:t xml:space="preserve">Ã¢â‚¬Å"He asked us to pick up for beaterÃ¢â‚¬â„¢s day. Scarlet did really well, picking every bird she was sent for and even finding them in the woods. Her nose was exceptional. </w:t>
      </w:r>
    </w:p>
    <w:p>
      <w:r>
        <w:rPr>
          <w:b w:val="0"/>
          <w:i w:val="0"/>
        </w:rPr>
        <w:t xml:space="preserve">Ã¢â‚¬Å"Scarlet followed on from Tess and Holly, her mum, and became a blood donor. Her first session was OK. The second one didnÃ¢â‚¬â„¢t go so well. She just wouldnÃ¢â‚¬â„¢t settle. We discovered (or rather Scarlet told us ) that the reason was that after a donation the dogs are given a feed. She wanted it beforehand - so she was always paid in advance from then onwards lol. </w:t>
      </w:r>
    </w:p>
    <w:p>
      <w:r>
        <w:rPr>
          <w:b w:val="0"/>
          <w:i w:val="0"/>
        </w:rPr>
        <w:t xml:space="preserve">Ã¢â‚¬Å"There are so many more Scarlet stories. She was just a lovely girl who would give anything a go. Thinking about it IÃ¢â‚¬â„¢m sure I never heard her bark. She absolutely loved being an aunt and playing with the puppies. She really didnÃ¢â‚¬â„¢t mind being a chew toy and would often lead the way into cheekiness. </w:t>
      </w:r>
    </w:p>
    <w:p>
      <w:r>
        <w:rPr>
          <w:b w:val="0"/>
          <w:i w:val="0"/>
        </w:rPr>
        <w:t>Ã¢â‚¬Å"She was my first homemade puppy and I will miss her forever.Ã¢â‚¬Â</w:t>
      </w:r>
    </w:p>
    <w:p>
      <w:r>
        <w:rPr>
          <w:b w:val="0"/>
          <w:i w:val="0"/>
        </w:rPr>
        <w:t xml:space="preserve">Our fond condolences Michelle. She will always be with you. </w:t>
      </w:r>
    </w:p>
    <w:p>
      <w:r>
        <w:rPr>
          <w:b w:val="0"/>
          <w:i w:val="0"/>
        </w:rPr>
        <w:t>Karl Gawthorpe posted that entries for the two Labrador Retriever club shows near Tamworth on the 17th and 18th of July 2021 close online on Monday, the 28th of June via Fosse Data. The first show is judged by Ann Britton -Dogs and Mac Bedford - Bitches; the second show will be judged by Margaret Brown - Dogs and Richard Stafford-Bitches</w:t>
      </w:r>
    </w:p>
    <w:p>
      <w:r>
        <w:rPr>
          <w:b w:val="0"/>
          <w:i w:val="0"/>
        </w:rPr>
        <w:t>Other shows to look out for and closing soon are Cotswold and Wyevern LRC at Malvern and National Gundog also at Malvern. Gazebos are not allowed at Malvern, hopefully the weather will be kind. Leeds Paignton, Bath and Bournemouth are also closing soon. The shows are listed on either Fosse or Higham websites.</w:t>
      </w:r>
    </w:p>
    <w:p>
      <w:r>
        <w:rPr>
          <w:b w:val="0"/>
          <w:i w:val="0"/>
        </w:rPr>
        <w:t>The Lab Club of Northern Ireland has sadly decided to cancel their 2021 show but look forward to welcoming exhibitors in 2022.</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