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- 09/01/2015 - ISSUE"</w:t>
      </w:r>
      <w:r>
        <w:br/>
      </w:r>
      <w:r>
        <w:rPr>
          <w:b w:val="0"/>
          <w:i w:val="0"/>
        </w:rPr>
        <w:br/>
        <w:t>date_original: "09/01/2015 - ISSUE"</w:t>
      </w:r>
      <w:r>
        <w:br/>
      </w:r>
      <w:r>
        <w:rPr>
          <w:b w:val="0"/>
          <w:i w:val="0"/>
        </w:rPr>
        <w:br/>
        <w:t>source_url: "https://www.ourdogs.co.uk/members/breednotes/RetrieverLabradorMain.php"</w:t>
      </w:r>
      <w:r>
        <w:br/>
      </w:r>
      <w:r>
        <w:rPr>
          <w:b w:val="0"/>
          <w:i w:val="0"/>
        </w:rPr>
        <w:br/>
        <w:t>scraped_at: "2026-09-13T15:32:31"</w:t>
      </w:r>
      <w:r>
        <w:br/>
      </w:r>
      <w:r>
        <w:rPr>
          <w:b w:val="0"/>
          <w:i w:val="0"/>
        </w:rPr>
        <w:br/>
        <w:t>word_count: 1475</w:t>
      </w:r>
    </w:p>
    <w:p>
      <w:r>
        <w:t>――――――――――――――――――――――――――――――</w:t>
      </w:r>
    </w:p>
    <w:p>
      <w:r>
        <w:rPr>
          <w:b w:val="0"/>
          <w:i w:val="0"/>
        </w:rPr>
        <w:t>NEWS MEMBERS' AREA SHOP SUBSCRIBE UPCOMING SHOWS MORE</w:t>
      </w:r>
    </w:p>
    <w:p>
      <w:r>
        <w:rPr>
          <w:b w:val="0"/>
          <w:i w:val="0"/>
        </w:rPr>
        <w:t>RETRIEVER LABRADOR</w:t>
      </w:r>
    </w:p>
    <w:p>
      <w:r>
        <w:rPr>
          <w:b w:val="0"/>
          <w:i w:val="0"/>
        </w:rPr>
        <w:t>Issue: 09/01/2015</w:t>
      </w:r>
    </w:p>
    <w:p>
      <w:r>
        <w:rPr>
          <w:b w:val="0"/>
          <w:i w:val="0"/>
        </w:rPr>
        <w:t>Welcome to the first breed notes for 2015. I hope everyone has had a refreshing Christmas/New</w:t>
      </w:r>
    </w:p>
    <w:p>
      <w:r>
        <w:rPr>
          <w:b w:val="0"/>
          <w:i w:val="0"/>
        </w:rPr>
        <w:t xml:space="preserve">Year break and, once the well intentioned New Year resolutions are all abandoned and normal life is resumed, you can look forward to a happy year with your Labradors.  </w:t>
      </w:r>
    </w:p>
    <w:p>
      <w:r>
        <w:rPr>
          <w:b w:val="0"/>
          <w:i w:val="0"/>
        </w:rPr>
        <w:t>Thank you so much for the many letters and Christmas cards in appreciation of the years breed notes. I am very humbled to read your news and to know my gentle ramblings about the Labrador</w:t>
      </w:r>
    </w:p>
    <w:p>
      <w:r>
        <w:rPr>
          <w:b w:val="0"/>
          <w:i w:val="0"/>
        </w:rPr>
        <w:t>world are enjoyed and appreciated by so many. Do remember it is your column too, so do not hesitate to send in your news.</w:t>
      </w:r>
    </w:p>
    <w:p>
      <w:r>
        <w:rPr>
          <w:b w:val="0"/>
          <w:i w:val="0"/>
        </w:rPr>
        <w:t>Congratulations to Richard Stafford whose yellow dog, Sh CH Farnfield Topo Gigio JW ShCM is Top winning Labrador of 2014 in the Dog World Competition.</w:t>
      </w:r>
    </w:p>
    <w:p>
      <w:r>
        <w:rPr>
          <w:b w:val="0"/>
          <w:i w:val="0"/>
        </w:rPr>
        <w:t>The Top Puppy award in the Our Dogs competition was shared jointly between Judith Charltons yellow bitch, Foxrush Limited Edition JW and David Coodes yellow dog Warringah's Perth JW.</w:t>
      </w:r>
    </w:p>
    <w:p>
      <w:r>
        <w:rPr>
          <w:b w:val="0"/>
          <w:i w:val="0"/>
        </w:rPr>
        <w:t>Top Labrador Breeder in the Our Dogs competition was Penny Carpanini.</w:t>
      </w:r>
    </w:p>
    <w:p>
      <w:r>
        <w:rPr>
          <w:b w:val="0"/>
          <w:i w:val="0"/>
        </w:rPr>
        <w:t xml:space="preserve">Some sad news. John Edwards, much loved husband of Patricia, passed away in the Marie Curie Hospice in Hampstead just before the New Year.  </w:t>
      </w:r>
    </w:p>
    <w:p>
      <w:r>
        <w:rPr>
          <w:b w:val="0"/>
          <w:i w:val="0"/>
        </w:rPr>
        <w:t xml:space="preserve">Labrador owners, John and his dear wife Patricia, were long time helpers and supporters of Labrador Rescue South East and Central, and also members of KSSLRC and I believe, East of England LRC.  </w:t>
      </w:r>
    </w:p>
    <w:p>
      <w:r>
        <w:rPr>
          <w:b w:val="0"/>
          <w:i w:val="0"/>
        </w:rPr>
        <w:t>John's dry humour will be sadly missed by all his pals. His funeral is on 14th January at 11.30am at Hampstead Parish Church, Church Row, London NW3 6UU. Our sincere condolences go to Patricia at this very sad time.</w:t>
      </w:r>
    </w:p>
    <w:p>
      <w:r>
        <w:rPr>
          <w:b w:val="0"/>
          <w:i w:val="0"/>
        </w:rPr>
        <w:t>On the topic of horrible, life destroying cancer, Shaun Williamson has nobly "taken the pledge" to raise donations for Cancer Research UK, and, spurred on by your generosity and his eagle-eyed pals, has declared " No alcohol for the whole month of January" . Yes, that's not one single drop of alcohol, not even in a trifle or wine gums, let alone a glass, for the whole thirty one, chilly days of January!</w:t>
      </w:r>
    </w:p>
    <w:p>
      <w:r>
        <w:rPr>
          <w:b w:val="0"/>
          <w:i w:val="0"/>
        </w:rPr>
        <w:t>You can easily help Shaun to stick to his goal by donating online on Shaun Williamsons</w:t>
      </w:r>
    </w:p>
    <w:p>
      <w:r>
        <w:rPr>
          <w:b w:val="0"/>
          <w:i w:val="0"/>
        </w:rPr>
        <w:t>JustGiving.com page. Donations are coming in fast. Do make sure you have a look at the page and dig deep. Lets hope we can all do our bit in trying to find a cure for this ghastly illness. Cheers,</w:t>
      </w:r>
    </w:p>
    <w:p>
      <w:r>
        <w:rPr>
          <w:b w:val="0"/>
          <w:i w:val="0"/>
        </w:rPr>
        <w:t>Shaun!</w:t>
      </w:r>
    </w:p>
    <w:p>
      <w:r>
        <w:rPr>
          <w:b w:val="0"/>
          <w:i w:val="0"/>
        </w:rPr>
        <w:t>I read in the Telegraph obituary column that His Grace, The Duke of Wellington, KG.LVO. OBE.MC.DL President of the Labrador Retriever Club has died at the age of 99. I chatted with him many years ago when he was visiting Crufts. At the time he had been commenting in the shooting press about the divisions of type within the Labrador breed; the working dogs and the show dogs.</w:t>
      </w:r>
    </w:p>
    <w:p>
      <w:r>
        <w:rPr>
          <w:b w:val="0"/>
          <w:i w:val="0"/>
        </w:rPr>
        <w:t xml:space="preserve">I had Ch. Bowstones Carruthers with me at the time, a good example of a show dog in fit hard condition, with a Show Gundog working certificate gained at a proper competitive working trial.  </w:t>
      </w:r>
    </w:p>
    <w:p>
      <w:r>
        <w:rPr>
          <w:b w:val="0"/>
          <w:i w:val="0"/>
        </w:rPr>
        <w:t xml:space="preserve">The Duke requested to go over him, and once he had done so, I was really proud and pleased to find that the Duke was impressed and his idea of the good-looking show Labrador who could work, coincided with mine.  </w:t>
      </w:r>
    </w:p>
    <w:p>
      <w:r>
        <w:rPr>
          <w:b w:val="0"/>
          <w:i w:val="0"/>
        </w:rPr>
        <w:t>Several years later two of my adult bitches went to live on the adjacent estate to the Dukes Stratfield Saye estate, between Reading and Basingstoke. I was really pleased to later hear that my lovely bitches, who had gone to be adored fireside pets, had also been visited and given the aristocratic seal of approval from their neighbour!</w:t>
      </w:r>
    </w:p>
    <w:p>
      <w:r>
        <w:rPr>
          <w:b w:val="0"/>
          <w:i w:val="0"/>
        </w:rPr>
        <w:t>I was recently thinking about that long ago conversation we had at Crufts as I mentioned. It was a time when we were bemoaning the fact that the breed was "splitting" and there were two "types"</w:t>
      </w:r>
    </w:p>
    <w:p>
      <w:r>
        <w:rPr>
          <w:b w:val="0"/>
          <w:i w:val="0"/>
        </w:rPr>
        <w:t>of Labs, the show type and the working type.</w:t>
      </w:r>
    </w:p>
    <w:p>
      <w:r>
        <w:rPr>
          <w:b w:val="0"/>
          <w:i w:val="0"/>
        </w:rPr>
        <w:t>How the breed seems to have changed over the ensuing years. In fact very rapidly over the past five or so years. Now we seem to have at least half a dozen interpretations; the racy, fleet of foot, field trial dogs; the willowy working dogs; the much better looking show/working Labs; the traditional show Lab (now sometimes referred to as "Old Fashioned "); the heavier boned and heavier bodied, rapidly maturing UK/American show type and finally, the eye catching Group competition stars.</w:t>
      </w:r>
    </w:p>
    <w:p>
      <w:r>
        <w:rPr>
          <w:b w:val="0"/>
          <w:i w:val="0"/>
        </w:rPr>
        <w:t>Which is right and for what reason?  Time doesn't stand still and things do change over the years.</w:t>
      </w:r>
    </w:p>
    <w:p>
      <w:r>
        <w:rPr>
          <w:b w:val="0"/>
          <w:i w:val="0"/>
        </w:rPr>
        <w:t>Each Labrador "type" has its own passionate followers and supporters. Who am I to say what is right or wrong?</w:t>
      </w:r>
    </w:p>
    <w:p>
      <w:r>
        <w:rPr>
          <w:b w:val="0"/>
          <w:i w:val="0"/>
        </w:rPr>
        <w:t xml:space="preserve">I like to think I stick with my "Old Fashioned slow to mature" Labs. To my mind they are basic, without extremes, healthy, because they are not too heavy at too young an age, easy on the eye and easy to live with and generally live very long, happy, contented lives. The last one of mine to pass away was 17 and a half years old, had had a couple of large litters of nine or more pups in her youth with no fuss or bother, and at an advanced age, whilst deaf to anything that she chose to ignore ( except biscuits quietly coming out of a packet), could still move as sound as a bell, albeit somewhat slower than in her former years, right up to the very end.  </w:t>
      </w:r>
    </w:p>
    <w:p>
      <w:r>
        <w:rPr>
          <w:b w:val="0"/>
          <w:i w:val="0"/>
        </w:rPr>
        <w:t xml:space="preserve">However, when considering the modern divergences, it must be recognised that the requirements of the breed in the UK have also changed too.  </w:t>
      </w:r>
    </w:p>
    <w:p>
      <w:r>
        <w:rPr>
          <w:b w:val="0"/>
          <w:i w:val="0"/>
        </w:rPr>
        <w:t xml:space="preserve">No longer do the majority of Labradors live in the countryside, where their formerly rustic life was that of a hard conditioned, outdoor shooting dog.  </w:t>
      </w:r>
    </w:p>
    <w:p>
      <w:r>
        <w:rPr>
          <w:b w:val="0"/>
          <w:i w:val="0"/>
        </w:rPr>
        <w:t>More often than not these days, the Labrador is a handsome happy faced, suburban companion dog or assistance dog; a family pet. Well-mannered, jolly animals whose owners actually probably abhor field sports and the killing of  game; these pet dogs are unlikely to ever see a pheasant in their lifetime, let alone go galloping over muddy ploughed fields!</w:t>
      </w:r>
    </w:p>
    <w:p>
      <w:r>
        <w:rPr>
          <w:b w:val="0"/>
          <w:i w:val="0"/>
        </w:rPr>
        <w:t>Thus the various types are arising to suit a changed market.</w:t>
      </w:r>
    </w:p>
    <w:p>
      <w:r>
        <w:rPr>
          <w:b w:val="0"/>
          <w:i w:val="0"/>
        </w:rPr>
        <w:t>Its horses for courses really and breeders will breed what they want to look at on a daily basis and what the public require.</w:t>
      </w:r>
    </w:p>
    <w:p>
      <w:r>
        <w:rPr>
          <w:b w:val="0"/>
          <w:i w:val="0"/>
        </w:rPr>
        <w:t>Gloucester &amp; DCS is holding an Open show on 21st February 2015 in Clevedon and Labradors are scheduled this year. Please support the show or breed classes will not be able to continue. Entries close postmark 19 January. Schedules can be downloaded from www.printmatters.info or requested by phoning the Secretary, Bev Hawker, on 01452 506722 or by emailing secretary@gloucesterdcs.org.uk</w:t>
      </w:r>
    </w:p>
    <w:p>
      <w:r>
        <w:rPr>
          <w:b w:val="0"/>
          <w:i w:val="0"/>
        </w:rPr>
        <w:t>Congratulations to Yvette and Robert Goodman, Lulukella Labradors, who had the thrill of winning Best Puppy in Show at the Dover and Deal CS Open show in Maidstone on 28th December 2014,with their 6month 3 days old, black dog puppy Lulukella's Tokyo Joe (Lulukella's Just Maybe x Lulukeller's Choccywoccydoda). The Labrador judge was Ed Casey and BPIS judge Mrs L Worrow.</w:t>
      </w:r>
    </w:p>
    <w:p>
      <w:r>
        <w:rPr>
          <w:b w:val="0"/>
          <w:i w:val="0"/>
        </w:rPr>
        <w:t>Over the New Year holidays there appear to have been several Open shows. At Coventry LKS on New Year's Day, Best of Breed under Colin Woodward was Sussie Wiles Dolehamhalt Dazzler of Richbourne JW, with Linjor Sessile Oak, belonging to the Karen Bambrook and Linda Major, going RBOB. Best Puppy was Rachel Williams yellow dog Millerdan Hunky Dory.</w:t>
      </w:r>
    </w:p>
    <w:p>
      <w:r>
        <w:rPr>
          <w:b w:val="0"/>
          <w:i w:val="0"/>
        </w:rPr>
        <w:t>At Worcester and Malvern Open Show on Jan 3rd, David Coodes yellow dog Warringahs Perth JW was shown by Carole and went BOB under the Dog judge, Honor Talbot, and later won the Gundog Group under the same judge. We had two judges for Labradors each with 5 classes, Yvette Goodman taking on the bitches. My dark yellow 13 month Bowstones Good Day Sunshine went Best Bitch.</w:t>
      </w:r>
    </w:p>
    <w:p>
      <w:r>
        <w:rPr>
          <w:b w:val="0"/>
          <w:i w:val="0"/>
        </w:rPr>
        <w:t>Linda Major's yellow dog puppy Linjor O'Grady was Best Puppy and 2nd in the Puppy Group.</w:t>
      </w:r>
    </w:p>
    <w:p>
      <w:r>
        <w:rPr>
          <w:b w:val="0"/>
          <w:i w:val="0"/>
        </w:rPr>
        <w:t>At Dukeries Gundog, Judith Charltons yellow bitch, Sh Ch Foxrush Remember the Time went Best of Breed under Pat Concannon (Gowanvale.</w:t>
      </w:r>
    </w:p>
    <w:p>
      <w:r>
        <w:rPr>
          <w:b w:val="0"/>
          <w:i w:val="0"/>
        </w:rPr>
        <w:t>Finally at Yeovil Linda Majors Linjor OGrady was once again BPIB and PG3 whilst the same owners black dog, Linjor Tuxedo was BOB and Group 4. Congratulations to you all</w:t>
      </w:r>
    </w:p>
    <w:p>
      <w:r>
        <w:rPr>
          <w:b w:val="0"/>
          <w:i w:val="0"/>
        </w:rPr>
        <w:t>Do remember to send in your results if you would like them publishing.</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