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- 31/07/2015 - ISSUE"</w:t>
      </w:r>
      <w:r>
        <w:br/>
      </w:r>
      <w:r>
        <w:rPr>
          <w:b w:val="0"/>
          <w:i w:val="0"/>
        </w:rPr>
        <w:br/>
        <w:t>date_original: "31/07/2015 - ISSUE"</w:t>
      </w:r>
      <w:r>
        <w:br/>
      </w:r>
      <w:r>
        <w:rPr>
          <w:b w:val="0"/>
          <w:i w:val="0"/>
        </w:rPr>
        <w:br/>
        <w:t>source_url: "https://www.ourdogs.co.uk/members/breednotes/RetrieverLabradorMain.php"</w:t>
      </w:r>
      <w:r>
        <w:br/>
      </w:r>
      <w:r>
        <w:rPr>
          <w:b w:val="0"/>
          <w:i w:val="0"/>
        </w:rPr>
        <w:br/>
        <w:t>scraped_at: "2026-09-13T15:30:59"</w:t>
      </w:r>
      <w:r>
        <w:br/>
      </w:r>
      <w:r>
        <w:rPr>
          <w:b w:val="0"/>
          <w:i w:val="0"/>
        </w:rPr>
        <w:br/>
        <w:t>word_count: 1345</w:t>
      </w:r>
    </w:p>
    <w:p>
      <w:r>
        <w:t>――――――――――――――――――――――――――――――</w:t>
      </w:r>
    </w:p>
    <w:p>
      <w:r>
        <w:rPr>
          <w:b w:val="0"/>
          <w:i w:val="0"/>
        </w:rPr>
        <w:t>NEWS MEMBERS' AREA SHOP SUBSCRIBE UPCOMING SHOWS MORE</w:t>
      </w:r>
    </w:p>
    <w:p>
      <w:r>
        <w:rPr>
          <w:b w:val="0"/>
          <w:i w:val="0"/>
        </w:rPr>
        <w:t>RETRIEVER LABRADOR</w:t>
      </w:r>
    </w:p>
    <w:p>
      <w:r>
        <w:rPr>
          <w:b w:val="0"/>
          <w:i w:val="0"/>
        </w:rPr>
        <w:t>Issue: 31/07/2015</w:t>
      </w:r>
    </w:p>
    <w:p>
      <w:r>
        <w:rPr>
          <w:b w:val="0"/>
          <w:i w:val="0"/>
        </w:rPr>
        <w:t>Leeds Championship show now has pavilions with in and out rings which were, I gather, greatly appreciated by the exhibiters.</w:t>
      </w:r>
    </w:p>
    <w:p>
      <w:r>
        <w:rPr>
          <w:b w:val="0"/>
          <w:i w:val="0"/>
        </w:rPr>
        <w:t>Labradors were judged by Janet Cole. From an entry of 195 the winners were  Dog CC- Mrs K Beckers A'master Tomfoolrey Mighty Labs. The Dog RCC winner was Anthony Allen, Hess and Elliotts yellow Am Ch Tampa Bay And Snobo Gusty Seas Batten Down T</w:t>
      </w:r>
    </w:p>
    <w:p>
      <w:r>
        <w:rPr>
          <w:b w:val="0"/>
          <w:i w:val="0"/>
        </w:rPr>
        <w:t>The Bitch CC  and Best of Breed went to Marion Hopkinsons yellow Rocheby Sensational made up on the day. Many Congratulations.</w:t>
      </w:r>
    </w:p>
    <w:p>
      <w:r>
        <w:rPr>
          <w:b w:val="0"/>
          <w:i w:val="0"/>
        </w:rPr>
        <w:t>The Res Bitch CC  winner was Mr and Mrs Ian Dawsons  yellow, Sh Ch Beskerby Larksong JW</w:t>
      </w:r>
    </w:p>
    <w:p>
      <w:r>
        <w:rPr>
          <w:b w:val="0"/>
          <w:i w:val="0"/>
        </w:rPr>
        <w:t>Best Puppy was Frank, Margaret and Karl Gawthorpes yellow , Rocheby Smooth Silk</w:t>
      </w:r>
    </w:p>
    <w:p>
      <w:r>
        <w:rPr>
          <w:b w:val="0"/>
          <w:i w:val="0"/>
        </w:rPr>
        <w:t>And Best Veteran was Sue and Max Faulkners black, Lewisan Look At Me</w:t>
      </w:r>
    </w:p>
    <w:p>
      <w:r>
        <w:rPr>
          <w:b w:val="0"/>
          <w:i w:val="0"/>
        </w:rPr>
        <w:t>Looking at the nationality statistics of the Open Dog class at Leeds, David Coode writes wondering what has happened to UK Labrador breeders.</w:t>
      </w:r>
    </w:p>
    <w:p>
      <w:r>
        <w:rPr>
          <w:b w:val="0"/>
          <w:i w:val="0"/>
        </w:rPr>
        <w:t>David writes,"At Leeds Ch Show in the Open Dog Class, 1st was an American import, 2nd was the only UK bred dog, 3rd was a Spanish/Gibraltar dog, 4th was a Polish dog and 5th a German dog. What has happened to UK Breeders?"</w:t>
      </w:r>
    </w:p>
    <w:p>
      <w:r>
        <w:rPr>
          <w:b w:val="0"/>
          <w:i w:val="0"/>
        </w:rPr>
        <w:t>What indeed?</w:t>
      </w:r>
    </w:p>
    <w:p>
      <w:r>
        <w:rPr>
          <w:b w:val="0"/>
          <w:i w:val="0"/>
        </w:rPr>
        <w:t>What a week, after the passing of Ken Comrie and also of Christine Harris on 17th July, a few days later I received the sad news that June Cooper, wife of David has also passed away that same weekend. Thank you Dale Elliot and Pat Harrison for contributing to the following:-</w:t>
      </w:r>
    </w:p>
    <w:p>
      <w:r>
        <w:rPr>
          <w:b w:val="0"/>
          <w:i w:val="0"/>
        </w:rPr>
        <w:t>"June and David Cooper's kennel name was Graydunes and June showed some quality Labradors for several years under that afffix.  (I can recall awarding her classic black bitch,  Graydunes Gossip the RCC at Midland Counties CA show in the autumn of 1996. AMB)</w:t>
      </w:r>
    </w:p>
    <w:p>
      <w:r>
        <w:rPr>
          <w:b w:val="0"/>
          <w:i w:val="0"/>
        </w:rPr>
        <w:t>June and her  husband David, worked tirelessly for Labrador Rescue South East and Central for many years. David was an area co-ordinator in East Anglia for much of that time .</w:t>
      </w:r>
    </w:p>
    <w:p>
      <w:r>
        <w:rPr>
          <w:b w:val="0"/>
          <w:i w:val="0"/>
        </w:rPr>
        <w:t>Sadly a few years ago, June developed dementia and was looked after by David and the family until eventually she had to enter a care home, where she passed peacefully away on July 18th.  June was a lovely, caring and gracious person and will be remembered as such by many people.</w:t>
      </w:r>
    </w:p>
    <w:p>
      <w:r>
        <w:rPr>
          <w:b w:val="0"/>
          <w:i w:val="0"/>
        </w:rPr>
        <w:t>The funeral will be held on Wednesday 5th August, 12.30pm at Chelmsford Crematorium, Writtle Road, CM1 3BL."</w:t>
      </w:r>
    </w:p>
    <w:p>
      <w:r>
        <w:rPr>
          <w:b w:val="0"/>
          <w:i w:val="0"/>
        </w:rPr>
        <w:t>As mentioned last week, the Labrador Retriever Club Of Wales held its summer Open Show in Caerphilly on Saturday July 18th. Thank you to Trevor Barker husband of club Secretary, Margaret, for this report.</w:t>
      </w:r>
    </w:p>
    <w:p>
      <w:r>
        <w:rPr>
          <w:b w:val="0"/>
          <w:i w:val="0"/>
        </w:rPr>
        <w:t>"Our Judge, Maureen Rees (Eremos) drew an entry of 90dogs and bitches; 39 dogs and 51 bitches making a total of 115 class entries.</w:t>
      </w:r>
    </w:p>
    <w:p>
      <w:r>
        <w:rPr>
          <w:b w:val="0"/>
          <w:i w:val="0"/>
        </w:rPr>
        <w:t>Best in Show was Sarah Robinson's yellow Post Graduate Bitch winner, Lukyma Mega Star Avec Roboeljo (GB &amp; Irish Sh.Ch. Carpenny Made A Million/Lukyma's First Impression) with Linda Harvey Major's black Open Dog winner Linjor Black Tuxedo (Sh.Ch. Lindall Redemption/Linjor Yanni) taking the reserve.</w:t>
      </w:r>
    </w:p>
    <w:p>
      <w:r>
        <w:rPr>
          <w:b w:val="0"/>
          <w:i w:val="0"/>
        </w:rPr>
        <w:t>Best Puppy In Show went to Penny Carpanini's 9 month old black dog Follies Finntastic Carpenny (GB &amp; Irish Sh.Ch. Carpenny Made A Million/Fin &amp; Ee Ch. Follies Madison).</w:t>
      </w:r>
    </w:p>
    <w:p>
      <w:r>
        <w:rPr>
          <w:b w:val="0"/>
          <w:i w:val="0"/>
        </w:rPr>
        <w:t>Best Veteran was Ann Britton's 9 Â½  year old black bitch Bowstones Beattie (Sh.Ch. Llanstinan Buzby Bowstones J.W./Llanstinan Morwenna Of Bowstones). Full results and judges critique are available at www.labclubofwales.co.uk"</w:t>
      </w:r>
    </w:p>
    <w:p>
      <w:r>
        <w:rPr>
          <w:b w:val="0"/>
          <w:i w:val="0"/>
        </w:rPr>
        <w:t>Thank you, Trevor.</w:t>
      </w:r>
    </w:p>
    <w:p>
      <w:r>
        <w:rPr>
          <w:b w:val="0"/>
          <w:i w:val="0"/>
        </w:rPr>
        <w:t>I was so pleased to show B. Beattie and that after a six year break she remembered completely what to do in the show ring. Her last show, after winning 3 RCCS, was when my late husbands horrendous illness occurred which resulted in three years of acute nursing-home care. Obviously, dog showing took very much a back seat for me over those years and Beattie was campaigned no more. She certainly enjoyed her day out as a Veteran at LRCW 2015.</w:t>
      </w:r>
    </w:p>
    <w:p>
      <w:r>
        <w:rPr>
          <w:b w:val="0"/>
          <w:i w:val="0"/>
        </w:rPr>
        <w:t>Glancing through the Telegraph the other day, I noticed that our favourite Crufts TV presenter, Clare Balding, has had to take some stick in the press regarding the daily post-match tv presentation covering the  Wimbledon Tennis Tournement 2015.</w:t>
      </w:r>
    </w:p>
    <w:p>
      <w:r>
        <w:rPr>
          <w:b w:val="0"/>
          <w:i w:val="0"/>
        </w:rPr>
        <w:t>In her own defence, I thought her choice of reply to the unfair criticism was very apt.</w:t>
      </w:r>
    </w:p>
    <w:p>
      <w:r>
        <w:rPr>
          <w:b w:val="0"/>
          <w:i w:val="0"/>
        </w:rPr>
        <w:t>Clare and, many years previously, Theodore Roosevelt's words were-</w:t>
      </w:r>
    </w:p>
    <w:p>
      <w:r>
        <w:rPr>
          <w:b w:val="0"/>
          <w:i w:val="0"/>
        </w:rPr>
        <w:t>"It's not the CRITIC who counts; not the man who points out how the strong man stumbles, or where the do-er of deeds could have done better; the credit belongs to the man who is ACTUALLY in the arena,"</w:t>
      </w:r>
    </w:p>
    <w:p>
      <w:r>
        <w:rPr>
          <w:b w:val="0"/>
          <w:i w:val="0"/>
        </w:rPr>
        <w:t>I sure this applies to our own doggy world too!</w:t>
      </w:r>
    </w:p>
    <w:p>
      <w:r>
        <w:rPr>
          <w:b w:val="0"/>
          <w:i w:val="0"/>
        </w:rPr>
        <w:t>I am waiting for my yellow bitch to have puppies in a couple of weeks time. Yes, I know, after the huge litter of eleven that I wrote about at length two years ago, I swore I would never breed another litter again because it had been such hard work.</w:t>
      </w:r>
    </w:p>
    <w:p>
      <w:r>
        <w:rPr>
          <w:b w:val="0"/>
          <w:i w:val="0"/>
        </w:rPr>
        <w:t>I recall at that time everywhere outside was flooded for weeks on end and the eleven fast growing pups had to remain indoors in the dog room and a downstairs bedroom for the whole time. Normally they are in outside kennels and runs by five weeks. In 2013 still in the house, they were such hard work to keep clean and the house sweet smelling because there were just so many of them, playing actively as pups should, up to their eight weeks departure date.</w:t>
      </w:r>
    </w:p>
    <w:p>
      <w:r>
        <w:rPr>
          <w:b w:val="0"/>
          <w:i w:val="0"/>
        </w:rPr>
        <w:t>I think they went outside to play in fresh air, in a puppy run on the terrace, just one dry morning, in between daily deluges from the heavens above.</w:t>
      </w:r>
    </w:p>
    <w:p>
      <w:r>
        <w:rPr>
          <w:b w:val="0"/>
          <w:i w:val="0"/>
        </w:rPr>
        <w:t>However, time passes and memories fade, the rooms they vacated were thoroughly decorated;  new life beckons, enhanced by the rosy glow of a dog breeders enthusiasm and here I am once again, waiting for another litter.</w:t>
      </w:r>
    </w:p>
    <w:p>
      <w:r>
        <w:rPr>
          <w:b w:val="0"/>
          <w:i w:val="0"/>
        </w:rPr>
        <w:t>Now, in comparison with the dam of the 2013 football eleven litter, this bitch looked very neat and tidy. In fact I did wonder if she was even in whelp at all and if not, she could probably be shown at shows where she had already been entered. So I took her to the Vets to be scanned.</w:t>
      </w:r>
    </w:p>
    <w:p>
      <w:r>
        <w:rPr>
          <w:b w:val="0"/>
          <w:i w:val="0"/>
        </w:rPr>
        <w:t>My Vet knows the effect the saga of the 2013, eleven indoor pups, had on me and my belief and hope that a litter of that size was unlikely to ever occur here again. Whats wrong with 4 or 6 or 8 pups; perfectly normal litters?</w:t>
      </w:r>
    </w:p>
    <w:p>
      <w:r>
        <w:rPr>
          <w:b w:val="0"/>
          <w:i w:val="0"/>
        </w:rPr>
        <w:t>I have to say it was intriguing to watch the newly acquired scanner very clearly pick up the length of each horn and the pups neatly arranged in a long regularly spaced row, just like large broad beans in their broad bean pods.</w:t>
      </w:r>
    </w:p>
    <w:p>
      <w:r>
        <w:rPr>
          <w:b w:val="0"/>
          <w:i w:val="0"/>
        </w:rPr>
        <w:t>The Vet laughed as he counted. "Seven pups in that one horn , maybe more. He got to five pups in the other horn and  I said " Ok. Ok, Ok, Ive seen enough. She is in whelp. You've made your point. It's a great new scanner but you can stop now. I dont want to know any more!!! "</w:t>
      </w:r>
    </w:p>
    <w:p>
      <w:r>
        <w:rPr>
          <w:b w:val="0"/>
          <w:i w:val="0"/>
        </w:rPr>
        <w:t>"Phew," he said " you're certainly going to have  your work cut out. Theres absolutely loads in there!"</w:t>
      </w:r>
    </w:p>
    <w:p>
      <w:r>
        <w:rPr>
          <w:b w:val="0"/>
          <w:i w:val="0"/>
        </w:rPr>
        <w:t>"Thanks!" Said I, a trifle sarcastically!</w:t>
      </w:r>
    </w:p>
    <w:p>
      <w:r>
        <w:rPr>
          <w:b w:val="0"/>
          <w:i w:val="0"/>
        </w:rPr>
        <w:t>I know there is many a slip twixt cup and lip. Things dont always go as planned, puppies get absorbed, some don't make it into the world, but please pray all goes well for my first time Mum and her babies, however many do finally arrive .</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