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- 21/12/2018 - ISSUE"</w:t>
      </w:r>
      <w:r>
        <w:br/>
      </w:r>
      <w:r>
        <w:rPr>
          <w:b w:val="0"/>
          <w:i w:val="0"/>
        </w:rPr>
        <w:br/>
        <w:t>date_original: "21/12/2018 - ISSUE"</w:t>
      </w:r>
      <w:r>
        <w:br/>
      </w:r>
      <w:r>
        <w:rPr>
          <w:b w:val="0"/>
          <w:i w:val="0"/>
        </w:rPr>
        <w:br/>
        <w:t>source_url: "https://www.ourdogs.co.uk/members/breednotes/RetrieverLabradorMain.php"</w:t>
      </w:r>
      <w:r>
        <w:br/>
      </w:r>
      <w:r>
        <w:rPr>
          <w:b w:val="0"/>
          <w:i w:val="0"/>
        </w:rPr>
        <w:br/>
        <w:t>scraped_at: "2026-09-13T15:21:28"</w:t>
      </w:r>
      <w:r>
        <w:br/>
      </w:r>
      <w:r>
        <w:rPr>
          <w:b w:val="0"/>
          <w:i w:val="0"/>
        </w:rPr>
        <w:br/>
        <w:t>word_count: 683</w:t>
      </w:r>
    </w:p>
    <w:p>
      <w:r>
        <w:t>――――――――――――――――――――――――――――――</w:t>
      </w:r>
    </w:p>
    <w:p>
      <w:r>
        <w:rPr>
          <w:b w:val="0"/>
          <w:i w:val="0"/>
        </w:rPr>
        <w:t>NEWS MEMBERS' AREA SHOP SUBSCRIBE UPCOMING SHOWS MORE</w:t>
      </w:r>
    </w:p>
    <w:p>
      <w:r>
        <w:rPr>
          <w:b w:val="0"/>
          <w:i w:val="0"/>
        </w:rPr>
        <w:t>RETRIEVER LABRADOR</w:t>
      </w:r>
    </w:p>
    <w:p>
      <w:r>
        <w:rPr>
          <w:b w:val="0"/>
          <w:i w:val="0"/>
        </w:rPr>
        <w:t>Issue: 21/12/2018</w:t>
      </w:r>
    </w:p>
    <w:p>
      <w:r>
        <w:rPr>
          <w:b w:val="0"/>
          <w:i w:val="0"/>
        </w:rPr>
        <w:t>Looking forward to the holiday period , I wish everyone a Happy Christmas when it arrives.</w:t>
      </w:r>
    </w:p>
    <w:p>
      <w:r>
        <w:rPr>
          <w:b w:val="0"/>
          <w:i w:val="0"/>
        </w:rPr>
        <w:t xml:space="preserve">It's the time of year when I compile the final list of new Champions and CC winners from the current years championship shows; hopefully doing it without any mistakes or omission. My apologies beforehand should there be any howlers. Do let me know and errors will be corrected. As I write this before LKA has taken place and two more CC winners from that show will need to be listed, I will start with the 5 new male champions of 2018, two yellows, two blacks and one chocolate. The bitches will follow next week. </w:t>
      </w:r>
    </w:p>
    <w:p>
      <w:r>
        <w:rPr>
          <w:b w:val="0"/>
          <w:i w:val="0"/>
        </w:rPr>
        <w:t xml:space="preserve">The first male Labrador to be made up was Christine Bailiss's home bred yellow dog Sh Ch Tissalian High Jack JW. Born in July 2016 and sired by Sh Ch Rocheby Hornblower x Tissalian and Seek.  Already holding one CC, he started what was to prove a brilliant year by winning his second CC at the first championship show of 2018, Boston, under Mairi Brown from an entry of 224 dogs and Bitches.  Perhaps a pointer to the future, he completed  that very happy day by winning Best of Breed and Gundog Group 4. </w:t>
      </w:r>
    </w:p>
    <w:p>
      <w:r>
        <w:rPr>
          <w:b w:val="0"/>
          <w:i w:val="0"/>
        </w:rPr>
        <w:t xml:space="preserve">At the third show of the year, he won his crowning third CC and was made up at the Labrador Club of Wales under Joan Woodall. </w:t>
      </w:r>
    </w:p>
    <w:p>
      <w:r>
        <w:rPr>
          <w:b w:val="0"/>
          <w:i w:val="0"/>
        </w:rPr>
        <w:t>At the fourth show, Crufts, from an entry of over 500, he won the CC and Best of Breed under Shaun Williamson and Richard Stafford.</w:t>
      </w:r>
    </w:p>
    <w:p>
      <w:r>
        <w:rPr>
          <w:b w:val="0"/>
          <w:i w:val="0"/>
        </w:rPr>
        <w:t>Thereafter followed CCs at Three Ridings LRC (BOB) - judges Arwyn Ellis and Sian Ellis,  East Anglian Lab Club - judge Margaret Coddington, Three Counties - judge Enir Matulla, East of England (BOB) - judge Ed Casey, Leeds (BOB) - judge Marion Hopkinson, Bournemouth (BOB and  Group 4)- judge Sheila Walton and Birmingham  City ( BOB)- judge Alan Taylor. A total of 10 CCs won during the year plus 1 won previously in 2017, at Midland Counties CA under David Hopkinson making 11 CCs in total to date and Top Winning Labrador of 2018.</w:t>
      </w:r>
    </w:p>
    <w:p>
      <w:r>
        <w:rPr>
          <w:b w:val="0"/>
          <w:i w:val="0"/>
        </w:rPr>
        <w:t>Louise Lewis's home bred yellow, Sh Ch Crammondkirk All the Gossip ( Sh Ch EE Ch Follies Ivar x Steeleigh Express Wish at Crammondkirk ) was born in October 2012. He was made up, winning his 3rd CC at Lab Club of Northern Ireland under Frank Gilroy.</w:t>
      </w:r>
    </w:p>
    <w:p>
      <w:r>
        <w:rPr>
          <w:b w:val="0"/>
          <w:i w:val="0"/>
        </w:rPr>
        <w:t>Marion Hopkinsons very first black champion amongst very many impressive yellow champions  over the years is Sh Ch Rocheby Old Punch ( Sh Ch Rocheby State Occasion x Rocheby Silk Gown). Born in December 2014, he won his 2nd CC at Cotswold and Wyevern LRC under Judith Charlton and was made up under Christine Bailiss at Welsh Kennel Club.</w:t>
      </w:r>
    </w:p>
    <w:p>
      <w:r>
        <w:rPr>
          <w:b w:val="0"/>
          <w:i w:val="0"/>
        </w:rPr>
        <w:t>Marlene Hepper continued her long line of classic black Labradors, making up Sh Ch Mardas All Black JW ( Mambrinos Brandysnap at Richbourne imp Nor), handled by Anthony Allen. Born in November 2015, his first CC of the year was at Manchester under judge Wendy Manning, his second at Border Union under Alex Douglas and his crowning third CC was won under Ian Ganney at National Gundog.</w:t>
      </w:r>
    </w:p>
    <w:p>
      <w:r>
        <w:rPr>
          <w:b w:val="0"/>
          <w:i w:val="0"/>
        </w:rPr>
        <w:t>Fiona Macleans chocolate, who has his working certificate, became Ch Afinmore Azufral. Born in December 2014, sired by Ch Naiken Zephyr x Ch Afinmore Antora he won all his CCs during the year; at Midland Counties Lab Club -judge Margaret Brown, South Wales CA under Eileen Dobson and was made up at Northumberland and Durham LRC under Margaret Litherland.</w:t>
      </w:r>
    </w:p>
    <w:p>
      <w:r>
        <w:rPr>
          <w:b w:val="0"/>
          <w:i w:val="0"/>
        </w:rPr>
        <w:t>Next week I will complete the Champions list detailing the winning Bitches.</w:t>
      </w:r>
    </w:p>
    <w:p>
      <w:r>
        <w:rPr>
          <w:b w:val="0"/>
          <w:i w:val="0"/>
        </w:rPr>
        <w:t xml:space="preserve">Ann Britton </w:t>
      </w:r>
    </w:p>
    <w:p>
      <w:r>
        <w:rPr>
          <w:b w:val="0"/>
          <w:i w:val="0"/>
        </w:rPr>
        <w:t xml:space="preserve">01989720 665 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