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- 04/03/2016 - ISSUE"</w:t>
      </w:r>
      <w:r>
        <w:br/>
      </w:r>
      <w:r>
        <w:rPr>
          <w:b w:val="0"/>
          <w:i w:val="0"/>
        </w:rPr>
        <w:br/>
        <w:t>date_original: "04/03/2016 - ISSUE"</w:t>
      </w:r>
      <w:r>
        <w:br/>
      </w:r>
      <w:r>
        <w:rPr>
          <w:b w:val="0"/>
          <w:i w:val="0"/>
        </w:rPr>
        <w:br/>
        <w:t>source_url: "https://www.ourdogs.co.uk/members/breednotes/RetrieverLabradorMain.php"</w:t>
      </w:r>
      <w:r>
        <w:br/>
      </w:r>
      <w:r>
        <w:rPr>
          <w:b w:val="0"/>
          <w:i w:val="0"/>
        </w:rPr>
        <w:br/>
        <w:t>scraped_at: "2026-09-13T15:29:21"</w:t>
      </w:r>
      <w:r>
        <w:br/>
      </w:r>
      <w:r>
        <w:rPr>
          <w:b w:val="0"/>
          <w:i w:val="0"/>
        </w:rPr>
        <w:br/>
        <w:t>word_count: 864</w:t>
      </w:r>
    </w:p>
    <w:p>
      <w:r>
        <w:t>――――――――――――――――――――――――――――――</w:t>
      </w:r>
    </w:p>
    <w:p>
      <w:r>
        <w:rPr>
          <w:b w:val="0"/>
          <w:i w:val="0"/>
        </w:rPr>
        <w:t>NEWS MEMBERS' AREA SHOP SUBSCRIBE UPCOMING SHOWS MORE</w:t>
      </w:r>
    </w:p>
    <w:p>
      <w:r>
        <w:rPr>
          <w:b w:val="0"/>
          <w:i w:val="0"/>
        </w:rPr>
        <w:t>RETRIEVER LABRADOR</w:t>
      </w:r>
    </w:p>
    <w:p>
      <w:r>
        <w:rPr>
          <w:b w:val="0"/>
          <w:i w:val="0"/>
        </w:rPr>
        <w:t>Issue: 04/03/2016</w:t>
      </w:r>
    </w:p>
    <w:p>
      <w:r>
        <w:rPr>
          <w:b w:val="0"/>
          <w:i w:val="0"/>
        </w:rPr>
        <w:t>Good Luck at Crufts to both Katie Stewart who is competing in the YKC Gundog Stakes Final and Becca Mills who is competing in the YKC Gundog Handling Final on the Friday.</w:t>
      </w:r>
    </w:p>
    <w:p>
      <w:r>
        <w:rPr>
          <w:b w:val="0"/>
          <w:i w:val="0"/>
        </w:rPr>
        <w:t>Entries are closing soon for Labrador Club of Scotland's forthcoming Championship Show on Saturday 2nd April 2016 at Lanark Agricultural Centre, Lanark. The judges are Dogs: Mr David Wilmshurst and Bitches: Mrs Amanda Deane.  Postal Entries close 4 March 2016 and online entries close on 12 March 2016.</w:t>
      </w:r>
    </w:p>
    <w:p>
      <w:r>
        <w:rPr>
          <w:b w:val="0"/>
          <w:i w:val="0"/>
        </w:rPr>
        <w:t>David Coode is having a most successful time at Open Shows as well as championship shows. David writes "At the Gloucester and District Canine society on 20/02.2016 Warringah's Gilgandra was Best of Breed , Best Puppy and Gundog Puppy Group winner under judge Mr Steve Parsons (Pipeaway) and then Reserve Best Puppy in Show under Mrs Celia Vines.  His kennel mate Ch Warringah's Perth achieved exactly the same results in 2014!</w:t>
      </w:r>
    </w:p>
    <w:p>
      <w:r>
        <w:rPr>
          <w:b w:val="0"/>
          <w:i w:val="0"/>
        </w:rPr>
        <w:t>Four days later at United Retriever Club Open Show 23/02/2016 Best in Show was Warringah's Gurley JW, Res Best in Show was Ch Warringah's Perth Best Labrador Puppy was Warringah's Gilgandra, bred judge was Carol Jones (Hafnau) and BIS Judge was Mrs V Bowen (Clandrift) The Labradors had the highest entry at the show with 78 dogs making 90 entries."</w:t>
      </w:r>
    </w:p>
    <w:p>
      <w:r>
        <w:rPr>
          <w:b w:val="0"/>
          <w:i w:val="0"/>
        </w:rPr>
        <w:t xml:space="preserve">Short notes this week, I am feeling decidedly rough and thoroughly under the weather, living on paracetamol, Benelyn cough medicine, antibiotics and need to take out shares in a tissue company. Dogs have noticed I am below par and have exploited the situation. </w:t>
      </w:r>
    </w:p>
    <w:p>
      <w:r>
        <w:rPr>
          <w:b w:val="0"/>
          <w:i w:val="0"/>
        </w:rPr>
        <w:t xml:space="preserve">6 month pups happily gambolled through the stable door from the back garden and jumped straight on top of the large mop bucket which was full of grimy muddy water which would normally have been thrown away, but was still waiting; toppled the bucket over and drowned the floor. </w:t>
      </w:r>
    </w:p>
    <w:p>
      <w:r>
        <w:rPr>
          <w:b w:val="0"/>
          <w:i w:val="0"/>
        </w:rPr>
        <w:t>Adult dog, Todd, father of pups and meant to be sensible, decided to live dangerously and whilst I sat huddled shivering under a blanket in front of the fire in the sitting room, barely able to lift my head, was in the kitchen where he helped himself to a  400 gram, (about 1lb ) box of grapes and the same weight of kiwi fruit! I think the see-through crinkly plastic container was the initial attraction, but the grapes proved irresistible. Somewhat luckily he obviously thought that Morrisons rock-hard kiwi fruit needed far more ripening and having tried each one by puncture, thankfully left them on the floor.</w:t>
      </w:r>
    </w:p>
    <w:p>
      <w:r>
        <w:rPr>
          <w:b w:val="0"/>
          <w:i w:val="0"/>
        </w:rPr>
        <w:t xml:space="preserve">I found this out, only when I raised myself up and went from the sitting room into the kitchen to feed them all at tea time. Confronted by scattered empty Grape stalks littered over the kitchen floor and punctured discarded kiwi fruit rolling around, I noticed with alarm there was no sign of any actual grapes. </w:t>
      </w:r>
    </w:p>
    <w:p>
      <w:r>
        <w:rPr>
          <w:b w:val="0"/>
          <w:i w:val="0"/>
        </w:rPr>
        <w:t xml:space="preserve">What to do? I have written about grapes being highly poisonous to dogs in the past, but a whole box of them? Surely that was suicidal? Rang various pals who thought he would probably be ok but then decided to search Google to find out in fact what exactly was the scientific toxic grape weight per normal sized, well built, well boned 7 year old male Labrador.   This I found was around 1.8 grams per pound of dog. I calculated we might actually be ok. </w:t>
      </w:r>
    </w:p>
    <w:p>
      <w:r>
        <w:rPr>
          <w:b w:val="0"/>
          <w:i w:val="0"/>
        </w:rPr>
        <w:t>I worried all night as I sat up wide awake in bed coughing throughout the dark hours. And as dawn approached, by 5am, I could stand the wait no longer, I might be horribly ill, but my dog had guzzled all those grapes. I had to know if my calculations were correct.</w:t>
      </w:r>
    </w:p>
    <w:p>
      <w:r>
        <w:rPr>
          <w:b w:val="0"/>
          <w:i w:val="0"/>
        </w:rPr>
        <w:t>So with torch in hand wearing a heavily padded coat over several other warm layers, plus thick socks boots and gloves, I ventured down the icy path to Todds kennel in the frosty dark.</w:t>
      </w:r>
    </w:p>
    <w:p>
      <w:r>
        <w:rPr>
          <w:b w:val="0"/>
          <w:i w:val="0"/>
        </w:rPr>
        <w:t>Happy as Larry to see me so early, wagging his tail in greeting, snug in his bed, warm and toasty in his insulated kennel. "Oh, how lovely to see you, I am really well. Is it time to go galloping round the paddock?"</w:t>
      </w:r>
    </w:p>
    <w:p>
      <w:r>
        <w:rPr>
          <w:b w:val="0"/>
          <w:i w:val="0"/>
        </w:rPr>
        <w:t>And off he went, active, alive and un-poisoned!</w:t>
      </w:r>
    </w:p>
    <w:p>
      <w:r>
        <w:rPr>
          <w:b w:val="0"/>
          <w:i w:val="0"/>
        </w:rPr>
        <w:t>Eventually I got him indoors, let all the others out for a run in the dark,  fed them a very early breakfast, put them all back in their covered runs and kennels, got a cup of tea and still feeling decidedly rough, went back to bed with more antibiotic and painkillers. It was 5.45 am but at least my dog was alive and absolutely fine. Phew!</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