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- 01/07/2016 - ISSUE"</w:t>
      </w:r>
      <w:r>
        <w:br/>
      </w:r>
      <w:r>
        <w:rPr>
          <w:b w:val="0"/>
          <w:i w:val="0"/>
        </w:rPr>
        <w:br/>
        <w:t>date_original: "01/07/2016 - ISSUE"</w:t>
      </w:r>
      <w:r>
        <w:br/>
      </w:r>
      <w:r>
        <w:rPr>
          <w:b w:val="0"/>
          <w:i w:val="0"/>
        </w:rPr>
        <w:br/>
        <w:t>source_url: "https://www.ourdogs.co.uk/members/breednotes/RetrieverLabradorMain.php"</w:t>
      </w:r>
      <w:r>
        <w:br/>
      </w:r>
      <w:r>
        <w:rPr>
          <w:b w:val="0"/>
          <w:i w:val="0"/>
        </w:rPr>
        <w:br/>
        <w:t>scraped_at: "2026-09-13T15:28:28"</w:t>
      </w:r>
      <w:r>
        <w:br/>
      </w:r>
      <w:r>
        <w:rPr>
          <w:b w:val="0"/>
          <w:i w:val="0"/>
        </w:rPr>
        <w:br/>
        <w:t>word_count: 624</w:t>
      </w:r>
    </w:p>
    <w:p>
      <w:r>
        <w:t>――――――――――――――――――――――――――――――</w:t>
      </w:r>
    </w:p>
    <w:p>
      <w:r>
        <w:rPr>
          <w:b w:val="0"/>
          <w:i w:val="0"/>
        </w:rPr>
        <w:t>NEWS MEMBERS' AREA SHOP SUBSCRIBE UPCOMING SHOWS MORE</w:t>
      </w:r>
    </w:p>
    <w:p>
      <w:r>
        <w:rPr>
          <w:b w:val="0"/>
          <w:i w:val="0"/>
        </w:rPr>
        <w:t>RETRIEVER LABRADOR</w:t>
      </w:r>
    </w:p>
    <w:p>
      <w:r>
        <w:rPr>
          <w:b w:val="0"/>
          <w:i w:val="0"/>
        </w:rPr>
        <w:t>Issue: 01/07/2016</w:t>
      </w:r>
    </w:p>
    <w:p>
      <w:r>
        <w:rPr>
          <w:b w:val="0"/>
          <w:i w:val="0"/>
        </w:rPr>
        <w:t xml:space="preserve">Congratulations to David and Carole Coode (Warringah) who celebrated their Diamond Wedding Anniversary last Sunday with a party shared with 80 friends and family visiting from far and wide. The garden was impressively manicured with perfect lawns and not a dead head to be found on the roses. </w:t>
      </w:r>
    </w:p>
    <w:p>
      <w:r>
        <w:rPr>
          <w:b w:val="0"/>
          <w:i w:val="0"/>
        </w:rPr>
        <w:t xml:space="preserve">On Saturday the day before the party, David had foregone going to Blackpool show and instead had erected about six huge gazebo style white rectangular tents under which were placed tables and chairs for guests to sit for lunch. </w:t>
      </w:r>
    </w:p>
    <w:p>
      <w:r>
        <w:rPr>
          <w:b w:val="0"/>
          <w:i w:val="0"/>
        </w:rPr>
        <w:t xml:space="preserve">Typical of the English weather this year, the heavens opened overnight and on getting up on the morning of the lunch party, David found all his tents collapsed and sprawled this way and that, all over the ground under the weight of the rain water. </w:t>
      </w:r>
    </w:p>
    <w:p>
      <w:r>
        <w:rPr>
          <w:b w:val="0"/>
          <w:i w:val="0"/>
        </w:rPr>
        <w:t>Never one to be daunted, friends were dispatched to the local DIY shop and the joints of the fallen gazebo structures were firmly stuck together with gaffer tape and raised into position once again. When we guests all arrived at lunchtime everything looked absolutely  pristine and perfect as though nothing at all had happened.</w:t>
      </w:r>
    </w:p>
    <w:p>
      <w:r>
        <w:rPr>
          <w:b w:val="0"/>
          <w:i w:val="0"/>
        </w:rPr>
        <w:t xml:space="preserve">A great time was had by everyone. It was good to chat to old friends and new and to be serenaded quietly in the background throughout the day by Joy Venturi Rose's guitar and melodic singing voice. What a great hidden talent she has! </w:t>
      </w:r>
    </w:p>
    <w:p>
      <w:r>
        <w:rPr>
          <w:b w:val="0"/>
          <w:i w:val="0"/>
        </w:rPr>
        <w:t>Many thanks Carole and David for a most enjoyable celebration of your 50 years together.</w:t>
      </w:r>
    </w:p>
    <w:p>
      <w:r>
        <w:rPr>
          <w:b w:val="0"/>
          <w:i w:val="0"/>
        </w:rPr>
        <w:t>As I mentioned it was Blackpool Ch Show the day before. Not the best of venues to get to from this area as it involves the awful M6 motorway on a Saturday, along with what seems like half of the West Midlands going to the seaside and amusements at Blackpool for the day! The home journey is even worse!</w:t>
      </w:r>
    </w:p>
    <w:p>
      <w:r>
        <w:rPr>
          <w:b w:val="0"/>
          <w:i w:val="0"/>
        </w:rPr>
        <w:t>The Labrador judge was Hans Van Den Berg from the Netherlands.</w:t>
      </w:r>
    </w:p>
    <w:p>
      <w:r>
        <w:rPr>
          <w:b w:val="0"/>
          <w:i w:val="0"/>
        </w:rPr>
        <w:t>The winners were Dog CC his third, Allen, Hess and Elliotts yellow Am Ch Tampa Bay and Snobo Gusty Seas Batten Down the Hatch (imp USA), who luckily did not get Best of Breed as Richard  Bott, Anthonys partner was judging the Gundog Group on the day.</w:t>
      </w:r>
    </w:p>
    <w:p>
      <w:r>
        <w:rPr>
          <w:b w:val="0"/>
          <w:i w:val="0"/>
        </w:rPr>
        <w:t>The Dog RCC went to Shaun Williamsons yellow Sh Ch Sharouns Incognito.</w:t>
      </w:r>
    </w:p>
    <w:p>
      <w:r>
        <w:rPr>
          <w:b w:val="0"/>
          <w:i w:val="0"/>
        </w:rPr>
        <w:t>The Bitch CC and Best of Breed was a first for Bob Lennox and Morgans yellow Wilenmory</w:t>
      </w:r>
    </w:p>
    <w:p>
      <w:r>
        <w:rPr>
          <w:b w:val="0"/>
          <w:i w:val="0"/>
        </w:rPr>
        <w:t xml:space="preserve">Collabro, whilst the Bitch RCC went to the  O'Briens yellow Maxfield Maybelline. Best Puppy was Stelainros New Trix at Deniangill owned by Mrs McGill. </w:t>
      </w:r>
    </w:p>
    <w:p>
      <w:r>
        <w:rPr>
          <w:b w:val="0"/>
          <w:i w:val="0"/>
        </w:rPr>
        <w:t>Blackpool had an extra Group idea this year, and The Bitch CC winner Wilenmory  Collabro was 2nd in the new Junior Group under Ronnie Irvine.</w:t>
      </w:r>
    </w:p>
    <w:p>
      <w:r>
        <w:rPr>
          <w:b w:val="0"/>
          <w:i w:val="0"/>
        </w:rPr>
        <w:t xml:space="preserve">The next show is Windsor on Friday 1st July where the judge is Sussie Wiles with 184 dogs and </w:t>
      </w:r>
    </w:p>
    <w:p>
      <w:r>
        <w:rPr>
          <w:b w:val="0"/>
          <w:i w:val="0"/>
        </w:rPr>
        <w:t>bitches to go over , followed midweek by Cotswold and Wyevern LRC at Malvern on Wednesday 6th July where the judges are Fiona Braddon and Alison Scutcher with 106dogs and  138 bitches dogs and bitches entered.</w:t>
      </w:r>
    </w:p>
    <w:p>
      <w:r>
        <w:rPr>
          <w:b w:val="0"/>
          <w:i w:val="0"/>
        </w:rPr>
        <w:t xml:space="preserve">It is a bit depressing to see the schedules already arriving for the autumn shows. How fast </w:t>
      </w:r>
    </w:p>
    <w:p>
      <w:r>
        <w:rPr>
          <w:b w:val="0"/>
          <w:i w:val="0"/>
        </w:rPr>
        <w:t xml:space="preserve">this year has flown - along with the coats of the majority of show Labradors! </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