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- 27/09/2019 - ISSUE"</w:t>
      </w:r>
      <w:r>
        <w:br/>
      </w:r>
      <w:r>
        <w:rPr>
          <w:b w:val="0"/>
          <w:i w:val="0"/>
        </w:rPr>
        <w:br/>
        <w:t>date_original: "27/09/2019 - ISSUE"</w:t>
      </w:r>
      <w:r>
        <w:br/>
      </w:r>
      <w:r>
        <w:rPr>
          <w:b w:val="0"/>
          <w:i w:val="0"/>
        </w:rPr>
        <w:br/>
        <w:t>source_url: "https://www.ourdogs.co.uk/members/breednotes/RetrieverLabradorMain.php"</w:t>
      </w:r>
      <w:r>
        <w:br/>
      </w:r>
      <w:r>
        <w:rPr>
          <w:b w:val="0"/>
          <w:i w:val="0"/>
        </w:rPr>
        <w:br/>
        <w:t>scraped_at: "2026-09-13T15:19:16"</w:t>
      </w:r>
      <w:r>
        <w:br/>
      </w:r>
      <w:r>
        <w:rPr>
          <w:b w:val="0"/>
          <w:i w:val="0"/>
        </w:rPr>
        <w:br/>
        <w:t>word_count: 1404</w:t>
      </w:r>
    </w:p>
    <w:p>
      <w:r>
        <w:t>――――――――――――――――――――――――――――――</w:t>
      </w:r>
    </w:p>
    <w:p>
      <w:r>
        <w:rPr>
          <w:b w:val="0"/>
          <w:i w:val="0"/>
        </w:rPr>
        <w:t>NEWS MEMBERS' AREA SHOP SUBSCRIBE UPCOMING SHOWS MORE</w:t>
      </w:r>
    </w:p>
    <w:p>
      <w:r>
        <w:rPr>
          <w:b w:val="0"/>
          <w:i w:val="0"/>
        </w:rPr>
        <w:t>RETRIEVER LABRADOR</w:t>
      </w:r>
    </w:p>
    <w:p>
      <w:r>
        <w:rPr>
          <w:b w:val="0"/>
          <w:i w:val="0"/>
        </w:rPr>
        <w:t>Issue: 27/09/2019</w:t>
      </w:r>
    </w:p>
    <w:p>
      <w:r>
        <w:rPr>
          <w:b w:val="0"/>
          <w:i w:val="0"/>
        </w:rPr>
        <w:t xml:space="preserve">The happiest of unforgettable dog showing memories has to be the day one makes up ones very first Champion. Thus Pam Druggan must have sailed home on the ferry back to the Isle of Man from Driffield Championship Show, sporting the biggest grin ever, following making up her black dog. A Sense of Pleasures El Toro at Balladoole JW. (Sh Ch Blacksugar Luis x Waterlines Selleria), imported from the Korffs in Germany as a puppy. Many Congratulations. </w:t>
      </w:r>
    </w:p>
    <w:p>
      <w:r>
        <w:rPr>
          <w:b w:val="0"/>
          <w:i w:val="0"/>
        </w:rPr>
        <w:t>He is just two years old now and his 3 CCs were all won this year and came from Dale Elliott at WELKS, Tracy Butler at Richmond and Linda Macgillivray at Driffield. I recall at eight months of age he won Minor Puppy Dog under me at Lab Club of Scotland, which must have been one of his first of many sailing across the Irish Sea trips.</w:t>
      </w:r>
    </w:p>
    <w:p>
      <w:r>
        <w:rPr>
          <w:b w:val="0"/>
          <w:i w:val="0"/>
        </w:rPr>
        <w:t xml:space="preserve">At Driffield there was an entry of 135. The Dog CC and Best of Breed as mentioned above went to Miss K A Druggans A Sense Of PleasureÃ¢â‚¬â„¢s El Toro At Balladoole JW, The Res Dog CC was won by the Hodge familyÃ¢â‚¬â„¢s  chocolate Naiken Elite Envoy (ai). The Bitch CC went to Maxine Woodleys black Sh Ch A Sense Of PleasureÃ¢â‚¬â„¢s Yvli At Alkhamhurst whilst the Res Bitch CC , making it a double RCC day for the Hodges, was another for their Naiken kennel with the black Sh Ch Naiken Dance Rhythm JW Ir J Ch </w:t>
      </w:r>
    </w:p>
    <w:p>
      <w:r>
        <w:rPr>
          <w:b w:val="0"/>
          <w:i w:val="0"/>
        </w:rPr>
        <w:t>Best Puppy was Mr P Meiers Swissking Admirals Beach Boy, I gather shown by Sander Nugteren of the Woefdrams Labradors. Apologies for lack of pedigree details but as I wasnÃ¢â‚¬â„¢t there, I havenÃ¢â‚¬â„¢t got a catalogue. The very thought of returning home down the M1 on a Friday night put me off entering after the last time it took me over seven hours to get home! Best Veteran was  Stormrose Golden Fortune JW Sh.CM owned and bred by the Roberts and  Best Special Beginner was Mrs A McKays Poniel Pioneer JW</w:t>
      </w:r>
    </w:p>
    <w:p>
      <w:r>
        <w:rPr>
          <w:b w:val="0"/>
          <w:i w:val="0"/>
        </w:rPr>
        <w:t>Maureen Rees swept the board at Kent Surrey and Sussex Open Show under Russel Mosedale and wrote on Facebook, Ã¢â‚¬Å"Wow what a day at KSS open show today. Eremos Moment in Thyme was 1st Grad Bitch, Best Bitch and BEST IN SHOW. Eremos Perfect Pascali won 1st Open Bitch. Sh. Ch, Ir Sh Ch. Thurbajens Flighty Fennel with Eremos ShCM won 1st Vet 7 - 9 and BVIS whilst  Cali &amp; Thyme won 1st Brace. Not to be outdone Eremos Hank the Tank was 1st Beginner Obedience (his first ever show). Thank you to the judges Russel Mosedale (breed) and Alesya Miroshnikov (obedience) and the Committee for organising the show.Ã¢â‚¬Â Well done!</w:t>
      </w:r>
    </w:p>
    <w:p>
      <w:r>
        <w:rPr>
          <w:b w:val="0"/>
          <w:i w:val="0"/>
        </w:rPr>
        <w:t>Meanwhile many Labrador enthusiasts were enjoying supporting the Lab Fest, raising funds for Labrador Rescue South East and Central. One enthusiastic attendee Elaine Grummett wrote Ã¢â‚¬Å"A huge amount of work must have gone into organising the event.  I hope it raised an enormous sum for Lab Rescue. Well done Maxine Woodley. It was great fun. Maxine, Sussie Wiles and Lorraine Tooth worked very hard.Ã¢â‚¬Â</w:t>
      </w:r>
    </w:p>
    <w:p>
      <w:r>
        <w:rPr>
          <w:b w:val="0"/>
          <w:i w:val="0"/>
        </w:rPr>
        <w:t xml:space="preserve">As many will have read in this era of (in my opinion) questionable political sanity, the Welsh Assembly are now proposing that only those whose dog kennels are licensed and inspected may enter dog shows in Wales or breed dogs in Wales. </w:t>
      </w:r>
    </w:p>
    <w:p>
      <w:r>
        <w:rPr>
          <w:b w:val="0"/>
          <w:i w:val="0"/>
        </w:rPr>
        <w:t>However, this proposal is not just applicable to Welsh residents but applies to all exhibitors coming from England, Scotland, Ireland, the Continent and the rest of the World too! Everyone intending to exhibit  animals in Wales.</w:t>
      </w:r>
    </w:p>
    <w:p>
      <w:r>
        <w:rPr>
          <w:b w:val="0"/>
          <w:i w:val="0"/>
        </w:rPr>
        <w:t>This idea canÃ¢â‚¬â„¢t surely have had much thought, unless the idea is to wreck a regular part of Welsh tourism and its addition to the Welsh economy. Perhaps the members  of the Welsh Assembly really do want to keep Wales for the Welsh. This idea will certainly stop visitors attending Welsh dog shows dead in their tracks and ensure they stay on the English side of the border, just as Offa, King of Mercia, had intended in the 8th century when he built his 177 miles long barrier, Offas Dyke, an earthwork 2.5 metres high x 20 metres wide along the length of the border to keep the Welsh out of England.</w:t>
      </w:r>
    </w:p>
    <w:p>
      <w:r>
        <w:rPr>
          <w:b w:val="0"/>
          <w:i w:val="0"/>
        </w:rPr>
        <w:t>I imagine the Welsh Breed Clubs, Welsh Canine Societies, Welsh Kennel Club and South Wales Kennel Association, the latter two whose shows are held annually at Builth are all in shock horror. ItÃ¢â‚¬â„¢s bad enough getting people to drive to Builth, in the first instance , let alone forcing them into licensing and home inspections for their troubles.</w:t>
      </w:r>
    </w:p>
    <w:p>
      <w:r>
        <w:rPr>
          <w:b w:val="0"/>
          <w:i w:val="0"/>
        </w:rPr>
        <w:t>Consequently the Kennel Club are asking interested parties to make their opinions known. There is a good online petition against this ill-though-out proposal, which I trust all will sign.</w:t>
      </w:r>
    </w:p>
    <w:p>
      <w:r>
        <w:rPr>
          <w:b w:val="0"/>
          <w:i w:val="0"/>
        </w:rPr>
        <w:t>The statement from the Kennel Club inferred the newly proposed Regulations could impact on thousands of responsible dog owners pursuing their hobby in Wales.</w:t>
      </w:r>
    </w:p>
    <w:p>
      <w:r>
        <w:rPr>
          <w:b w:val="0"/>
          <w:i w:val="0"/>
        </w:rPr>
        <w:t>Three Ridings LRC held itsOpen Show. From an entry of 68 under Wendy Minshall (Sidelock) the winners were Best in Show Judith Charlton yellow Sh Ch Classical Act at Foxrush. Reserve Best in Show, Marlene Heppers black Sh Ch Mardas All Blacks JW and Best Puppy in Show the Youngs yellow Potterspiney Silas.</w:t>
      </w:r>
    </w:p>
    <w:p>
      <w:r>
        <w:rPr>
          <w:b w:val="0"/>
          <w:i w:val="0"/>
        </w:rPr>
        <w:t>I have shut down my iPadÃ¢â‚¬â„¢s predictive text. Not sure which is worse, its imaginative prediction of my written words with its own nonsensical substitutions,  or now, my fat fingers on the tiny key pad  hitting the wrong key and playing havoc with my spelling.</w:t>
      </w:r>
    </w:p>
    <w:p>
      <w:r>
        <w:rPr>
          <w:b w:val="0"/>
          <w:i w:val="0"/>
        </w:rPr>
        <w:t xml:space="preserve">To add to an imperfect Sunday evening as I hastily wrote these notes, one of my oldies who is approaching 14 years of age next month had worryingly gone off her food. No temperature, no outward pain, but not herself, although she did carry her tennis ball hesitantly back to me in the hope that I might throw it for her as usual, but she was clearly very weak, so not that night.  I decided to tempt her to see if she would eat some sardines. The food of last resort for poorly dogs, as long as they are in tomato sauce. </w:t>
      </w:r>
    </w:p>
    <w:p>
      <w:r>
        <w:rPr>
          <w:b w:val="0"/>
          <w:i w:val="0"/>
        </w:rPr>
        <w:t>I am allergic to fish and canÃ¢â‚¬â„¢t stand the smell, but such was my hope of reviving her appetite, I duly found a still in date, can of sardines in the Ã¢â‚¬Å"dog emergency storeÃ¢â‚¬Â and heartily pulled on the ring to open it. It wouldnÃ¢â‚¬â„¢t budge. So I gave it another harder tug.</w:t>
      </w:r>
    </w:p>
    <w:p>
      <w:r>
        <w:rPr>
          <w:b w:val="0"/>
          <w:i w:val="0"/>
        </w:rPr>
        <w:t xml:space="preserve">Obviously too heartily. The can upended. In slow motion tomato sauce and fragmented sardines were catapulted out of the can and  flew through the air to adorn the worktop, the wall, the sink, the cupboards and the nearest person...ME!  One small can  goes a very long way indeed! </w:t>
      </w:r>
    </w:p>
    <w:p>
      <w:r>
        <w:rPr>
          <w:b w:val="0"/>
          <w:i w:val="0"/>
        </w:rPr>
        <w:t xml:space="preserve">Will I ever get rid if its pungent  pong? </w:t>
      </w:r>
    </w:p>
    <w:p>
      <w:r>
        <w:rPr>
          <w:b w:val="0"/>
          <w:i w:val="0"/>
        </w:rPr>
        <w:t>At least the ancient one managed to help clear up the cupboard fronts and then did gently consume the remaining sardines in a proper dish. Hopefully I pray she will be restored to her normal lovely self very soon.</w:t>
      </w:r>
    </w:p>
    <w:p>
      <w:r>
        <w:rPr>
          <w:b w:val="0"/>
          <w:i w:val="0"/>
        </w:rPr>
        <w:t>A warning to check your bank and card statements regularly, especially as online entries are paid for by card details.  As I have now found out, following fraudulent activity on my account by would be thieves, my card has been stopped by the Bank. However, having no card at the moment, I have just realised, it is not possible to make online show entries after postal closing date, or order groceries online, or pay direct debits due, or purchase fuel for my car as the petrol station is a card only system. I had not realised how used to online business I had quietly become.</w:t>
      </w:r>
    </w:p>
    <w:p>
      <w:r>
        <w:rPr>
          <w:b w:val="0"/>
          <w:i w:val="0"/>
        </w:rPr>
        <w:t>Ann Britton</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