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- 28/07/2023 - ISSUE"</w:t>
      </w:r>
      <w:r>
        <w:br/>
      </w:r>
      <w:r>
        <w:rPr>
          <w:b w:val="0"/>
          <w:i w:val="0"/>
        </w:rPr>
        <w:br/>
        <w:t>date_original: "28/07/2023 - ISSUE"</w:t>
      </w:r>
      <w:r>
        <w:br/>
      </w:r>
      <w:r>
        <w:rPr>
          <w:b w:val="0"/>
          <w:i w:val="0"/>
        </w:rPr>
        <w:br/>
        <w:t>source_url: "https://www.ourdogs.co.uk/members/breednotes/RetrieverLabradorMain.php"</w:t>
      </w:r>
      <w:r>
        <w:br/>
      </w:r>
      <w:r>
        <w:rPr>
          <w:b w:val="0"/>
          <w:i w:val="0"/>
        </w:rPr>
        <w:br/>
        <w:t>scraped_at: "2026-09-13T15:09:41"</w:t>
      </w:r>
      <w:r>
        <w:br/>
      </w:r>
      <w:r>
        <w:rPr>
          <w:b w:val="0"/>
          <w:i w:val="0"/>
        </w:rPr>
        <w:br/>
        <w:t>word_count: 1495</w:t>
      </w:r>
    </w:p>
    <w:p>
      <w:r>
        <w:t>――――――――――――――――――――――――――――――</w:t>
      </w:r>
    </w:p>
    <w:p>
      <w:r>
        <w:rPr>
          <w:b w:val="0"/>
          <w:i w:val="0"/>
        </w:rPr>
        <w:t>NEWS MEMBERS' AREA SHOP SUBSCRIBE UPCOMING SHOWS MORE</w:t>
      </w:r>
    </w:p>
    <w:p>
      <w:r>
        <w:rPr>
          <w:b w:val="0"/>
          <w:i w:val="0"/>
        </w:rPr>
        <w:t>RETRIEVER LABRADOR</w:t>
      </w:r>
    </w:p>
    <w:p>
      <w:r>
        <w:rPr>
          <w:b w:val="0"/>
          <w:i w:val="0"/>
        </w:rPr>
        <w:t>Issue: 28/07/2023</w:t>
      </w:r>
    </w:p>
    <w:p>
      <w:r>
        <w:rPr>
          <w:b w:val="0"/>
          <w:i w:val="0"/>
        </w:rPr>
        <w:t xml:space="preserve">With little to report in the show world this week, I thought a look back 20 years to the breed notes of July 2003 might bring back memories and be interesting for old and newer readers. Happily many of the breeders and exhibitors are still showing today 20 years later. </w:t>
      </w:r>
    </w:p>
    <w:p>
      <w:r>
        <w:rPr>
          <w:b w:val="0"/>
          <w:i w:val="0"/>
        </w:rPr>
        <w:t xml:space="preserve">Here goes - there was sad news to start with. Ã¢â‚¬Å"I was saddened to hear on my return from holiday of the passing of Harold Clayton, long time Secretary of the Yellow Lab Club, original editor and publisher of the Labrador Pedigree Books since 1972, and owner with his wife Margaret of the Ardmargha prefix . Harold and MargaretÃ¢â‚¬â„¢s dogs are behind many of the modern day show Labradors. Our deepest sympathy goes to his dear wife at this very sad time. </w:t>
      </w:r>
    </w:p>
    <w:p>
      <w:r>
        <w:rPr>
          <w:b w:val="0"/>
          <w:i w:val="0"/>
        </w:rPr>
        <w:t xml:space="preserve">Border Union at Kelso, a favourite of so many exhibitors, was blessed with gloriously sunny weather. One of the most exhibitor friendly shows on the circuit, the show organises parking by breed, immediately adjacent to the relevant benching tents, which themselves are only a few steps from the mown grass rings. This year a new addition to the ground was the vast airy building, which has been built to replace the previous well-worn post-war permanent buildings. In here the bar and refreshment areas were located, providing a pleasant refuge to escape the scorching mid-day sun and 27C temperature. (Husband got his nose sunburnt during the day Ã¢â‚¬â€œ we later travelled far north-west to the Highlands where the temperature was 10.5 degrees, the midges ate us alive and it rained for a week, so the nose recovered quickly!). </w:t>
      </w:r>
    </w:p>
    <w:p>
      <w:r>
        <w:rPr>
          <w:b w:val="0"/>
          <w:i w:val="0"/>
        </w:rPr>
        <w:t xml:space="preserve">Our judge was Alan Porter (Lindall) and his CC winners were Bitch CC and Best of Breed Mrs Downey Tullochs yellow Sh Ch Tullochmohr Thespian, who was in the final 6 in the Gundog Group, Res Bitch CC Mrs Audrey HallumÃ¢â‚¬â„¢s Keenes Lily of the Valley JW. </w:t>
      </w:r>
    </w:p>
    <w:p>
      <w:r>
        <w:rPr>
          <w:b w:val="0"/>
          <w:i w:val="0"/>
        </w:rPr>
        <w:t xml:space="preserve">The Dog CC, his third in 6 days, went to the gorgeous black Int Ch/ Fr Ch Ole owned by Miss Anne Charlotte Dreyfus from France. What a wonderful week these two have had. The CC at the Lab Club Centenary (Judge - Guy Spagnolo) the previous Sunday, the CC, Best of Breed and Gundog Group 2, two days later on Tuesday at Three Counties (Judge Ann Britton) and four days later the CC at Border Union on Saturday under Alan Porter. I believe he is the first Labrador, bred abroad, to become a Show Champion in the UK and must surely be one of the speediest dogs to be made up. Many congratulations and well worth the long journey from France.  The Res dog CC was won by by Mrs Downey TullochÃ¢â‚¬â„¢s black, Sh Ch Tullochmohr Final Edition. Best Puppy was Mrs McCullochÃ¢â‚¬â„¢s Frewlings Four Leaf Clover.  Good to see David Craig at the show and hear that he had won the CC and Best of Breed on the day with his young Beagle. Many Congratulations. </w:t>
      </w:r>
    </w:p>
    <w:p>
      <w:r>
        <w:rPr>
          <w:b w:val="0"/>
          <w:i w:val="0"/>
        </w:rPr>
        <w:t xml:space="preserve">Whilst I was in the far Highlands being eaten by the midges, Blackpool Ch Show was held. The judges were Mr Eric Gill and Mrs Margie Cairns. Their winners were Best of Breed and Bitch CC: Anthony &amp; JayesÃ¢â‚¬â„¢ Sh Ch Tapeatom Ginantonic at Sandylands. Res Bitch CC: BarberiÃ¢â‚¬â„¢s It Ch Amber Dog CC : ColeÃ¢â‚¬â„¢s Sh Ch Stajantor Robin Res Dog CC: BarberiÃ¢â‚¬â„¢s It Ch Heatherbourne Watchman Best Puppy: MclellanÃ¢â‚¬â„¢s Chelmscote Star Struck for Saranden </w:t>
      </w:r>
    </w:p>
    <w:p>
      <w:r>
        <w:rPr>
          <w:b w:val="0"/>
          <w:i w:val="0"/>
        </w:rPr>
        <w:t xml:space="preserve">There is a correction to my notes of winners at the Labrador Club Centennial Open show where Best Puppy under Les Page was not the yellow Mambrinos Spellbound as incorrectly stated, but Bourbon Mist for Baileydale (Cornlands Perseus ex Baileydale Bumpsy Daisy) owned by Mr A Metcalfe and Mr J P Hindley and bred by Miss H Waters . Mambrinos Spellbound was Best Puppy at the Centenary Championship Show and two days later at Three Counties Ch Show, but not the Centennial Open Show. My apologies for the error. </w:t>
      </w:r>
    </w:p>
    <w:p>
      <w:r>
        <w:rPr>
          <w:b w:val="0"/>
          <w:i w:val="0"/>
        </w:rPr>
        <w:t xml:space="preserve">Shelagh Walton, Secretary of the Labrador Retriever Club writes Ã¢â‚¬Å"On behalf of the Officers and Committee of the Labrador Retriever Club, I would like to thank all those people who sent messages of goodwill and congratulations regarding the Celebration Event. It is wonderful to know that so many people, both from home and abroad, enjoyed the weekend. </w:t>
      </w:r>
    </w:p>
    <w:p>
      <w:r>
        <w:rPr>
          <w:b w:val="0"/>
          <w:i w:val="0"/>
        </w:rPr>
        <w:t xml:space="preserve">Ã¢â‚¬Å"The Club has available to buy Catalogues at Ã‚Â£2 each, The Parade of Champions Book at Ã‚Â£5 and the Discussion Booklet for a Ã‚Â£2 donation. Please add Ã‚Â£1 postage for the UK or Ã‚Â£2 overseas postage, to each of the above prices. Alternatively, a set of Open and Championship Show Catalogues, Discussion Booklet and Parade of Champions Book may be purchased for Ã‚Â£10 including UK postage, overseas postage add Ã‚Â£1. </w:t>
      </w:r>
    </w:p>
    <w:p>
      <w:r>
        <w:rPr>
          <w:b w:val="0"/>
          <w:i w:val="0"/>
        </w:rPr>
        <w:t>Ã¢â‚¬Å"There will also be available shortly a video of the event. The cost will be Ã‚Â£18.45 including postage and can be pre-ordered from the Secretary, Shelagh Walton. ( note 2023 - Secretary is now Karl Gawthorpe)</w:t>
      </w:r>
    </w:p>
    <w:p>
      <w:r>
        <w:rPr>
          <w:b w:val="0"/>
          <w:i w:val="0"/>
        </w:rPr>
        <w:t xml:space="preserve">Ã¢â‚¬Å"There were a number of items left behind after the event. These include a shooting stick, Wellington boots, an umbrella, a folding chair, a jacket and a small checked towel. If anyone wishes to claim these please contact the SecretaryÃ¢â‚¬Â. </w:t>
      </w:r>
    </w:p>
    <w:p>
      <w:r>
        <w:rPr>
          <w:b w:val="0"/>
          <w:i w:val="0"/>
        </w:rPr>
        <w:t xml:space="preserve">One of my most enjoyable memories of the Centennial Event concerned the scurry and Christine Hooper, who has recently taken ownership of Bart (pet name), a black, show-bred dog from Ireland. </w:t>
      </w:r>
    </w:p>
    <w:p>
      <w:r>
        <w:rPr>
          <w:b w:val="0"/>
          <w:i w:val="0"/>
        </w:rPr>
        <w:t>Formerly, I believe, this dog was living shut in a shed for most of the day with four Staffordshire Bull Terriers, but now he is rehomed and has well and truly landed on his feet with Christine. To prove his thanks to her and to his new life in general, his performance in the scurry lightened everyoneÃ¢â‚¬â„¢s day and ChristineÃ¢â‚¬â„¢s admiration of him! What a darling dog!</w:t>
      </w:r>
    </w:p>
    <w:p>
      <w:r>
        <w:rPr>
          <w:b w:val="0"/>
          <w:i w:val="0"/>
        </w:rPr>
        <w:t xml:space="preserve">The scurry was set up by the lake. Whilst a shot was fired, dogs had to mark and then retrieve at speed two dummies, either both from the lake, or from nearby scrub on the sloping bank leading into the lake. </w:t>
      </w:r>
    </w:p>
    <w:p>
      <w:r>
        <w:rPr>
          <w:b w:val="0"/>
          <w:i w:val="0"/>
        </w:rPr>
        <w:t xml:space="preserve">As one would expect, the working members of the LRC and their dogs performed pretty efficiently and seriously, with lots of whistles, shouts and arm waving, coupled with some pretty speedy returns. I found it all most enjoyable to watch and was happy to observe show dogs taking part too. </w:t>
      </w:r>
    </w:p>
    <w:p>
      <w:r>
        <w:rPr>
          <w:b w:val="0"/>
          <w:i w:val="0"/>
        </w:rPr>
        <w:t xml:space="preserve">Then it was Christine and the jovial BartÃ¢â‚¬â„¢s turn. </w:t>
      </w:r>
    </w:p>
    <w:p>
      <w:r>
        <w:rPr>
          <w:b w:val="0"/>
          <w:i w:val="0"/>
        </w:rPr>
        <w:t xml:space="preserve">Christine writes Ã¢â‚¬Å"Neither of us having ever taken part in a scurry before, this was a new experience. I sent Bart out for two retrieves, one was in the lake and the other was in the undergrowth. He marked the retrieves and when told, set off in hot pursuit, to search out the dummies and return them to me. </w:t>
      </w:r>
    </w:p>
    <w:p>
      <w:r>
        <w:rPr>
          <w:b w:val="0"/>
          <w:i w:val="0"/>
        </w:rPr>
        <w:t xml:space="preserve">Ã¢â‚¬Å"Having searched thoroughly to find them, he succeeded and busily emerged from the sloping, lakeside undergrowth proudly dragging, no, not the dummy as required, but a huge branch of a tree for all to admire. This caused the massed ranks of onlookers to break into whoops of joyful applause.Ã¢â‚¬Â (What a clever boy! AMB) </w:t>
      </w:r>
    </w:p>
    <w:p>
      <w:r>
        <w:rPr>
          <w:b w:val="0"/>
          <w:i w:val="0"/>
        </w:rPr>
        <w:t xml:space="preserve">Ã¢â‚¬Å"At this point, Bart, having efficiently deposited the tree branch, immediately turned round of his own accord and returned to the water to resume his search for the next requisite Ã¢â‚¬Å"dummyÃ¢â‚¬Â, which he found (this time the correct one) and returned to hand. Sadly, time faults eliminated him from further competition! </w:t>
      </w:r>
    </w:p>
    <w:p>
      <w:r>
        <w:rPr>
          <w:b w:val="0"/>
          <w:i w:val="0"/>
        </w:rPr>
        <w:t>Ã¢â‚¬Å"I must say, we thoroughly enjoyed ourselves, it was such fun and I would recommend anyone to have a go!Ã¢â‚¬Â Well done Christine and Bart! Ã¢â‚¬Å"</w:t>
      </w:r>
    </w:p>
    <w:p>
      <w:r>
        <w:rPr>
          <w:b w:val="0"/>
          <w:i w:val="0"/>
        </w:rPr>
        <w:t xml:space="preserve">I hope you enjoyed reading these old breed notes. IÃ¢â‚¬â„¢ve removed the old fax phone number that was used at that time for notes to be forwarded to our dogs. A thing very much of the past prior to Facebook etc. </w:t>
      </w:r>
    </w:p>
    <w:p>
      <w:r>
        <w:rPr>
          <w:b w:val="0"/>
          <w:i w:val="0"/>
        </w:rPr>
        <w:t>Do remember to let me have your news of current events.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