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- 07/10/2022 - ISSUE"</w:t>
      </w:r>
      <w:r>
        <w:br/>
      </w:r>
      <w:r>
        <w:rPr>
          <w:b w:val="0"/>
          <w:i w:val="0"/>
        </w:rPr>
        <w:br/>
        <w:t>date_original: "07/10/2022 - ISSUE"</w:t>
      </w:r>
      <w:r>
        <w:br/>
      </w:r>
      <w:r>
        <w:rPr>
          <w:b w:val="0"/>
          <w:i w:val="0"/>
        </w:rPr>
        <w:br/>
        <w:t>source_url: "https://www.ourdogs.co.uk/members/breednotes/RetrieverLabradorMain.php"</w:t>
      </w:r>
      <w:r>
        <w:br/>
      </w:r>
      <w:r>
        <w:rPr>
          <w:b w:val="0"/>
          <w:i w:val="0"/>
        </w:rPr>
        <w:br/>
        <w:t>scraped_at: "2026-09-13T15:11:29"</w:t>
      </w:r>
      <w:r>
        <w:br/>
      </w:r>
      <w:r>
        <w:rPr>
          <w:b w:val="0"/>
          <w:i w:val="0"/>
        </w:rPr>
        <w:br/>
        <w:t>word_count: 644</w:t>
      </w:r>
    </w:p>
    <w:p>
      <w:r>
        <w:t>――――――――――――――――――――――――――――――</w:t>
      </w:r>
    </w:p>
    <w:p>
      <w:r>
        <w:rPr>
          <w:b w:val="0"/>
          <w:i w:val="0"/>
        </w:rPr>
        <w:t>NEWS MEMBERS' AREA SHOP SUBSCRIBE UPCOMING SHOWS MORE</w:t>
      </w:r>
    </w:p>
    <w:p>
      <w:r>
        <w:rPr>
          <w:b w:val="0"/>
          <w:i w:val="0"/>
        </w:rPr>
        <w:t>RETRIEVER LABRADOR</w:t>
      </w:r>
    </w:p>
    <w:p>
      <w:r>
        <w:rPr>
          <w:b w:val="0"/>
          <w:i w:val="0"/>
        </w:rPr>
        <w:t>Issue: 07/10/2022</w:t>
      </w:r>
    </w:p>
    <w:p>
      <w:r>
        <w:rPr>
          <w:b w:val="0"/>
          <w:i w:val="0"/>
        </w:rPr>
        <w:t>What a hectic time for some exhibitors and their dogs!</w:t>
      </w:r>
    </w:p>
    <w:p>
      <w:r>
        <w:rPr>
          <w:b w:val="0"/>
          <w:i w:val="0"/>
        </w:rPr>
        <w:t>The Yellow Lab Club held its usual mid-week championship show recently and attracted an entry of 63/89 dogs for Ed Casey and 109/146 bitches for Lynda Miles.</w:t>
      </w:r>
    </w:p>
    <w:p>
      <w:r>
        <w:rPr>
          <w:b w:val="0"/>
          <w:i w:val="0"/>
        </w:rPr>
        <w:t>Gary and Jean JohnsonÃ¢â‚¬â„¢s dog, Sh Ch Cremino Calabrese, won the CC and took the top honour of Best in Show.  The Res Dog CC went to the Ellis familyÃ¢â‚¬â„¢s Dolwen Stargazer.</w:t>
      </w:r>
    </w:p>
    <w:p>
      <w:r>
        <w:rPr>
          <w:b w:val="0"/>
          <w:i w:val="0"/>
        </w:rPr>
        <w:t>Lynda awarded the Bitch CC to the recently crowned Maxrose Daisy Belle, owned by Mark Torrance and Nicola Davies.  Daisy Belle was also Res BIS and BOS in show.  The Res Bitch CC was claimed by the MetcalfesÃ¢â‚¬â„¢ Baileydale Dizzy Miss Lizzy, also recently crowned and still only a Yearling. BPIS was Emma ManningÃ¢â‚¬â„¢s Puppy Dog, Marchurch Imperial Topaz and the BVIS was Elaine YoungÃ¢â‚¬â„¢s dog, Potterspiney Killian.</w:t>
      </w:r>
    </w:p>
    <w:p>
      <w:r>
        <w:rPr>
          <w:b w:val="0"/>
          <w:i w:val="0"/>
        </w:rPr>
        <w:t xml:space="preserve">A couple of days later, at Gundog Breeds Association of Scotland, Tom Graham awarded the Dog CC to the HodgesÃ¢â‚¬â„¢ Sh Ch/Ir Sh Ch Naiken Elite Envoy and the Res CC to Pam DrugganÃ¢â‚¬â„¢s Sh Ch A Sense of PleasureÃ¢â‚¬â„¢s El Toro at Balladoole.  Agnes-May Pollock judged the bitches and top honours went to Ian &amp; Barbara GanneyÃ¢â‚¬â„¢s Mardas Black Silk, with the Res CC being awarded to Saranden Santee Sioux Timouron, owned by Claire Allen.  BP was Coleen ThomsonÃ¢â‚¬â„¢s Strathhunker Gabrielle and Susan ParkerÃ¢â‚¬â„¢s Sh Ch Poniel Reason To Believe at Bruadarach was Best Veteran.   BOB went to Naiken Elite Envoy and he came third in the Group under Frank Whyte.  </w:t>
      </w:r>
    </w:p>
    <w:p>
      <w:r>
        <w:rPr>
          <w:b w:val="0"/>
          <w:i w:val="0"/>
        </w:rPr>
        <w:t>The day after GBAS it was Gundog day at the Scottish Kennel Club.  Mr. J. Doval from Spain found his winners as follows: Dog CC &amp; Best Veteran was Sh Ch Poniel Reason To Believe at Bruadarach, so what a successful couple of days he had!  The Res Dog CC was a repeat of the previous day at GBAS and went to Sh Ch A Sense of PleasureÃ¢â‚¬â„¢s El Toro at Balladoole.  The Bitch CC &amp; BOB was awarded to Caroline EdwardsÃ¢â‚¬â„¢s Kimbajak Miss Jazz Swinger, with the Res CC going to Dolwen Annastasia belonging to the Ellis family.  Mr &amp; Mrs MilliganÃ¢â‚¬â„¢s puppy bitch, Balladoole Lucky Dip, was Best Puppy and she came second in the Gundog Puppy Group under Mr K. Berry.</w:t>
      </w:r>
    </w:p>
    <w:p>
      <w:r>
        <w:rPr>
          <w:b w:val="0"/>
          <w:i w:val="0"/>
        </w:rPr>
        <w:t>Many congratulations to all of the above.</w:t>
      </w:r>
    </w:p>
    <w:p>
      <w:r>
        <w:rPr>
          <w:b w:val="0"/>
          <w:i w:val="0"/>
        </w:rPr>
        <w:t xml:space="preserve">The question of benching is a topic that our regular Breed Note writer, Ann, takes up from time to time and the pros and cons have been discussed in Our Dogs in recent weeks by, among others, Ronnie Irving.  What are your views?  Certainly at one of the summer championship shows that I attended the benching area was like a ghost town.  Most people had decamped to the area on the approach to the ring, with cages, chairs and other paraphernalia, despite the benching tent being close to the ring. </w:t>
      </w:r>
    </w:p>
    <w:p>
      <w:r>
        <w:rPr>
          <w:b w:val="0"/>
          <w:i w:val="0"/>
        </w:rPr>
        <w:t>And now, more lightheartedly, a footnote/pawnote - A labrador talking to the family cat, Ã¢â‚¬Å"They donÃ¢â‚¬â„¢t keep you on a lead because they WANT you to run away.Ã¢â‚¬Â</w:t>
      </w:r>
    </w:p>
    <w:p>
      <w:r>
        <w:rPr>
          <w:b w:val="0"/>
          <w:i w:val="0"/>
        </w:rPr>
        <w:t>Patricia Harrison</w:t>
      </w:r>
    </w:p>
    <w:p>
      <w:r>
        <w:rPr>
          <w:b w:val="0"/>
          <w:i w:val="0"/>
        </w:rPr>
        <w:t>labs.stebel@me.com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