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- 03/01/2025 - ISSUE"</w:t>
      </w:r>
      <w:r>
        <w:br/>
      </w:r>
      <w:r>
        <w:rPr>
          <w:b w:val="0"/>
          <w:i w:val="0"/>
        </w:rPr>
        <w:br/>
        <w:t>date_original: "03/01/2025 - ISSUE"</w:t>
      </w:r>
      <w:r>
        <w:br/>
      </w:r>
      <w:r>
        <w:rPr>
          <w:b w:val="0"/>
          <w:i w:val="0"/>
        </w:rPr>
        <w:br/>
        <w:t>source_url: "https://www.ourdogs.co.uk/members/breednotes/RetrieverLabradorMain.php"</w:t>
      </w:r>
      <w:r>
        <w:br/>
      </w:r>
      <w:r>
        <w:rPr>
          <w:b w:val="0"/>
          <w:i w:val="0"/>
        </w:rPr>
        <w:br/>
        <w:t>scraped_at: "2026-09-13T15:06:46"</w:t>
      </w:r>
      <w:r>
        <w:br/>
      </w:r>
      <w:r>
        <w:rPr>
          <w:b w:val="0"/>
          <w:i w:val="0"/>
        </w:rPr>
        <w:br/>
        <w:t>word_count: 425</w:t>
      </w:r>
    </w:p>
    <w:p>
      <w:r>
        <w:t>――――――――――――――――――――――――――――――</w:t>
      </w:r>
    </w:p>
    <w:p>
      <w:r>
        <w:rPr>
          <w:b w:val="0"/>
          <w:i w:val="0"/>
        </w:rPr>
        <w:t>NEWS MEMBERS' AREA SHOP SUBSCRIBE UPCOMING SHOWS MORE</w:t>
      </w:r>
    </w:p>
    <w:p>
      <w:r>
        <w:rPr>
          <w:b w:val="0"/>
          <w:i w:val="0"/>
        </w:rPr>
        <w:t>RETRIEVER LABRADOR</w:t>
      </w:r>
    </w:p>
    <w:p>
      <w:r>
        <w:rPr>
          <w:b w:val="0"/>
          <w:i w:val="0"/>
        </w:rPr>
        <w:t>Issue: 03/01/2025</w:t>
      </w:r>
    </w:p>
    <w:p>
      <w:r>
        <w:rPr>
          <w:b w:val="0"/>
          <w:i w:val="0"/>
        </w:rPr>
        <w:t xml:space="preserve">I trust everyone has enjoyed a splendid Christmas and my good wishes for a very happy and successful New Year with your dogs. Sadly no notes last week as still restoring the damage caused by the most recent horrendous storm. </w:t>
      </w:r>
    </w:p>
    <w:p>
      <w:r>
        <w:rPr>
          <w:b w:val="0"/>
          <w:i w:val="0"/>
        </w:rPr>
        <w:t xml:space="preserve">LKA was held at Stafford, and was the final championship show of the year. Labrador were judged by David Hutchison taking on the breed for the first time. Congratulations to Linda Harvey Major making up a new champion bitch. </w:t>
      </w:r>
    </w:p>
    <w:p>
      <w:r>
        <w:rPr>
          <w:b w:val="0"/>
          <w:i w:val="0"/>
        </w:rPr>
        <w:t>From an entry of 203 his winners were BOB Mrs Linda Harvey Major, Jun Ch Hit Of Hit Choice For Vita Solare At Linjor, Dog CC Gary and Jean Johnson, Sh Ch Cremino Calabrese, Res Dog CC Caroline Edwards, Kimbajak Royal Mint, Bitch CC her third and made up on the day Mrs Linda Harvey Major, Jun Ch Hit Of Hit Choice For Vita Solare At Linjor, Res Bitch CC Miss Val Artingstall, Hightrevoron Forget Me Not, Best Puppy Mr, Mrs and Miss A, L and T Douglas, Talard Whirlwind, Best Veteran Miss Rachel, Pattison And Ms Jane Pattison, Pattilands Shining Star.</w:t>
      </w:r>
    </w:p>
    <w:p>
      <w:r>
        <w:rPr>
          <w:b w:val="0"/>
          <w:i w:val="0"/>
        </w:rPr>
        <w:t xml:space="preserve">Iâ€™ve had to buy a new phone as my old one was running up a large bill, apparently all on its own when I was sleeping, priced at 14.9p/mb. My monthly BT contract allowance ran out in just Three days! Hence I have now learnt that buying a new phone, even if set up by the patient lady in the EE shop, is very complicated and utterly stressful. </w:t>
      </w:r>
    </w:p>
    <w:p>
      <w:r>
        <w:rPr>
          <w:b w:val="0"/>
          <w:i w:val="0"/>
        </w:rPr>
        <w:t>One day the new one will be fully set up to work and until then, the old one is now restricted and not allowed free rein of its own any more just basic calls.</w:t>
      </w:r>
    </w:p>
    <w:p>
      <w:r>
        <w:rPr>
          <w:b w:val="0"/>
          <w:i w:val="0"/>
        </w:rPr>
        <w:t>Since the storms why have my dogs all been digging holes in the mud. The back lawns look like a battlefield. I wonder what they think they will find. Maybe space debris?</w:t>
      </w:r>
    </w:p>
    <w:p>
      <w:r>
        <w:rPr>
          <w:b w:val="0"/>
          <w:i w:val="0"/>
        </w:rPr>
        <w:t xml:space="preserve">Looking forward to the 2025 show season and Best wishes to you all. </w:t>
      </w:r>
    </w:p>
    <w:p>
      <w:r>
        <w:rPr>
          <w:b w:val="0"/>
          <w:i w:val="0"/>
        </w:rPr>
        <w:t xml:space="preserve">Ann Britton </w:t>
      </w:r>
    </w:p>
    <w:p>
      <w:r>
        <w:rPr>
          <w:b w:val="0"/>
          <w:i w:val="0"/>
        </w:rPr>
        <w:t>bowstones@btinte</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