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- 05/06/2020 - ISSUE"</w:t>
      </w:r>
      <w:r>
        <w:br/>
      </w:r>
      <w:r>
        <w:rPr>
          <w:b w:val="0"/>
          <w:i w:val="0"/>
        </w:rPr>
        <w:br/>
        <w:t>date_original: "05/06/2020 - ISSUE"</w:t>
      </w:r>
      <w:r>
        <w:br/>
      </w:r>
      <w:r>
        <w:rPr>
          <w:b w:val="0"/>
          <w:i w:val="0"/>
        </w:rPr>
        <w:br/>
        <w:t>source_url: "https://www.ourdogs.co.uk/members/breednotes/RetrieverLabradorMain.php"</w:t>
      </w:r>
      <w:r>
        <w:br/>
      </w:r>
      <w:r>
        <w:rPr>
          <w:b w:val="0"/>
          <w:i w:val="0"/>
        </w:rPr>
        <w:br/>
        <w:t>scraped_at: "2026-09-13T15:17:28"</w:t>
      </w:r>
      <w:r>
        <w:br/>
      </w:r>
      <w:r>
        <w:rPr>
          <w:b w:val="0"/>
          <w:i w:val="0"/>
        </w:rPr>
        <w:br/>
        <w:t>word_count: 1503</w:t>
      </w:r>
    </w:p>
    <w:p>
      <w:r>
        <w:t>――――――――――――――――――――――――――――――</w:t>
      </w:r>
    </w:p>
    <w:p>
      <w:r>
        <w:rPr>
          <w:b w:val="0"/>
          <w:i w:val="0"/>
        </w:rPr>
        <w:t>NEWS MEMBERS' AREA SHOP SUBSCRIBE UPCOMING SHOWS MORE</w:t>
      </w:r>
    </w:p>
    <w:p>
      <w:r>
        <w:rPr>
          <w:b w:val="0"/>
          <w:i w:val="0"/>
        </w:rPr>
        <w:t>RETRIEVER LABRADOR</w:t>
      </w:r>
    </w:p>
    <w:p>
      <w:r>
        <w:rPr>
          <w:b w:val="0"/>
          <w:i w:val="0"/>
        </w:rPr>
        <w:t>Issue: 05/06/2020</w:t>
      </w:r>
    </w:p>
    <w:p>
      <w:r>
        <w:rPr>
          <w:b w:val="0"/>
          <w:i w:val="0"/>
        </w:rPr>
        <w:t>Lockdown is being eased a little. After the closely packed, "Black Lives Count" demonstrations in London last weekend with thousands of people ignoring all advice about social distancing, I wouldn't be surprised if the Covid 19 infected numbers increase once more in two weeks' time and we will be faced with possible lockdown again. In the meantime schools are about to open and one hopes nothing will be done to impede our eventual return to a more normal life.</w:t>
      </w:r>
    </w:p>
    <w:p>
      <w:r>
        <w:rPr>
          <w:b w:val="0"/>
          <w:i w:val="0"/>
        </w:rPr>
        <w:t xml:space="preserve">Not having moved from home or spoken face to face to a soul for ten weeks, I tentatively got into the car to see if it would start and still go. Not intent upon driving far or sightseeing, but just to check it still worked.  </w:t>
      </w:r>
    </w:p>
    <w:p>
      <w:r>
        <w:rPr>
          <w:b w:val="0"/>
          <w:i w:val="0"/>
        </w:rPr>
        <w:t>My trusty Volvo sprung into life first go and off we went, east, up one junction of the M50 to the next, and having warmed the works up, back home down the other carriageway. I returned safely and felt much relieved to be back in solitary confinement again without mishap. Wales, twelve miles in the other direction, was still closed to "foreigners" so there was hardly any traffic at all on the M50, just a single delivery lorry and two separately broken down vans and me.</w:t>
      </w:r>
    </w:p>
    <w:p>
      <w:r>
        <w:rPr>
          <w:b w:val="0"/>
          <w:i w:val="0"/>
        </w:rPr>
        <w:t>The road-test excitement completed my outings for April and May. Truth to tell, I've enjoyed staying at home, gardening, and pottering around, painting kennels and sheds in what luckily turned out to be hot sunny weather. The garden looks a picture. The roses have never been better. The dogs are happily lazing around and one day quietly melts into another. The TV button is in the off position. I cannot stand the political anti-government wrangling, all day every day on the hour, presumably in an attempt to cause unease in the population and scupper final Brexit negotiations due to complete this year.</w:t>
      </w:r>
    </w:p>
    <w:p>
      <w:r>
        <w:rPr>
          <w:b w:val="0"/>
          <w:i w:val="0"/>
        </w:rPr>
        <w:t xml:space="preserve">Mabel the five month Jack Russell terrier has settled in brilliantly. She considers herself a full sized Labrador and mixes in with them so well. She's so funny, especially when there is a bottleneck of several Labs waiting, bustling impatiently to go through a door or gate, she just runs underneath them all, without breaking stride and gets through first. </w:t>
      </w:r>
    </w:p>
    <w:p>
      <w:r>
        <w:rPr>
          <w:b w:val="0"/>
          <w:i w:val="0"/>
        </w:rPr>
        <w:t xml:space="preserve">Last week she caught two moles and a rat, which involved digging rather a lot of holes in the turf, but even so she is in my good books as she is cheaper than the mole man, who is usually employed to get rid of the little pests.  </w:t>
      </w:r>
    </w:p>
    <w:p>
      <w:r>
        <w:rPr>
          <w:b w:val="0"/>
          <w:i w:val="0"/>
        </w:rPr>
        <w:t>The Labs are in bad books having started the week pinching a new tub of Lurpak and sharing it between themselves on the newly shampooed kitchen carpet, then later in the week, after my neighbour had just collected my bread from the supermarket, whilst my back was turned for two minutes, they pinched and ate the whole loaf, leaving just the outer orange paper shredded around the kitchen floor. No comments please. I know it's my fault!</w:t>
      </w:r>
    </w:p>
    <w:p>
      <w:r>
        <w:rPr>
          <w:b w:val="0"/>
          <w:i w:val="0"/>
        </w:rPr>
        <w:t>Mr Pepys who I am sure is far better mannered than the above, has been busy writing his diary once more. Here is episode 6:</w:t>
      </w:r>
    </w:p>
    <w:p>
      <w:r>
        <w:rPr>
          <w:b w:val="0"/>
          <w:i w:val="0"/>
        </w:rPr>
        <w:t xml:space="preserve">The Occasional Diary of Mr Pepys - </w:t>
      </w:r>
    </w:p>
    <w:p>
      <w:r>
        <w:rPr>
          <w:b w:val="0"/>
          <w:i w:val="0"/>
        </w:rPr>
        <w:t>May 17th 1665 (or thereabouts) a Sunday, p.vi</w:t>
      </w:r>
    </w:p>
    <w:p>
      <w:r>
        <w:rPr>
          <w:b w:val="0"/>
          <w:i w:val="0"/>
        </w:rPr>
        <w:t xml:space="preserve">As is now customary, the Committee meeting concluded with an enthusiastic 'shout-across' conducted on the High Street. Such entertainments are becoming more popular than cabbage throwing at the stocks, especially in the provinces where an early supper is oft the preferred option. However, my Master was pressed into note-taking in the absence of the Token Gent (such a worthy having a proper job Soliciting in the Shires and sadly unavailable on that day.) I, Pepys do lie at his feet with the remnants of the 'Sunday Panorama' between my paws. I wrinkle my nose at the sordid goings-on described therein. I ignore the posturing and jottings of the scantily-clad theatrical (posing with a python!) I chew pensively through the results pertaining to horse-racing. Snoring-boring. </w:t>
      </w:r>
    </w:p>
    <w:p>
      <w:r>
        <w:rPr>
          <w:b w:val="0"/>
          <w:i w:val="0"/>
        </w:rPr>
        <w:t xml:space="preserve">Timidly, my Master quotes from the weekly news journal "Dogs of Our Own and Other Fancies." 'It has been reported by Royal Mail Bag that there are whisperings of a secret invasion in the Welch Principality. The dear populace fear the plague may breach the ramparts of that quality watering-hole known as the Bath of Builth. Spaced-out meetings have been convened in Cardiff. Conspirators are covertly converging on Prestatyn. What is more, some stout Celtic warriors have taken to the pleasure field and kicked the Eton ball out of shape! So no hand may grasp it firmly. Surely this will ruined the fair game. Woe! And Thrice woe! (Qv. Howard, F. BBC Light Programme 1951 Archive.) </w:t>
      </w:r>
    </w:p>
    <w:p>
      <w:r>
        <w:rPr>
          <w:b w:val="0"/>
          <w:i w:val="0"/>
        </w:rPr>
        <w:t xml:space="preserve">Contrary-wise and ironically, considering its original historical purpose, our Druid friends are busy strengthening the fortifications at Offa's dyke in order to discourage adventurous members of the English upper classes (mainly Surrey domiciles) from taking up their cosy 'second dwellings' in the Principality (in two notable cases, possibly their 'third dwellings,' no less!) </w:t>
      </w:r>
    </w:p>
    <w:p>
      <w:r>
        <w:rPr>
          <w:b w:val="0"/>
          <w:i w:val="0"/>
        </w:rPr>
        <w:t xml:space="preserve">Social separation being an anathema to the very essence of the Celtic tribes; a love of close-up partying, the performing of robÃƒÂ¨d Eisteddfods, thunderous chanting (particularly down the Rhondda) and, whisper it but quietly, smoochy poetry presentations in Portmeirion; 'Distancing' has been obeyed; hence, no Rock Rolling in the Field of the Horse Fayre at Builth, nor Gaseous Carbon Conveying nor Princely Processions nor Leek Seeking Ã¢ÂÂµ forays for the foreseeable future. </w:t>
      </w:r>
    </w:p>
    <w:p>
      <w:r>
        <w:rPr>
          <w:b w:val="0"/>
          <w:i w:val="0"/>
        </w:rPr>
        <w:t>[Historical Note Ã¢ÂÂµ: Intensive research in the Chancery Rolls suggests that Leek Seeking (aka 'Find that leek Boyo or yon pit will flood') was first practised at Blaenavon during the reign of Harold the Short at the Feast of St. Valentine. (Leek seeking is still popular in Milford Haven. FYI.) Miserably, for it is a sorry tale, three members of the local family Leek, the noble brothers Finder and Plugga, and their sister Taika disappeared into a dense and remote cornfield. Labour was in short supply due to the demands of the Continental wars. Recruits were being pressed to volunteer. A substantial reward of a pint of elvers was offered for the deliverance of the Leeks but sadly, they were never found. It is presumed that they stowed away by moonlight on a vessel bound for Texas where leek seeking is a well-practised art. Nowadays, many of the juveniles of the town are to be found in that same cornfield, on St. Valentine's Day. So it is said.]</w:t>
      </w:r>
    </w:p>
    <w:p>
      <w:r>
        <w:rPr>
          <w:b w:val="0"/>
          <w:i w:val="0"/>
        </w:rPr>
        <w:t xml:space="preserve">May 17th 1665 (or thereabouts), later that same eve.    </w:t>
      </w:r>
    </w:p>
    <w:p>
      <w:r>
        <w:rPr>
          <w:b w:val="0"/>
          <w:i w:val="0"/>
        </w:rPr>
        <w:t>My Mistress moans at the lack of Exhibitions in the Principality, her eye wells at the thought of Builth. 'Oh! How shall we survive without our annual thricely feast of Welch cakes, Rarebit and Brains Ale?' Quoth my Master, showing a kindly soul, 'and when will we rejoice again to the bold boom of baritones and trembling tenors blasting our very ears with Insular-Celtic verses.'</w:t>
      </w:r>
    </w:p>
    <w:p>
      <w:r>
        <w:rPr>
          <w:b w:val="0"/>
          <w:i w:val="0"/>
        </w:rPr>
        <w:t>Stout Camborne bows before my Mistress bearing a sweet e-missive - (already referenced! - Ed.) Mistress Comely has taken it upon herself to dispatch a cart of turnips forthwith as a charitable gesture to the folk of Barry Island, where her cousin-by-marriage does reside (for sure there is a family resemblance, being both possessed of an abundance of tumbling raven curls and the sweetest of countenances. (Sadly, his ringlets fair out-do those of his spouse, who has but a plain faÃƒÂ§ade.) Aside, my Mistress confesses, shedding a quiet tear all the while, they are of quite modest means, for he is but an Archdeacon of the church.</w:t>
      </w:r>
    </w:p>
    <w:p>
      <w:r>
        <w:rPr>
          <w:b w:val="0"/>
          <w:i w:val="0"/>
        </w:rPr>
        <w:t xml:space="preserve">I, Pepys am by now well rested. Detaching myself from the tattered shreds that have been my resting place for the last hour, I approach my Master and place both my front paws upon his dear chest. I breathe foully up his nostrils (for the rank shank of leveret that I partook for my lunch has rendered me a touch bilious.) Master takes the hint. 'Tis time for a trundle over the pasture, Pepys, I do so say. The sun will have left the pebbly path and the westerly airs will refresh the sinuses. But Hark! We must bimble with care Old Pepys, for there are vipers on the hill. It is their tangling time and we must be wary of where we do tread.' </w:t>
      </w:r>
    </w:p>
    <w:p>
      <w:r>
        <w:rPr>
          <w:b w:val="0"/>
          <w:i w:val="0"/>
        </w:rPr>
        <w:t>Thank you, Tony Jury.</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