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- 10/05/2013"</w:t>
      </w:r>
      <w:r>
        <w:br/>
      </w:r>
      <w:r>
        <w:rPr>
          <w:b w:val="0"/>
          <w:i w:val="0"/>
        </w:rPr>
        <w:br/>
        <w:t>date_original: "10/05/2013"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"2026-09-13T22:43:59"</w:t>
      </w:r>
      <w:r>
        <w:br/>
      </w:r>
      <w:r>
        <w:rPr>
          <w:b w:val="0"/>
          <w:i w:val="0"/>
        </w:rPr>
        <w:br/>
        <w:t>word_count: 290</w:t>
      </w:r>
    </w:p>
    <w:p>
      <w:r>
        <w:t>――――――――――――――――――――――――――――――</w:t>
      </w:r>
    </w:p>
    <w:p>
      <w:r>
        <w:rPr>
          <w:b w:val="0"/>
          <w:i w:val="0"/>
        </w:rPr>
        <w:t>NEWS MEMBERS' AREA SHOP SUBSCRIBE UPCOMING SHOWS MORE</w:t>
      </w:r>
    </w:p>
    <w:p>
      <w:r>
        <w:rPr>
          <w:b w:val="0"/>
          <w:i w:val="0"/>
        </w:rPr>
        <w:t>RETRIEVER LABRADOR</w:t>
      </w:r>
    </w:p>
    <w:p>
      <w:r>
        <w:rPr>
          <w:b w:val="0"/>
          <w:i w:val="0"/>
        </w:rPr>
        <w:t>Issue: 10/05/2013</w:t>
      </w:r>
    </w:p>
    <w:p>
      <w:r>
        <w:rPr>
          <w:b w:val="0"/>
          <w:i w:val="0"/>
        </w:rPr>
        <w:t>Jo and Andy Metcalfe (Baileydale) have a new email address, which is baileydalelabs@btinternet.com</w:t>
      </w:r>
    </w:p>
    <w:p>
      <w:r>
        <w:rPr>
          <w:b w:val="0"/>
          <w:i w:val="0"/>
        </w:rPr>
        <w:t>Newmarket and District Canine Society are holding a two day open show on 29th/30th June at Littleport Leisure Centre, Littleport, Cambridgeshire and are scheduling Labrador classes once again. There are ten classes for breed specialist David Carter (Lenside) and the classes are sponsored by East Anglian Lab Club. Postal entries close on Friday 31st May and online on 7th June. Schedules are available from the secretary David Knights on 01638 428717 or to download on www.fossedata.co.uk. Camping facilities are available for those who want them</w:t>
      </w:r>
    </w:p>
    <w:p>
      <w:r>
        <w:rPr>
          <w:b w:val="0"/>
          <w:i w:val="0"/>
        </w:rPr>
        <w:t>For more information contact, Hon. Secretary David Knights via davidknights25@yahoo.co.uk</w:t>
      </w:r>
    </w:p>
    <w:p>
      <w:r>
        <w:rPr>
          <w:b w:val="0"/>
          <w:i w:val="0"/>
        </w:rPr>
        <w:t>Another show putting on Labrador classes is Hereford Canine Society, where David Foulds is judging the breed at  the Societies next Open Show on Saturday 15th June 2013 at Kings Equestrian Centre, Bromyard, Herefordshire, HR7 4SR. Sponsored by Royal Canin the show includes a Companion Dog Show [Starts at 12.00 noon]. Photographer in attendance.</w:t>
      </w:r>
    </w:p>
    <w:p>
      <w:r>
        <w:rPr>
          <w:b w:val="0"/>
          <w:i w:val="0"/>
        </w:rPr>
        <w:t>Schedules can be downloaded from www.arenaprint.co.uk, entries close: 15th May 2013 post mark or on-line midnight 22nd May 2013.</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