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- 23/04/2021 - ISSUE"</w:t>
      </w:r>
      <w:r>
        <w:br/>
      </w:r>
      <w:r>
        <w:rPr>
          <w:b w:val="0"/>
          <w:i w:val="0"/>
        </w:rPr>
        <w:br/>
        <w:t>date_original: "23/04/2021 - ISSUE"</w:t>
      </w:r>
      <w:r>
        <w:br/>
      </w:r>
      <w:r>
        <w:rPr>
          <w:b w:val="0"/>
          <w:i w:val="0"/>
        </w:rPr>
        <w:br/>
        <w:t>source_url: "https://www.ourdogs.co.uk/members/breednotes/RetrieverLabradorMain.php"</w:t>
      </w:r>
      <w:r>
        <w:br/>
      </w:r>
      <w:r>
        <w:rPr>
          <w:b w:val="0"/>
          <w:i w:val="0"/>
        </w:rPr>
        <w:br/>
        <w:t>scraped_at: "2026-09-13T15:15:10"</w:t>
      </w:r>
      <w:r>
        <w:br/>
      </w:r>
      <w:r>
        <w:rPr>
          <w:b w:val="0"/>
          <w:i w:val="0"/>
        </w:rPr>
        <w:br/>
        <w:t>word_count: 1367</w:t>
      </w:r>
    </w:p>
    <w:p>
      <w:r>
        <w:t>――――――――――――――――――――――――――――――</w:t>
      </w:r>
    </w:p>
    <w:p>
      <w:r>
        <w:rPr>
          <w:b w:val="0"/>
          <w:i w:val="0"/>
        </w:rPr>
        <w:t>NEWS MEMBERS' AREA SHOP SUBSCRIBE UPCOMING SHOWS MORE</w:t>
      </w:r>
    </w:p>
    <w:p>
      <w:r>
        <w:rPr>
          <w:b w:val="0"/>
          <w:i w:val="0"/>
        </w:rPr>
        <w:t>RETRIEVER LABRADOR</w:t>
      </w:r>
    </w:p>
    <w:p>
      <w:r>
        <w:rPr>
          <w:b w:val="0"/>
          <w:i w:val="0"/>
        </w:rPr>
        <w:t>Issue: 23/04/2021</w:t>
      </w:r>
    </w:p>
    <w:p>
      <w:r>
        <w:rPr>
          <w:b w:val="0"/>
          <w:i w:val="0"/>
        </w:rPr>
        <w:t>One of my older dogs nearly killed himself recently. I walked into the kitchen mid-morning one day to find him scoffing the remains of a large furry, very mouldy loaf of bread and a whole tub of similarly mouldy cream cheese he had Ã¢â‚¬Å"found abandonedÃ¢â‚¬Â and brought indoors from the outside rubbish bin. He was lethargic, frequently sick, had intermittent diarrhoea, and couldnÃ¢â‚¬â„¢t eat  for several days. When a Labrador does not eat, itÃ¢â‚¬â„¢s bad news. I thought he was going to die.</w:t>
      </w:r>
    </w:p>
    <w:p>
      <w:r>
        <w:rPr>
          <w:b w:val="0"/>
          <w:i w:val="0"/>
        </w:rPr>
        <w:t>I googled the symptoms frequently and found out something I had never heard of before, that the mould found, especially on bread and cream cheese, is mega-toxic to dogs.</w:t>
      </w:r>
    </w:p>
    <w:p>
      <w:r>
        <w:rPr>
          <w:b w:val="0"/>
          <w:i w:val="0"/>
        </w:rPr>
        <w:t>As he is of advanced years, I was unable to  get him into the car in comfort (his and mine), but luckily the vet visited and prescribed him some pills and potions. He ailed on and off between life and death for another week, then one morning he woke up brightly, Ã¢â‚¬Å"Well Hello! What a lovely morning, are there any biscuits on offer?Ã¢â‚¬Â He has survived to hopefully not plunder another day.</w:t>
      </w:r>
    </w:p>
    <w:p>
      <w:r>
        <w:rPr>
          <w:b w:val="0"/>
          <w:i w:val="0"/>
        </w:rPr>
        <w:t>Two plus point things came about from this incident. One was, because I came down at about 4.30am each morning to see if he was still alive, I got to hear the magnificent dawn chorus. I had forgotten how lovely  it is, clear, bright and really beautiful birdsong, one tune merging with other songsters, all  so hopeful of the day ahead.</w:t>
      </w:r>
    </w:p>
    <w:p>
      <w:r>
        <w:rPr>
          <w:b w:val="0"/>
          <w:i w:val="0"/>
        </w:rPr>
        <w:t>The second plus point, on a much more practical note, I found the Vax Platinum carpet and floor washer, which I bought last year and currently being advertised on TV, absolutely brilliant. It sucks up all sorts of ghastly unmentionables off carpet tiles or hard tiled floors, rinses the area, with disinfectant in this case, and leaves the whole area dry and sweet smelling, whilst the Ã¢â‚¬Å"debrisÃ¢â‚¬Â is easily and cleanly disposed of down an outside drain, from a separate container into which it has been saved.</w:t>
      </w:r>
    </w:p>
    <w:p>
      <w:r>
        <w:rPr>
          <w:b w:val="0"/>
          <w:i w:val="0"/>
        </w:rPr>
        <w:t xml:space="preserve">After a lot of hard work, Karl Gawthorpe has secured dates for the Labrador Club Championship shows. They are the 17th and 18th July 2021 at the Pure Agility and Statfold Steam Railway Museum near Tamworth. </w:t>
      </w:r>
    </w:p>
    <w:p>
      <w:r>
        <w:rPr>
          <w:b w:val="0"/>
          <w:i w:val="0"/>
        </w:rPr>
        <w:t xml:space="preserve">The venue is located 4.5 miles off the A/M42 at Junction 11. There are onsite camping and caravanning facilities, there is a cafe, and extensive grounds for exercising the dogs.  A barbecue or hog roast will be arranged for the Saturday evening.  Full details of the show, and nearby hotels will be included in the schedule, which will be available through Fosse Data. </w:t>
      </w:r>
    </w:p>
    <w:p>
      <w:r>
        <w:rPr>
          <w:b w:val="0"/>
          <w:i w:val="0"/>
        </w:rPr>
        <w:t>Good to hear that United Retriever Open show was able to go ahead last week at Three Counties Malvern Showground under strict Covid rules, all ably organised by the indomitable Alison Scutcher and her determined team. No results or details to hand but I gather attendance was good and Becci Hodge won Best of Breed and Best in Show.</w:t>
      </w:r>
    </w:p>
    <w:p>
      <w:r>
        <w:rPr>
          <w:b w:val="0"/>
          <w:i w:val="0"/>
        </w:rPr>
        <w:t>On that day I was at home involved in a WELKS  Zoom Committee meeting, our WELKS championship show usually being held this very week every year at the same Malvern venue. However, whereas Open Shows, like URC above, can go ahead if organised meticulously around Covid regulations, all breed  championship shows over several days, with up to 9000 exhibitors present, continue to be a no go area at the moment.  This was the second year WELKS has been cancelled, with associated loss of funds, deposits, insurance, wages etc.</w:t>
      </w:r>
    </w:p>
    <w:p>
      <w:r>
        <w:rPr>
          <w:b w:val="0"/>
          <w:i w:val="0"/>
        </w:rPr>
        <w:t xml:space="preserve">I spent 35 years planning two, three and four day Championship dog shows until I handed over the enormous task of WELKS to fellow committee member  Heather Simper, about four years ago. Poor Heather. Two shows fully planned around Covid and both had to be cancelled, two years running. </w:t>
      </w:r>
    </w:p>
    <w:p>
      <w:r>
        <w:rPr>
          <w:b w:val="0"/>
          <w:i w:val="0"/>
        </w:rPr>
        <w:t>HeatherÃ¢â‚¬â„¢s account of the ups and down of her job are outlined below, in her Ã¢â‚¬Å"Show Managers TaleÃ¢â‚¬Â.</w:t>
      </w:r>
    </w:p>
    <w:p>
      <w:r>
        <w:rPr>
          <w:b w:val="0"/>
          <w:i w:val="0"/>
        </w:rPr>
        <w:t>Heather wrote: Ã¢â‚¬Å"The daunting realisation in July 2020 that with the Covid restrictions, WELKS were going to have to put on a very different show in 2021. To initially be informed that we could not use Severn Hall, in the middle of the showground, which houses our SecretaryÃ¢â‚¬â„¢s Office, Judges Reception, six indoor rings, the BIS ring and a toilet block, plus in addition to that shock, being informed that the large tent, we call Tent 1, which links all the Halls, was also not available, sent my brain into overdrive.</w:t>
      </w:r>
    </w:p>
    <w:p>
      <w:r>
        <w:rPr>
          <w:b w:val="0"/>
          <w:i w:val="0"/>
        </w:rPr>
        <w:t xml:space="preserve">Ã¢â‚¬ËœI then discovered that there was a restriction on the show ground of 2,000 people at any one at time during the day. The next bombshell was that we could only have 10 people in the Stewards office. </w:t>
      </w:r>
    </w:p>
    <w:p>
      <w:r>
        <w:rPr>
          <w:b w:val="0"/>
          <w:i w:val="0"/>
        </w:rPr>
        <w:t xml:space="preserve">Ã¢â‚¬ËœThe only way forward was to ask the Kennel Club to allow us to extend our days from 3 to 4, have no benching and no wet weather accommodation, the latter at the time seemed very radical. </w:t>
      </w:r>
    </w:p>
    <w:p>
      <w:r>
        <w:rPr>
          <w:b w:val="0"/>
          <w:i w:val="0"/>
        </w:rPr>
        <w:t xml:space="preserve">Ã¢â‚¬ËœWe already knew that our Malvern venue does not allow Gazebos, with good reason if you remember the hurricane of 2019, which meant we needed the Halls for some sort of shelter for the exhibitors. </w:t>
      </w:r>
    </w:p>
    <w:p>
      <w:r>
        <w:rPr>
          <w:b w:val="0"/>
          <w:i w:val="0"/>
        </w:rPr>
        <w:t xml:space="preserve">Ã¢â‚¬ËœI had to work out how many people could be accommodated in each Hall at any one time with social distance and one-way systems. </w:t>
      </w:r>
    </w:p>
    <w:p>
      <w:r>
        <w:rPr>
          <w:b w:val="0"/>
          <w:i w:val="0"/>
        </w:rPr>
        <w:t xml:space="preserve">Ã¢â‚¬ËœThe next task was to draw-up plans showing how we could manage to put on a show with all these hurdles. A draft Covid Risk assessment was drawn up and with the plan in place work began to source everything we would need, no easy task. </w:t>
      </w:r>
    </w:p>
    <w:p>
      <w:r>
        <w:rPr>
          <w:b w:val="0"/>
          <w:i w:val="0"/>
        </w:rPr>
        <w:t xml:space="preserve">Ã¢â‚¬ËœI can only say that the hours many of us worked burning the midnight oil, the sleepless nights, the numerous phone-callsÃ¢â‚¬â„¢ and emails, took their toll. </w:t>
      </w:r>
    </w:p>
    <w:p>
      <w:r>
        <w:rPr>
          <w:b w:val="0"/>
          <w:i w:val="0"/>
        </w:rPr>
        <w:t xml:space="preserve">Ã¢â‚¬ËœAll the time we were planning, at the back of my mind was the nagging thought that we were striding into the unknown. </w:t>
      </w:r>
    </w:p>
    <w:p>
      <w:r>
        <w:rPr>
          <w:b w:val="0"/>
          <w:i w:val="0"/>
        </w:rPr>
        <w:t xml:space="preserve">Ã¢â‚¬ËœTwo words went round and round in my head Ã¢â‚¬Ëœwhat ifÃ¢â‚¬â„¢, our best efforts were not good enough, we had everything in place and were shut down the night before the show. </w:t>
      </w:r>
    </w:p>
    <w:p>
      <w:r>
        <w:rPr>
          <w:b w:val="0"/>
          <w:i w:val="0"/>
        </w:rPr>
        <w:t xml:space="preserve">Ã¢â‚¬ËœWhat ifÃ¢â‚¬â„¢, we could not get enough helpers and Stewards. The list of Ã¢â‚¬ËœWhat ifÃ¢â‚¬â„¢s went on and on. </w:t>
      </w:r>
    </w:p>
    <w:p>
      <w:r>
        <w:rPr>
          <w:b w:val="0"/>
          <w:i w:val="0"/>
        </w:rPr>
        <w:t xml:space="preserve">Ã¢â‚¬ËœIn late October 2020 we were still optimistic but with the Tier system now coming into full force it was beginning to make the nerves jangle just a fraction. </w:t>
      </w:r>
    </w:p>
    <w:p>
      <w:r>
        <w:rPr>
          <w:b w:val="0"/>
          <w:i w:val="0"/>
        </w:rPr>
        <w:t>Ã¢â‚¬ËœBy January 2021 things began to look bleaker with another lockdown and in the end the hours of work were for nothing; we sadly had to make the decision to cancel.</w:t>
      </w:r>
    </w:p>
    <w:p>
      <w:r>
        <w:rPr>
          <w:b w:val="0"/>
          <w:i w:val="0"/>
        </w:rPr>
        <w:t xml:space="preserve">Ã¢â‚¬ËœWe all must remember that putting on a show of any size is all about Ã¢â‚¬Ëœthe TeamÃ¢â‚¬â„¢ behind the scenes that help to make a successful show. The Team works hard for our enjoyment and this needs our support and thanks even if things were not quite as you expected. On a positive note I look forward to WELKS in 2022 even if it may still be a little different to the norm of many years. </w:t>
      </w:r>
    </w:p>
    <w:p>
      <w:r>
        <w:rPr>
          <w:b w:val="0"/>
          <w:i w:val="0"/>
        </w:rPr>
        <w:t xml:space="preserve">Ã¢â‚¬ËœHeather Simper, Show Manager WELKSÃ¢â‚¬Â </w:t>
      </w:r>
    </w:p>
    <w:p>
      <w:r>
        <w:rPr>
          <w:b w:val="0"/>
          <w:i w:val="0"/>
        </w:rPr>
        <w:t>Thank you Heather. I hope readers enjoy hearing about what is involved behind the scenes in putting on  these big events for exhibitors to enjoy.</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