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- 16/03/2012"</w:t>
      </w:r>
      <w:r>
        <w:br/>
      </w:r>
      <w:r>
        <w:rPr>
          <w:b w:val="0"/>
          <w:i w:val="0"/>
        </w:rPr>
        <w:br/>
        <w:t>date_original: "16/03/2012"</w:t>
      </w:r>
      <w:r>
        <w:br/>
      </w:r>
      <w:r>
        <w:rPr>
          <w:b w:val="0"/>
          <w:i w:val="0"/>
        </w:rPr>
        <w:br/>
        <w:t>source_url: "https://www.ourdogs.co.uk/members/breednotes/retlabarchive.php"</w:t>
      </w:r>
      <w:r>
        <w:br/>
      </w:r>
      <w:r>
        <w:rPr>
          <w:b w:val="0"/>
          <w:i w:val="0"/>
        </w:rPr>
        <w:br/>
        <w:t>archive_type: "retlabarchive_post"</w:t>
      </w:r>
      <w:r>
        <w:br/>
      </w:r>
      <w:r>
        <w:rPr>
          <w:b w:val="0"/>
          <w:i w:val="0"/>
        </w:rPr>
        <w:br/>
        <w:t>scraped_at: "2026-09-13T22:46:42"</w:t>
      </w:r>
      <w:r>
        <w:br/>
      </w:r>
      <w:r>
        <w:rPr>
          <w:b w:val="0"/>
          <w:i w:val="0"/>
        </w:rPr>
        <w:br/>
        <w:t>word_count: 1159</w:t>
      </w:r>
    </w:p>
    <w:p>
      <w:r>
        <w:t>――――――――――――――――――――――――――――――</w:t>
      </w:r>
    </w:p>
    <w:p>
      <w:r>
        <w:rPr>
          <w:b w:val="0"/>
          <w:i w:val="0"/>
        </w:rPr>
        <w:t>NEWS MEMBERS' AREA SHOP SUBSCRIBE UPCOMING SHOWS MORE</w:t>
      </w:r>
    </w:p>
    <w:p>
      <w:r>
        <w:rPr>
          <w:b w:val="0"/>
          <w:i w:val="0"/>
        </w:rPr>
        <w:t>RETRIEVER LABRADOR</w:t>
      </w:r>
    </w:p>
    <w:p>
      <w:r>
        <w:rPr>
          <w:b w:val="0"/>
          <w:i w:val="0"/>
        </w:rPr>
        <w:t>Issue: 16/03/2012</w:t>
      </w:r>
    </w:p>
    <w:p>
      <w:r>
        <w:rPr>
          <w:b w:val="0"/>
          <w:i w:val="0"/>
        </w:rPr>
        <w:t>I was very sorry to hear that Jim Revitt of the Jimdi labradors has died suddenly. Our thoughts and condolences are with his wife Di at this awful time. Please, no telephone calls at the moment.</w:t>
      </w:r>
    </w:p>
    <w:p>
      <w:r>
        <w:rPr>
          <w:b w:val="0"/>
          <w:i w:val="0"/>
        </w:rPr>
        <w:t>East Anglian Labrador Retriever Club held their Championship show on March 4th</w:t>
      </w:r>
    </w:p>
    <w:p>
      <w:r>
        <w:rPr>
          <w:b w:val="0"/>
          <w:i w:val="0"/>
        </w:rPr>
        <w:t>at Wood Green Animal Centre, Godmanchester the weekend before Crufts.</w:t>
      </w:r>
    </w:p>
    <w:p>
      <w:r>
        <w:rPr>
          <w:b w:val="0"/>
          <w:i w:val="0"/>
        </w:rPr>
        <w:t>It was a bit of a shock to find that that particular weekend had been chosen by the Ministry of Transport to completely close the main A14 route to the show at Huntingdon, so, many of us enjoyed an un-expected tour of the surrounding countryside as our trusty sat-navs guided us through pastures new to the venue. I gather the official Ministry of Transport detour was around 15 miles long, so a shorter sat-nav trip around narrow local lanes saved the day and we all eventually arrived at the venue in time for judging.</w:t>
      </w:r>
    </w:p>
    <w:p>
      <w:r>
        <w:rPr>
          <w:b w:val="0"/>
          <w:i w:val="0"/>
        </w:rPr>
        <w:t>The judges were Brian Parrott-  Dogs and Liz Cartledge - Bitches. From an entry of 247, the Hodge family had a splendid day, winning all bar one of the days top awards; the Dog CC with their chocolate Sh Ch Naiken Way Out West, the Dog RCC with their black, Naiken Zephyr and the Bitch RCC with the black, Sh Ch Naiken Xclusive Dream JW.</w:t>
      </w:r>
    </w:p>
    <w:p>
      <w:r>
        <w:rPr>
          <w:b w:val="0"/>
          <w:i w:val="0"/>
        </w:rPr>
        <w:t>The Bitch CC was won by Gary and Jean Johnsons yellow junior, Cremino Callista (Sh Ch Rocheby Statesman x Sh Ch Cremino Christmas Rose). Best in Show was judged by the referee, Janet Cole and went to the Bitch. Best Puppy in Show was the Rawlinsons yellow dog Wilsbury Heathcliffe at Halshimoor.</w:t>
      </w:r>
    </w:p>
    <w:p>
      <w:r>
        <w:rPr>
          <w:b w:val="0"/>
          <w:i w:val="0"/>
        </w:rPr>
        <w:t>As at several recent shows, there was continued ringside concern regarding the questionable soundness of some exhibits, a topic, which I gather will hopefully be addressed by the breed clubs in future. Always remember, if a dog limps, it is in pain and should be at home resting and recovering, not being run around a dog-show ring.</w:t>
      </w:r>
    </w:p>
    <w:p>
      <w:r>
        <w:rPr>
          <w:b w:val="0"/>
          <w:i w:val="0"/>
        </w:rPr>
        <w:t>A few days later, on Friday, Gundog Day at Crufts, we were all up at the crack of dawn to drive to the NEC Birmingham for 8.30am judging start. It was a great day out with just under 500 Labradors waiting to be put through their paces.</w:t>
      </w:r>
    </w:p>
    <w:p>
      <w:r>
        <w:rPr>
          <w:b w:val="0"/>
          <w:i w:val="0"/>
        </w:rPr>
        <w:t>We were luckily blessed with dry conditions, which made the long hike from the distant car-parks at least bearable. Finding ones bench in the first instance was not easy as they were located all over Hall 5 with no apparent logical benching layout; some were  adjacent to breed rings; the rest absolutely miles away.</w:t>
      </w:r>
    </w:p>
    <w:p>
      <w:r>
        <w:rPr>
          <w:b w:val="0"/>
          <w:i w:val="0"/>
        </w:rPr>
        <w:t>However, once settled and dogs benched in Hall 5, a lovely happy atmosphere prevailed ringside throughout the day with plenty of friends old and new to chat to and colourful breed club stands to visit. In addition there were 800 trade stands to spend ones money at. I bought two cheap gilets for everyday home use. I left them in their bag on the floor in front of my bench. Sadly I failed to spy that they were within reach of my puppy, who happily chewed the zip to while the hours away!!</w:t>
      </w:r>
    </w:p>
    <w:p>
      <w:r>
        <w:rPr>
          <w:b w:val="0"/>
          <w:i w:val="0"/>
        </w:rPr>
        <w:t>At the end of an exhausting but very enjoyable day, once home and dogs fed and watered, I settled down in front of the TV to watch the More 4 television coverage of Crufts and wasn't it absolutely wonderful?</w:t>
      </w:r>
    </w:p>
    <w:p>
      <w:r>
        <w:rPr>
          <w:b w:val="0"/>
          <w:i w:val="0"/>
        </w:rPr>
        <w:t>Over the show period, I enjoyed every single minute of the four, two and a half hour evening programmes. How excellently the programmes had been put together, so well balanced with all interests covered including the individual Groups each day, plus plenty of other activities such as flyball and agility.</w:t>
      </w:r>
    </w:p>
    <w:p>
      <w:r>
        <w:rPr>
          <w:b w:val="0"/>
          <w:i w:val="0"/>
        </w:rPr>
        <w:t>It really did put the BBC coverage of recent years into the shade by miles. Claire Balding was, as ever, a fantastic presenter and the whole happy programme seemed to flow effortlessly. I was really sad when it ended on the final night.</w:t>
      </w:r>
    </w:p>
    <w:p>
      <w:r>
        <w:rPr>
          <w:b w:val="0"/>
          <w:i w:val="0"/>
        </w:rPr>
        <w:t>One thing I did notice was how much weightier both dogs and humans whom one knows well, look on the television. Memo to meâ€"keep off TV!</w:t>
      </w:r>
    </w:p>
    <w:p>
      <w:r>
        <w:rPr>
          <w:b w:val="0"/>
          <w:i w:val="0"/>
        </w:rPr>
        <w:t>My puppy did manage to get her tail on the TV. A group of us had been gathered to open the Gundog day TV presentation. The idea was that all the dogs look towards the camera with happy smiley faces; my puppy at 10 months of age, thought it was much more fun to have a lovely time facing the wrong way, busily introducing herself by lick to all the other lovely Labradors. All that was seen of her on screen, was a large yellow rear and a happy wagging otter tail!</w:t>
      </w:r>
    </w:p>
    <w:p>
      <w:r>
        <w:rPr>
          <w:b w:val="0"/>
          <w:i w:val="0"/>
        </w:rPr>
        <w:t>Now onto the serious stuff, Our Judges were Richard Edwards - Dogs and Chris Jury- Bitches.</w:t>
      </w:r>
    </w:p>
    <w:p>
      <w:r>
        <w:rPr>
          <w:b w:val="0"/>
          <w:i w:val="0"/>
        </w:rPr>
        <w:t>The Dog CC and Best of Breed was Mrs Linda Hess's Am Ch, Sh Ch Salty Dog of Tampa Bay, who then went on to a wonderful 2nd in the Gundog Group under John Thirlwell.</w:t>
      </w:r>
    </w:p>
    <w:p>
      <w:r>
        <w:rPr>
          <w:b w:val="0"/>
          <w:i w:val="0"/>
        </w:rPr>
        <w:t>"Salty" was brilliantly shown by Anthony Allen, who must have been absolutely thrilled to bits to win yet another Crufts Best of Breed, having won last year with his family's yellow Sh Ch Allenies Maverick.</w:t>
      </w:r>
    </w:p>
    <w:p>
      <w:r>
        <w:rPr>
          <w:b w:val="0"/>
          <w:i w:val="0"/>
        </w:rPr>
        <w:t>The Dog RCC went to Penny Carpaninis yellow, Sh Ch Carpenny Made a Million. The Bitch CC was won by Les Brabbans Sh Ch Foulby Queenstown at Cambremer and the Bitch RCC went to Marion and David Hopkinsons yellow, Simandem Crushed Ice over Rocheby. Best puppy was Judith Charltons yellow bitch Foxrush Rebecca.</w:t>
      </w:r>
    </w:p>
    <w:p>
      <w:r>
        <w:rPr>
          <w:b w:val="0"/>
          <w:i w:val="0"/>
        </w:rPr>
        <w:t>Crufts 2012 was a memorable show in that Veterinary health testing has been brought in by the KC, so that all Best of Breed dogs from vulnerable breeds were Vet health checked before being allowed into the Group. Several were excluded from their Groups on health grounds.</w:t>
      </w:r>
    </w:p>
    <w:p>
      <w:r>
        <w:rPr>
          <w:b w:val="0"/>
          <w:i w:val="0"/>
        </w:rPr>
        <w:t>One wonders if this health testing will be extended to all breeds at some time in the future. Since Crufts, several people have commented that they thought they had seen questionably sound/unsound dogs appear in the TV coverage of all  the other Groups apart from the Gundog group. As these dogs were not from vulnerable breeds, they would not have had a Vet inspection, if they had been inspected, perhaps the questionable soundness would have been picked up. We will watch this space. Soundness certainly seems to be the number one conversation piece amongst Labrador exhibitors at the moment.</w:t>
      </w:r>
    </w:p>
    <w:p>
      <w:r>
        <w:rPr>
          <w:b w:val="0"/>
          <w:i w:val="0"/>
        </w:rPr>
        <w:t>Ann Britton, 01989720665</w:t>
      </w:r>
    </w:p>
    <w:p>
      <w:r>
        <w:rPr>
          <w:b w:val="0"/>
          <w:i w:val="0"/>
        </w:rPr>
        <w:t>bowstones@btinternet.com</w:t>
      </w:r>
    </w:p>
    <w:p>
      <w:r>
        <w:rPr>
          <w:b w:val="0"/>
          <w:i w:val="0"/>
        </w:rPr>
        <w:t>Back to Archive</w:t>
      </w:r>
    </w:p>
    <w:p>
      <w:r>
        <w:rPr>
          <w:b w:val="0"/>
          <w:i w:val="0"/>
        </w:rPr>
        <w:t>Back to Breed Notes Index</w:t>
      </w:r>
    </w:p>
    <w:p>
      <w:r>
        <w:rPr>
          <w:b w:val="0"/>
          <w:i w:val="0"/>
        </w:rPr>
        <w:t>Tel</w:t>
      </w:r>
      <w:r>
        <w:br/>
      </w:r>
      <w:r>
        <w:rPr>
          <w:b w:val="0"/>
          <w:i w:val="0"/>
        </w:rPr>
        <w:br/>
        <w:t>0161 709 4550</w:t>
      </w:r>
      <w:r>
        <w:br/>
      </w:r>
      <w:r>
        <w:rPr>
          <w:b w:val="0"/>
          <w:i w:val="0"/>
        </w:rPr>
        <w:br/>
        <w:t>Advertising</w:t>
      </w:r>
      <w:r>
        <w:br/>
      </w:r>
      <w:r>
        <w:rPr>
          <w:b w:val="0"/>
          <w:i w:val="0"/>
        </w:rPr>
        <w:br/>
        <w:t>0161 709 4576</w:t>
      </w:r>
      <w:r>
        <w:br/>
      </w:r>
      <w:r>
        <w:rPr>
          <w:b w:val="0"/>
          <w:i w:val="0"/>
        </w:rPr>
        <w:br/>
        <w:t>Editorial</w:t>
      </w:r>
      <w:r>
        <w:br/>
      </w:r>
      <w:r>
        <w:rPr>
          <w:b w:val="0"/>
          <w:i w:val="0"/>
        </w:rPr>
        <w:br/>
        <w:t>0161 709 4550</w:t>
      </w:r>
      <w:r>
        <w:br/>
      </w:r>
      <w:r>
        <w:rPr>
          <w:b w:val="0"/>
          <w:i w:val="0"/>
        </w:rPr>
        <w:br/>
        <w:t>Subscriptions</w:t>
      </w:r>
      <w:r>
        <w:br/>
      </w:r>
      <w:r>
        <w:rPr>
          <w:b w:val="0"/>
          <w:i w:val="0"/>
        </w:rPr>
        <w:br/>
        <w:t>0161 709 4559</w:t>
      </w:r>
      <w:r>
        <w:br/>
      </w:r>
      <w:r>
        <w:rPr>
          <w:b w:val="0"/>
          <w:i w:val="0"/>
        </w:rPr>
        <w:br/>
        <w:t>Mail Order</w:t>
      </w:r>
      <w:r>
        <w:br/>
      </w:r>
      <w:r>
        <w:rPr>
          <w:b w:val="0"/>
          <w:i w:val="0"/>
        </w:rPr>
        <w:br/>
        <w:t>0161 709 4562</w:t>
      </w:r>
      <w:r>
        <w:br/>
      </w:r>
      <w:r>
        <w:rPr>
          <w:b w:val="0"/>
          <w:i w:val="0"/>
        </w:rPr>
        <w:br/>
        <w:t>Show Reports</w:t>
      </w:r>
      <w:r>
        <w:br/>
      </w:r>
      <w:r>
        <w:rPr>
          <w:b w:val="0"/>
          <w:i w:val="0"/>
        </w:rPr>
        <w:br/>
        <w:t>0161 709 4571</w:t>
      </w:r>
      <w:r>
        <w:br/>
      </w:r>
      <w:r>
        <w:rPr>
          <w:b w:val="0"/>
          <w:i w:val="0"/>
        </w:rPr>
        <w:br/>
        <w:t>SEND YOUR REPORT</w:t>
      </w:r>
      <w:r>
        <w:br/>
      </w:r>
      <w:r>
        <w:rPr>
          <w:b w:val="0"/>
          <w:i w:val="0"/>
        </w:rPr>
        <w:br/>
        <w:t>Competitions</w:t>
      </w:r>
      <w:r>
        <w:br/>
      </w:r>
      <w:r>
        <w:rPr>
          <w:b w:val="0"/>
          <w:i w:val="0"/>
        </w:rPr>
        <w:br/>
        <w:t>TOP DOG</w:t>
      </w:r>
      <w:r>
        <w:br/>
      </w:r>
      <w:r>
        <w:rPr>
          <w:b w:val="0"/>
          <w:i w:val="0"/>
        </w:rPr>
        <w:br/>
        <w:t>TOP PUPPY</w:t>
      </w:r>
      <w:r>
        <w:br/>
      </w:r>
      <w:r>
        <w:rPr>
          <w:b w:val="0"/>
          <w:i w:val="0"/>
        </w:rPr>
        <w:br/>
        <w:t>TOP BREEDER</w:t>
      </w:r>
      <w:r>
        <w:br/>
      </w:r>
      <w:r>
        <w:rPr>
          <w:b w:val="0"/>
          <w:i w:val="0"/>
        </w:rPr>
        <w:br/>
        <w:t>TOP STUD</w:t>
      </w:r>
      <w:r>
        <w:br/>
      </w:r>
      <w:r>
        <w:rPr>
          <w:b w:val="0"/>
          <w:i w:val="0"/>
        </w:rPr>
        <w:br/>
        <w:t>TOP BROOD</w:t>
      </w:r>
      <w:r>
        <w:br/>
      </w:r>
      <w:r>
        <w:rPr>
          <w:b w:val="0"/>
          <w:i w:val="0"/>
        </w:rPr>
        <w:br/>
        <w:t>Members' Area</w:t>
      </w:r>
      <w:r>
        <w:br/>
      </w:r>
      <w:r>
        <w:rPr>
          <w:b w:val="0"/>
          <w:i w:val="0"/>
        </w:rPr>
        <w:br/>
        <w:t>BREED NOTES</w:t>
      </w:r>
      <w:r>
        <w:br/>
      </w:r>
      <w:r>
        <w:rPr>
          <w:b w:val="0"/>
          <w:i w:val="0"/>
        </w:rPr>
        <w:br/>
        <w:t>CHAMP SHOWS</w:t>
      </w:r>
      <w:r>
        <w:br/>
      </w:r>
      <w:r>
        <w:rPr>
          <w:b w:val="0"/>
          <w:i w:val="0"/>
        </w:rPr>
        <w:br/>
        <w:t>GENERAL SHOWS</w:t>
      </w:r>
      <w:r>
        <w:br/>
      </w:r>
      <w:r>
        <w:rPr>
          <w:b w:val="0"/>
          <w:i w:val="0"/>
        </w:rPr>
        <w:br/>
        <w:t>REGULAR FEATURES</w:t>
      </w:r>
      <w:r>
        <w:br/>
      </w:r>
      <w:r>
        <w:rPr>
          <w:b w:val="0"/>
          <w:i w:val="0"/>
        </w:rPr>
        <w:br/>
        <w:t>DIGITAL EDITION</w:t>
      </w:r>
      <w:r>
        <w:br/>
      </w:r>
      <w:r>
        <w:rPr>
          <w:b w:val="0"/>
          <w:i w:val="0"/>
        </w:rPr>
        <w:br/>
        <w:t>Sign up for our newsletter</w:t>
      </w:r>
      <w:r>
        <w:br/>
      </w:r>
      <w:r>
        <w:rPr>
          <w:b w:val="0"/>
          <w:i w:val="0"/>
        </w:rPr>
        <w:br/>
        <w:t>Follow Us</w:t>
      </w:r>
    </w:p>
    <w:p>
      <w:r>
        <w:rPr>
          <w:b w:val="0"/>
          <w:i w:val="0"/>
        </w:rPr>
        <w:t>© Our Dogs Publishing All Rights Reserved. | Privacy Policy</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