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- 7 Aug 2009"</w:t>
      </w:r>
      <w:r>
        <w:br/>
      </w:r>
      <w:r>
        <w:rPr>
          <w:b w:val="0"/>
          <w:i w:val="0"/>
        </w:rPr>
        <w:br/>
        <w:t>date_original: "7 Aug 2009"</w:t>
      </w:r>
      <w:r>
        <w:br/>
      </w:r>
      <w:r>
        <w:rPr>
          <w:b w:val="0"/>
          <w:i w:val="0"/>
        </w:rPr>
        <w:br/>
        <w:t>source_url: "https://www.ourdogs.co.uk/members/breednotes/2009/RetrieverLabrador/RetrieverLabrador-aug7.htm"</w:t>
      </w:r>
      <w:r>
        <w:br/>
      </w:r>
      <w:r>
        <w:rPr>
          <w:b w:val="0"/>
          <w:i w:val="0"/>
        </w:rPr>
        <w:br/>
        <w:t>archive_type: "static_html"</w:t>
      </w:r>
      <w:r>
        <w:br/>
      </w:r>
      <w:r>
        <w:rPr>
          <w:b w:val="0"/>
          <w:i w:val="0"/>
        </w:rPr>
        <w:br/>
        <w:t>scraped_at: "2026-09-13T22:01:45"</w:t>
      </w:r>
      <w:r>
        <w:br/>
      </w:r>
      <w:r>
        <w:rPr>
          <w:b w:val="0"/>
          <w:i w:val="0"/>
        </w:rPr>
        <w:br/>
        <w:t>word_count: 992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For those using Sat-Nav, the correct postcode for the forthcoming Yellow Labrador Club Championship Show at the Kennel Club Building, NAC, Stoneleigh Park, Warwickshire is CV8 2LZ and not as printed in the schedule.</w:t>
      </w:r>
    </w:p>
    <w:p>
      <w:r>
        <w:rPr>
          <w:b w:val="0"/>
          <w:i w:val="0"/>
        </w:rPr>
        <w:t>The owner of a benched exhibit at a recent championship show writes with a warning to all fellow exhibitors to keep a very close eye on their benched dogs in future. Her normally alert, active and happy bitch, who has 2 CCs to her name, had to be taken to the Vets straight after the show having suffered unexpected increasing lethargy, laboured breathing, and lack of appetite during the latter part of the show and immediately afterwards. She was scanned at the Vets. The scan positively ruled out pyometra, however the Vet did give the opinion that there was a strong possibility the bitch had been given a sedative such as ACP. Happily by the next day the bitch was restored to her usual jolly Labrador self.</w:t>
      </w:r>
    </w:p>
    <w:p>
      <w:r>
        <w:rPr>
          <w:b w:val="0"/>
          <w:i w:val="0"/>
        </w:rPr>
        <w:t>In the meantime, do keep a careful watch and immediately report any suspicious goings-on to the show authorities.</w:t>
      </w:r>
    </w:p>
    <w:p>
      <w:r>
        <w:rPr>
          <w:b w:val="0"/>
          <w:i w:val="0"/>
        </w:rPr>
        <w:t>On a perfect dog showing day at the end of July, Lucy Kent and I judged at Leeds Championship show in the picturesque wooded grounds of Harewood House.</w:t>
      </w:r>
    </w:p>
    <w:p>
      <w:r>
        <w:rPr>
          <w:b w:val="0"/>
          <w:i w:val="0"/>
        </w:rPr>
        <w:t>The weather at this time of year, the start of the school summer holidays, was not that which the Met Office had predicted earlier in the year. They foretold a baking hot, barbecue summer. In fact it had turned into the usual soggy British July washout.</w:t>
      </w:r>
    </w:p>
    <w:p>
      <w:r>
        <w:rPr>
          <w:b w:val="0"/>
          <w:i w:val="0"/>
        </w:rPr>
        <w:t>However, at Leeds, just for one day, the gods were looking down on us kindly, and Gundog Day dawned bright, sunny and clear; conditions, which thankfully continued throughout the day. All judging took place in the sunlit outside grass rings.</w:t>
      </w:r>
    </w:p>
    <w:p>
      <w:r>
        <w:rPr>
          <w:b w:val="0"/>
          <w:i w:val="0"/>
        </w:rPr>
        <w:t>There was a joint entry of 239. Lucy judged the dogs and I judged the Bitches. After such a traumatic few weeks, I found it an absolute treat to be once again involved at a dog show. I thoroughly enjoyed going over so many lovely bitches. The Minor Puppy class was filled to the brim with super pups whose show careers I shall certainly enjoy watching; such a healthy sign for the breed, whilst the Mid Limit class was as good as it can get. Looking at the catalogue afterwards it was interesting to see that some of the lovely youngsters were progeny of newer stud dogs introducing different bloodlines, which bodes well for the future.</w:t>
      </w:r>
    </w:p>
    <w:p>
      <w:r>
        <w:rPr>
          <w:b w:val="0"/>
          <w:i w:val="0"/>
        </w:rPr>
        <w:t>The Dog CC was a first CC for Vic and Janet Coles 5year old yellow, Gallybob Quiz of Stajantor (Sh Ch Stajantor Robin x Gallybob Jocasta). The Dog RCC was won by Les Brabban’s yellow Sh Ch Cambremer Craftsman (Rocheby Old Smokey x Sh Ch Cambremer Call My Bluff).</w:t>
      </w:r>
    </w:p>
    <w:p>
      <w:r>
        <w:rPr>
          <w:b w:val="0"/>
          <w:i w:val="0"/>
        </w:rPr>
        <w:t>The Bitch CC, her third, and Best of Breed on our joint decision, was won by Marlene Hepper’s 3 year old black, Mardas Venetian Fan Fare (Greenworth Vincent O’Brien at Mardas x Mardas Shooting Star), whilst the Bitch RCC went to Mr and Mrs Airey’s 3 year old, yellow Ronsard Me Celebrait (Sh Ch Rocheby Statesman x Ronsard Hope and Glory). Best Puppy was Judith Charltons delightful 7 month yellow Minor Puppy Bitch, Foxrush Scarlet O’Hara (Rocheby State Occasion x Foxrush Old Gold).</w:t>
      </w:r>
    </w:p>
    <w:p>
      <w:r>
        <w:rPr>
          <w:b w:val="0"/>
          <w:i w:val="0"/>
        </w:rPr>
        <w:t>The newly crowned Sh Ch Mardas Venetian Fan Fare won her first CC under Geoff Allen (Allenie) at Gundog Breeds of Scotland in 2008, her second CC at Three Counties 2009 under Margaret Rooth and now her third CC at Leeds 2009 under me, Ann Britton.</w:t>
      </w:r>
    </w:p>
    <w:p>
      <w:r>
        <w:rPr>
          <w:b w:val="0"/>
          <w:i w:val="0"/>
        </w:rPr>
        <w:t>Congratulations must also be given to the success of Labrador exhibitor’s, Anthony Allen and Richard Bott’s, Welsh Springer, Sh Ch Trimere Talking Point of Allenie JW who was 4th in the gundog Group at Leeds under Ellis Hulme.</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