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- 07/09/2018 - ISSUE"</w:t>
      </w:r>
      <w:r>
        <w:br/>
      </w:r>
      <w:r>
        <w:rPr>
          <w:b w:val="0"/>
          <w:i w:val="0"/>
        </w:rPr>
        <w:br/>
        <w:t>date_original: "07/09/2018 - ISSUE"</w:t>
      </w:r>
      <w:r>
        <w:br/>
      </w:r>
      <w:r>
        <w:rPr>
          <w:b w:val="0"/>
          <w:i w:val="0"/>
        </w:rPr>
        <w:br/>
        <w:t>source_url: "https://www.ourdogs.co.uk/members/breednotes/RetrieverLabradorMain.php"</w:t>
      </w:r>
      <w:r>
        <w:br/>
      </w:r>
      <w:r>
        <w:rPr>
          <w:b w:val="0"/>
          <w:i w:val="0"/>
        </w:rPr>
        <w:br/>
        <w:t>scraped_at: "2026-09-13T15:22:17"</w:t>
      </w:r>
      <w:r>
        <w:br/>
      </w:r>
      <w:r>
        <w:rPr>
          <w:b w:val="0"/>
          <w:i w:val="0"/>
        </w:rPr>
        <w:br/>
        <w:t>word_count: 978</w:t>
      </w:r>
    </w:p>
    <w:p>
      <w:r>
        <w:t>――――――――――――――――――――――――――――――</w:t>
      </w:r>
    </w:p>
    <w:p>
      <w:r>
        <w:rPr>
          <w:b w:val="0"/>
          <w:i w:val="0"/>
        </w:rPr>
        <w:t>NEWS MEMBERS' AREA SHOP SUBSCRIBE UPCOMING SHOWS MORE</w:t>
      </w:r>
    </w:p>
    <w:p>
      <w:r>
        <w:rPr>
          <w:b w:val="0"/>
          <w:i w:val="0"/>
        </w:rPr>
        <w:t>RETRIEVER LABRADOR</w:t>
      </w:r>
    </w:p>
    <w:p>
      <w:r>
        <w:rPr>
          <w:b w:val="0"/>
          <w:i w:val="0"/>
        </w:rPr>
        <w:t>Issue: 07/09/2018</w:t>
      </w:r>
    </w:p>
    <w:p>
      <w:r>
        <w:rPr>
          <w:b w:val="0"/>
          <w:i w:val="0"/>
        </w:rPr>
        <w:t xml:space="preserve">Congratulations to our young handling star, Becca Mills. She handled her Labrador Lucie to be awarded </w:t>
      </w:r>
    </w:p>
    <w:p>
      <w:r>
        <w:rPr>
          <w:b w:val="0"/>
          <w:i w:val="0"/>
        </w:rPr>
        <w:t xml:space="preserve">1st Adult handling 17-39years, Best Adult handler and Runner Up South West  Handler Of The Year 2018. </w:t>
      </w:r>
    </w:p>
    <w:p>
      <w:r>
        <w:rPr>
          <w:b w:val="0"/>
          <w:i w:val="0"/>
        </w:rPr>
        <w:t>I was sorry to hear that Emma Greenhalgh (Glenarem) had passed away on 4th August 2018.</w:t>
      </w:r>
    </w:p>
    <w:p>
      <w:r>
        <w:rPr>
          <w:b w:val="0"/>
          <w:i w:val="0"/>
        </w:rPr>
        <w:t>Emma along with her late husband Arthur, who was a founder member of Northwest Labrador Retriever Club, were stalwart Honorary Life Members of that Club and started showing Labradors in the 1960s. They made up show champions under their Glenarem affix including Sh Ch Glenarem Caprice and Sh Ch Glenarem Wilkamaur Cascade. They bred the Brabbans Sh Ch Glenarem Sky Rocket (Glenarem Consort x Sh Ch G Caprice). For the Brabbans, Sh Ch G Skyrocket sired the important bitch Sh Ch Cambremer St Clair, behind most, if not all, of the beautiful Cambremer Labradors bred and shown over the years by this most successful kennel.</w:t>
      </w:r>
    </w:p>
    <w:p>
      <w:r>
        <w:rPr>
          <w:b w:val="0"/>
          <w:i w:val="0"/>
        </w:rPr>
        <w:t>Emma's funeral was held on Friday 17th August 2018.</w:t>
      </w:r>
    </w:p>
    <w:p>
      <w:r>
        <w:rPr>
          <w:b w:val="0"/>
          <w:i w:val="0"/>
        </w:rPr>
        <w:t>Becci Hodge had a brilliant time on the Irish circuit. Her Naiken Classic Cliche won Open bitch, Green Star, Best of Breed, Group 1 and RESERVE BEST IN SHOW at the final show on the circuit.</w:t>
      </w:r>
    </w:p>
    <w:p>
      <w:r>
        <w:rPr>
          <w:b w:val="0"/>
          <w:i w:val="0"/>
        </w:rPr>
        <w:t xml:space="preserve">The breed and group judge was Richard Morris and Best in Show judge Mr B Grace. </w:t>
      </w:r>
    </w:p>
    <w:p>
      <w:r>
        <w:rPr>
          <w:b w:val="0"/>
          <w:i w:val="0"/>
        </w:rPr>
        <w:t>SKC at Ingleston, Edinburgh, was judged by Kathy Gorman (Dogs and Bitches). From an entry of 104 the winners were:-</w:t>
      </w:r>
    </w:p>
    <w:p>
      <w:r>
        <w:rPr>
          <w:b w:val="0"/>
          <w:i w:val="0"/>
        </w:rPr>
        <w:t>Dog CC Mr and Mrs McCrorys yellow Millroseglen Make My Day with Meadovillabs taking his first CC after a RCC from Mairi Brown at Boston earlier in the year.</w:t>
      </w:r>
    </w:p>
    <w:p>
      <w:r>
        <w:rPr>
          <w:b w:val="0"/>
          <w:i w:val="0"/>
        </w:rPr>
        <w:t>The RCC went to Poniel Reason to Believe at Bruadarach owned by Mrs S Parker.</w:t>
      </w:r>
    </w:p>
    <w:p>
      <w:r>
        <w:rPr>
          <w:b w:val="0"/>
          <w:i w:val="0"/>
        </w:rPr>
        <w:t xml:space="preserve">The Bitch CC winner and Best of Breed was Richard Staffords yellow Sh Ch Arrowmoy Fairytale of New York Farnfield who went on to win the Gundog Group. </w:t>
      </w:r>
    </w:p>
    <w:p>
      <w:r>
        <w:rPr>
          <w:b w:val="0"/>
          <w:i w:val="0"/>
        </w:rPr>
        <w:t>Many Congratulations.</w:t>
      </w:r>
    </w:p>
    <w:p>
      <w:r>
        <w:rPr>
          <w:b w:val="0"/>
          <w:i w:val="0"/>
        </w:rPr>
        <w:t>Karl Gawthorpe and his family's yellow, Waterbrook Pillow Talk took the RCC.</w:t>
      </w:r>
    </w:p>
    <w:p>
      <w:r>
        <w:rPr>
          <w:b w:val="0"/>
          <w:i w:val="0"/>
        </w:rPr>
        <w:t>Best Puppy was Miss K Druggans Mafialabs Taboo Webster at Balladoole and Best Veteran was Mairi Scrimgeours Velvetine Shawnee Sh CM.</w:t>
      </w:r>
    </w:p>
    <w:p>
      <w:r>
        <w:rPr>
          <w:b w:val="0"/>
          <w:i w:val="0"/>
        </w:rPr>
        <w:t>The following weekend it was Birmingham City Canine Associations turn to stage their show at Stoneleigh Park, Warwickshire. I have fond memories of the venue when as children we attended Pony Club camp there in the long hot school summer holidays, learning the finer rudiments of horsemanship in order to compete and hopefully win, at Pony Club events in other  areas. At the end of each years camp we put on a display for press, parents and friends, to show how very well trained we had become over the days of camp.</w:t>
      </w:r>
    </w:p>
    <w:p>
      <w:r>
        <w:rPr>
          <w:b w:val="0"/>
          <w:i w:val="0"/>
        </w:rPr>
        <w:t>There was much amusement at one spectacular end of camp display, when about fifty of us, probably looking like Thelwell cartoon kids, all intentionally riding closely side by side in a tremendously straight and wide line across the park, performed what was meant to be a controlled canter, holding the line in an expert manner. It didn't go quite to plan!</w:t>
      </w:r>
    </w:p>
    <w:p>
      <w:r>
        <w:rPr>
          <w:b w:val="0"/>
          <w:i w:val="0"/>
        </w:rPr>
        <w:t xml:space="preserve">It was reported in the local Birmingham newspaper, thus "The members of the North Warwickshire Pony  Club event team performed a spectacular  cavalry charge finale, all galloping in line flat out, at breakneck speed across Stoneleigh park, the home of Lord Leigh, MFH of the North Warwickshire hunt." The text was accompanied by an impressive photo somewhat akin to a battle scene out of the film Gone With the Wind or the arrival of the cavalry in a Wild West film. </w:t>
      </w:r>
    </w:p>
    <w:p>
      <w:r>
        <w:rPr>
          <w:b w:val="0"/>
          <w:i w:val="0"/>
        </w:rPr>
        <w:t>No one ever let on to the press that the "galloped cavalry charge" was certainly never intended and that half  of the 50 horses had bolted, completely out of control and the rest of us just held the line, somewhat  faster than our instructors had authorised! ( Health and Safety would have had a fit about that these days, but as it was, it was memorable, exhilarating fun and no one fell off or got hurt and at least the runaway horses came to a halt at the other end of Stoneleigh Park, eventually!</w:t>
      </w:r>
    </w:p>
    <w:p>
      <w:r>
        <w:rPr>
          <w:b w:val="0"/>
          <w:i w:val="0"/>
        </w:rPr>
        <w:t xml:space="preserve">Back to the present, the judges at Birmingham City Ch Show in 2018 were Marilyn Prior (dogs) and Alan Taylor Bitches. The entry was 160 Dogs and Bitches which for this easily accessed show in the centre of England shows once again how exhibitor numbers are falling away at most of the shows. There appears to be general  disappointment and mistrust at how our hobby is being changed on all fronts and without a major rethink I can see more and more exhibitors packing up and just walking away from dog showing completely. Those of my era certainly feel we enjoyed the best of dog showing several years ago. </w:t>
      </w:r>
    </w:p>
    <w:p>
      <w:r>
        <w:rPr>
          <w:b w:val="0"/>
          <w:i w:val="0"/>
        </w:rPr>
        <w:t>The results of Bham were up online soon after 1pm. The winners were:-</w:t>
      </w:r>
    </w:p>
    <w:p>
      <w:r>
        <w:rPr>
          <w:b w:val="0"/>
          <w:i w:val="0"/>
        </w:rPr>
        <w:t xml:space="preserve">Dog CC and Best of Breed Mrs C Sh Ch Tissalian Hi Jack JW </w:t>
      </w:r>
    </w:p>
    <w:p>
      <w:r>
        <w:rPr>
          <w:b w:val="0"/>
          <w:i w:val="0"/>
        </w:rPr>
        <w:t xml:space="preserve">Res Dog CC  Mr D L &amp; Mrs F E M Braddons yellow, Trendlewood Born To Run JW </w:t>
      </w:r>
    </w:p>
    <w:p>
      <w:r>
        <w:rPr>
          <w:b w:val="0"/>
          <w:i w:val="0"/>
        </w:rPr>
        <w:t xml:space="preserve">Bitch CC  and Best Puppy and 4 th in the Gundog Puppy Group Mr M &amp; Mrs C Reynolds yellow Minor Puppy Carromer Shimmering In Pink </w:t>
      </w:r>
    </w:p>
    <w:p>
      <w:r>
        <w:rPr>
          <w:b w:val="0"/>
          <w:i w:val="0"/>
        </w:rPr>
        <w:t xml:space="preserve">Res Bitch CC Mrs G Flocktons Dylsonleigh Miss Muffet </w:t>
      </w:r>
    </w:p>
    <w:p>
      <w:r>
        <w:rPr>
          <w:b w:val="0"/>
          <w:i w:val="0"/>
        </w:rPr>
        <w:t xml:space="preserve">Best Veteran Mrs M Rees Sh Ch &amp; Ir Sh Ch Thurbajen's Flighty Fennel With Eremos </w:t>
      </w:r>
    </w:p>
    <w:p>
      <w:r>
        <w:rPr>
          <w:b w:val="0"/>
          <w:i w:val="0"/>
        </w:rPr>
        <w:t>Well done to you all.</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