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- 02/08/2024 - ISSUE"</w:t>
      </w:r>
      <w:r>
        <w:br/>
      </w:r>
      <w:r>
        <w:rPr>
          <w:b w:val="0"/>
          <w:i w:val="0"/>
        </w:rPr>
        <w:br/>
        <w:t>date_original: "02/08/2024 - ISSUE"</w:t>
      </w:r>
      <w:r>
        <w:br/>
      </w:r>
      <w:r>
        <w:rPr>
          <w:b w:val="0"/>
          <w:i w:val="0"/>
        </w:rPr>
        <w:br/>
        <w:t>source_url: "https://www.ourdogs.co.uk/members/breednotes/RetrieverLabradorMain.php"</w:t>
      </w:r>
      <w:r>
        <w:br/>
      </w:r>
      <w:r>
        <w:rPr>
          <w:b w:val="0"/>
          <w:i w:val="0"/>
        </w:rPr>
        <w:br/>
        <w:t>scraped_at: "2026-09-13T15:07:44"</w:t>
      </w:r>
      <w:r>
        <w:br/>
      </w:r>
      <w:r>
        <w:rPr>
          <w:b w:val="0"/>
          <w:i w:val="0"/>
        </w:rPr>
        <w:br/>
        <w:t>word_count: 674</w:t>
      </w:r>
    </w:p>
    <w:p>
      <w:r>
        <w:t>――――――――――――――――――――――――――――――</w:t>
      </w:r>
    </w:p>
    <w:p>
      <w:r>
        <w:rPr>
          <w:b w:val="0"/>
          <w:i w:val="0"/>
        </w:rPr>
        <w:t>NEWS MEMBERS' AREA SHOP SUBSCRIBE UPCOMING SHOWS MORE</w:t>
      </w:r>
    </w:p>
    <w:p>
      <w:r>
        <w:rPr>
          <w:b w:val="0"/>
          <w:i w:val="0"/>
        </w:rPr>
        <w:t>RETRIEVER LABRADOR</w:t>
      </w:r>
    </w:p>
    <w:p>
      <w:r>
        <w:rPr>
          <w:b w:val="0"/>
          <w:i w:val="0"/>
        </w:rPr>
        <w:t>Issue: 02/08/2024</w:t>
      </w:r>
    </w:p>
    <w:p>
      <w:r>
        <w:rPr>
          <w:b w:val="0"/>
          <w:i w:val="0"/>
        </w:rPr>
        <w:t>Mrs Brenda Hutchinson awarded Labradors CCs, I believe  for the first time, at Harewood, Leeds. Her winners were: Dog CC Mrs Maxine Woodleys Sh Ch Alkhamhurst Moment Of Truth, Res Dog CC Andy and Jo Metcalfeâ€™s Rumhill Bertie Wooster By Baileydale JW, Bitch CC and Best of Breed Ed Casey &amp; Erica Jayesâ€™ Sh Ch Lapema Masquerade At Sandylands, Res Bitch CC  Mr R Dawson, Mrs P Dawson and Miss M Dawsonâ€™s  Wynfaul Carbon Copy At Beskerby JW, Best Puppy and Best Special Beginner Mr D Claytonâ€™s Rochevale Harmony and Best Veteran Mrs J Gannaway Jonesâ€™ Scarisbrick Skyfall Into Mossland.</w:t>
      </w:r>
    </w:p>
    <w:p>
      <w:r>
        <w:rPr>
          <w:b w:val="0"/>
          <w:i w:val="0"/>
        </w:rPr>
        <w:t>I used to love going to Leeds when I was younger. I have memories of happy times as it was one of my â€œlucky showsâ€ where my dogs won a few CCs and RCCs over the years. I used to stay overnight at a nearby hotel whilst the dogs happily slept safely  overnight in the car with the roof ventilation open. The dogs could actually have stayed in crates in the hotel room, but having tried that once, they made such a fuss about the room temperature being far too hot and consequently huffed and puffed loudly all evening until I relented and took them back outside and into the car to sleep. Sadly I wouldnâ€™t dare do that these days. With the roof open, the car would be vulnerable  and dogs and vehicle could well have disappeared by morning! Last time I drove up and back in a day, the return journey was over seven hours, which completely put me off. So, sadly my showing at Leeds has come to an end, but the memories live on.</w:t>
      </w:r>
    </w:p>
    <w:p>
      <w:r>
        <w:rPr>
          <w:b w:val="0"/>
          <w:i w:val="0"/>
        </w:rPr>
        <w:t xml:space="preserve">Scanning some comments online I read someone was asking for advice for a bitch who had four day old pups and had started nasty mastitis. The recommended antibiotic was Baytril, which I recall was the only antibiotic to work years ago when one of my bitches with pups had mastitis by their fourth day. Luckily, she was treated in time and  I never had another mastitis case since that time. What drew my attention to the recent online recommendations were two odd sounding suggestions, whose proposers assured readers they worked. </w:t>
      </w:r>
    </w:p>
    <w:p>
      <w:r>
        <w:rPr>
          <w:b w:val="0"/>
          <w:i w:val="0"/>
        </w:rPr>
        <w:t xml:space="preserve">1 - feed quartered hard boiled egg yolks. It didnâ€™t say how many.  </w:t>
      </w:r>
    </w:p>
    <w:p>
      <w:r>
        <w:rPr>
          <w:b w:val="0"/>
          <w:i w:val="0"/>
        </w:rPr>
        <w:t>2 - freeze cabbage leaves flat, then lay the frozen leaf on the infected teat and let the liquid from the thawing leaf wash over and impregnate the infected skin.</w:t>
      </w:r>
    </w:p>
    <w:p>
      <w:r>
        <w:rPr>
          <w:b w:val="0"/>
          <w:i w:val="0"/>
        </w:rPr>
        <w:t>Hopefully your bitch wonâ€™t get mastitis. If she does, it really is wise to treat it as a veterinary emergency. The whole infected quarter is in danger of bursting open with pus.</w:t>
      </w:r>
    </w:p>
    <w:p>
      <w:r>
        <w:rPr>
          <w:b w:val="0"/>
          <w:i w:val="0"/>
        </w:rPr>
        <w:t>I recall hearing how horrid it could get when unexpectedly it happened in the1990s to one well known beautiful champion belonging to highly talented breeders. Even with the best of care the lovely bitch had to undergo major surgery she was so ill after such a burst and of course the pups had to be hand reared.</w:t>
      </w:r>
    </w:p>
    <w:p>
      <w:r>
        <w:rPr>
          <w:b w:val="0"/>
          <w:i w:val="0"/>
        </w:rPr>
        <w:t xml:space="preserve">I learnt many years ago that overfeeding the bitch in the first few days when the pups were newly born could bring mastitis on. This was in the days when we thought the higher the protein in the diet and the greater amount we fed straight after whelping, the  better. Completely wrong! Small tasty meals of normal food in the first few days and hopefully no nasty mastitis will result. Do keep your eyes open.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