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Jan 2010"</w:t>
      </w:r>
      <w:r>
        <w:br/>
      </w:r>
      <w:r>
        <w:rPr>
          <w:b w:val="0"/>
          <w:i w:val="0"/>
        </w:rPr>
        <w:br/>
        <w:t>date_original: "1 Jan 2010"</w:t>
      </w:r>
      <w:r>
        <w:br/>
      </w:r>
      <w:r>
        <w:rPr>
          <w:b w:val="0"/>
          <w:i w:val="0"/>
        </w:rPr>
        <w:br/>
        <w:t>source_url: "https://www.ourdogs.co.uk/members/breednotes/2010/RetrieverLabrador/RetrieverLabrador-jan1.htm"</w:t>
      </w:r>
      <w:r>
        <w:br/>
      </w:r>
      <w:r>
        <w:rPr>
          <w:b w:val="0"/>
          <w:i w:val="0"/>
        </w:rPr>
        <w:br/>
        <w:t>archive_type: "static_html"</w:t>
      </w:r>
      <w:r>
        <w:br/>
      </w:r>
      <w:r>
        <w:rPr>
          <w:b w:val="0"/>
          <w:i w:val="0"/>
        </w:rPr>
        <w:br/>
        <w:t>scraped_at: "2026-09-13T21:59:52"</w:t>
      </w:r>
      <w:r>
        <w:br/>
      </w:r>
      <w:r>
        <w:rPr>
          <w:b w:val="0"/>
          <w:i w:val="0"/>
        </w:rPr>
        <w:br/>
        <w:t>word_count: 783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very Happy New Year to you all. At least as each day passes, springtime is one day nearer, heralding the daffodils and hopefully drier weather. I wish you all much joy throughout the months ahead with your Labradors. Dog showing is a wonderful hobby when not taken to extremes and there is great pleasure in making true and lasting friends along the way.</w:t>
      </w:r>
    </w:p>
    <w:p>
      <w:r>
        <w:rPr>
          <w:b w:val="0"/>
          <w:i w:val="0"/>
        </w:rPr>
        <w:t>Entries close on Jan 9th 2010 for the Labrador Retriever Club of Wales championship show to be held at Cardiff on Saturday 5th February 2010. The judges will be Mrs Sue Marskell (Dogs) and Mrs Marion Hopkinson (Bitches). Schedules are available from Mrs M Barker, Haulwen, Church Lane, Nantgarw, Cardiff CF15 7TQ tel 01443 842585</w:t>
      </w:r>
    </w:p>
    <w:p>
      <w:r>
        <w:rPr>
          <w:b w:val="0"/>
          <w:i w:val="0"/>
        </w:rPr>
        <w:t>Entries close on Jan 8th 2010 for Crufts which will be held from 11th to 14th March 2010. Gundogs are on the fourth and final day, Sunday March 14th. The judges are David Craig (Dogs) and Barry Rooth (Bitches).</w:t>
      </w:r>
    </w:p>
    <w:p>
      <w:r>
        <w:rPr>
          <w:b w:val="0"/>
          <w:i w:val="0"/>
        </w:rPr>
        <w:t>Cotswold and Wyevern LRC are holding their Open show on 13th Feb 2010 at Norton near Worcester. The Judge is Mrs Lena Wiberg-Johansson of the Annuals kennel in Sweden. Entries close on 9th January 2010. Enquiries to the Secretary, Mr Karl Gawthorpe, Waterbrook, 16 Badger Road, Woodhouse, Sheffield S13 7TQ tel 0114 269 4089 mob 07917645015.</w:t>
      </w:r>
    </w:p>
    <w:p>
      <w:r>
        <w:rPr>
          <w:b w:val="0"/>
          <w:i w:val="0"/>
        </w:rPr>
        <w:t>Entries close on 11th January for Three Ridings LRC Open show at Rothwell, Leeds to be held on 31st January 2010.The judge is Mrs Noelene Dodd. Details from Mrs Pat Gill tel. 01943467926</w:t>
      </w:r>
      <w:r>
        <w:br/>
      </w:r>
      <w:r>
        <w:rPr>
          <w:b w:val="0"/>
          <w:i w:val="0"/>
        </w:rPr>
        <w:br/>
        <w:t>It is the time of year for paying breed club subscriptions and those I have to hand are as follows:-Cotswold and Wyevern LRC Single £10 and Joint £8. Send to Mr K Gawthorpe Waterbrook, 19 Badger Road, Woodhouse, Sheffield S13 7TQ</w:t>
      </w:r>
    </w:p>
    <w:p>
      <w:r>
        <w:rPr>
          <w:b w:val="0"/>
          <w:i w:val="0"/>
        </w:rPr>
        <w:t>East Anglian Lab Club Single £8 and £10 Joint. Send to Mrs Shirley Grainger, 1 Sunnyside Cottages, Thurston End, Hawkedon, Bury St Edmunds, Suffolk IP29 4LQ</w:t>
      </w:r>
    </w:p>
    <w:p>
      <w:r>
        <w:rPr>
          <w:b w:val="0"/>
          <w:i w:val="0"/>
        </w:rPr>
        <w:t>Kent Surrey and Sussex LRC Single £10 and £12 family. Send to Mrs A Scutcher, 10 Glebe Close, Wix, Manningtree, Essex CO11 2SD</w:t>
      </w:r>
    </w:p>
    <w:p>
      <w:r>
        <w:rPr>
          <w:b w:val="0"/>
          <w:i w:val="0"/>
        </w:rPr>
        <w:t>Labrador Retriever Club of Wales Single £10 Joint £8. Send to Mrs M Barker Haulwen, Church Lane, Nantgarw, Cardiff CF15 7TQ</w:t>
      </w:r>
    </w:p>
    <w:p>
      <w:r>
        <w:rPr>
          <w:b w:val="0"/>
          <w:i w:val="0"/>
        </w:rPr>
        <w:t>Midland Counties LRC Single £8 Joint £10. Send to Mr Frank Gawthorpe, 19 Badger Road, Woodhouse, Sheffield, S Yorks S13 7TQ</w:t>
      </w:r>
    </w:p>
    <w:p>
      <w:r>
        <w:rPr>
          <w:b w:val="0"/>
          <w:i w:val="0"/>
        </w:rPr>
        <w:t>Northumberland and Durham LRC Single £7 Joint £9. Send to Mr K Roberts , Ossian, Parkside, Throckley, Newcastle on Tyne NE15 9AX</w:t>
      </w:r>
    </w:p>
    <w:p>
      <w:r>
        <w:rPr>
          <w:b w:val="0"/>
          <w:i w:val="0"/>
        </w:rPr>
        <w:t>Three Ridings LRC. Single £5.50 Joint £7 Send to Mrs Pat Gill 77 Cross Green, Otley, West Yorkshire LS21 1HE</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