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- 12/10/2018 - ISSUE"</w:t>
      </w:r>
      <w:r>
        <w:br/>
      </w:r>
      <w:r>
        <w:rPr>
          <w:b w:val="0"/>
          <w:i w:val="0"/>
        </w:rPr>
        <w:br/>
        <w:t>date_original: "12/10/2018 - ISSUE"</w:t>
      </w:r>
      <w:r>
        <w:br/>
      </w:r>
      <w:r>
        <w:rPr>
          <w:b w:val="0"/>
          <w:i w:val="0"/>
        </w:rPr>
        <w:br/>
        <w:t>source_url: "https://www.ourdogs.co.uk/members/breednotes/RetrieverLabradorMain.php"</w:t>
      </w:r>
      <w:r>
        <w:br/>
      </w:r>
      <w:r>
        <w:rPr>
          <w:b w:val="0"/>
          <w:i w:val="0"/>
        </w:rPr>
        <w:br/>
        <w:t>scraped_at: "2026-09-13T15:22:01"</w:t>
      </w:r>
      <w:r>
        <w:br/>
      </w:r>
      <w:r>
        <w:rPr>
          <w:b w:val="0"/>
          <w:i w:val="0"/>
        </w:rPr>
        <w:br/>
        <w:t>word_count: 1197</w:t>
      </w:r>
    </w:p>
    <w:p>
      <w:r>
        <w:t>――――――――――――――――――――――――――――――</w:t>
      </w:r>
    </w:p>
    <w:p>
      <w:r>
        <w:rPr>
          <w:b w:val="0"/>
          <w:i w:val="0"/>
        </w:rPr>
        <w:t>NEWS MEMBERS' AREA SHOP SUBSCRIBE UPCOMING SHOWS MORE</w:t>
      </w:r>
    </w:p>
    <w:p>
      <w:r>
        <w:rPr>
          <w:b w:val="0"/>
          <w:i w:val="0"/>
        </w:rPr>
        <w:t>RETRIEVER LABRADOR</w:t>
      </w:r>
    </w:p>
    <w:p>
      <w:r>
        <w:rPr>
          <w:b w:val="0"/>
          <w:i w:val="0"/>
        </w:rPr>
        <w:t>Issue: 12/10/2018</w:t>
      </w:r>
    </w:p>
    <w:p>
      <w:r>
        <w:rPr>
          <w:b w:val="0"/>
          <w:i w:val="0"/>
        </w:rPr>
        <w:t xml:space="preserve">With dwindling class entry numbers, are exhibitors expectations being met when showing their dog in a class at a championship show? What do they get for their money? </w:t>
      </w:r>
    </w:p>
    <w:p>
      <w:r>
        <w:rPr>
          <w:b w:val="0"/>
          <w:i w:val="0"/>
        </w:rPr>
        <w:t xml:space="preserve">At times it appears little more than a few seconds scant appraisal of a standing dog who has done a quick triangle, and up and down,  but no moving comparison with any other dogs, which leaves the exhibitors feeling they have not got value for money. Another reason for walking away. </w:t>
      </w:r>
    </w:p>
    <w:p>
      <w:r>
        <w:rPr>
          <w:b w:val="0"/>
          <w:i w:val="0"/>
        </w:rPr>
        <w:t>For quite a while now, many experienced Labrador judges, breeders and exhibitors have come to the conclusion that at future judging seminars, there ought to be an explanation as to why it is imperative for novice or trainee judges, well in fact, all judges,  to shortlist from classes of over, say eight exhibits, and having done so, a must that those shortlisted dogs are all then assessed together ON THE MOVE prior to making any final placings in a class. This is basic stuff !</w:t>
      </w:r>
    </w:p>
    <w:p>
      <w:r>
        <w:rPr>
          <w:b w:val="0"/>
          <w:i w:val="0"/>
        </w:rPr>
        <w:t>Moving those shortlisted dogs again will enable the judge to assess and compare, one against the other, balance, movement, soundness, head and neck carriage, forward reach, drive and strength from behind, topline level,etc etc. prior to ever making any final decisions regarding class placings. It is a mighty clever person who can judge without going through this process and will also make exhibitors feel they have at least had some value for money, whether finally placed or not.</w:t>
      </w:r>
    </w:p>
    <w:p>
      <w:r>
        <w:rPr>
          <w:b w:val="0"/>
          <w:i w:val="0"/>
        </w:rPr>
        <w:t xml:space="preserve">Comparison on the move is an imperative part of any judging, be it dogs or horses etc yet sometimes it appears to be thought unnecessary or completely forgotten. </w:t>
      </w:r>
    </w:p>
    <w:p>
      <w:r>
        <w:rPr>
          <w:b w:val="0"/>
          <w:i w:val="0"/>
        </w:rPr>
        <w:t>Believe me, it is extremely important. You cannot just do part of the judging job. Without this shortlist assessment in all breeds, it is only half done.</w:t>
      </w:r>
    </w:p>
    <w:p>
      <w:r>
        <w:rPr>
          <w:b w:val="0"/>
          <w:i w:val="0"/>
        </w:rPr>
        <w:t xml:space="preserve">I can guarantee those under tuition will enjoy learning about things they had perhaps never noticed before, and be mightily surprised at what they now see on the move, when the visual comparisons, one against the other, are pointed out, analysed and explained to them. </w:t>
      </w:r>
    </w:p>
    <w:p>
      <w:r>
        <w:rPr>
          <w:b w:val="0"/>
          <w:i w:val="0"/>
        </w:rPr>
        <w:t>Afterwards, with eyes newly opened, they will understand and appreciate far more clearly the conundrums which the comparisons, all together, have probably thrown up and how to deal with them.</w:t>
      </w:r>
    </w:p>
    <w:p>
      <w:r>
        <w:rPr>
          <w:b w:val="0"/>
          <w:i w:val="0"/>
        </w:rPr>
        <w:t xml:space="preserve">Experienced judges know that choosing the right winner can only be done by including this major facet in their judging process. New trainee judges should be shown its importance and include comparison of movement as a matter of course, not an afterthought; just as important as checking the bite is a normal action in any judging. </w:t>
      </w:r>
    </w:p>
    <w:p>
      <w:r>
        <w:rPr>
          <w:b w:val="0"/>
          <w:i w:val="0"/>
        </w:rPr>
        <w:t xml:space="preserve">Hopefully the initial eyecatching winner from any initial shortlist, if constructed correctly, will move the best of the bunch too, but sometimes it is not necessarily so. </w:t>
      </w:r>
    </w:p>
    <w:p>
      <w:r>
        <w:rPr>
          <w:b w:val="0"/>
          <w:i w:val="0"/>
        </w:rPr>
        <w:t>As experienced judges in all Breeds will agree, without carrying out this final visual comparison one against another in all classes and especially for top awards, no judge will ever know for certain or prove to those watching ringside, that they have completely understood  the plus and minus points of the exhibits, whilst the customers, the exhibitors, go home feeling let down, often never to return.</w:t>
      </w:r>
    </w:p>
    <w:p>
      <w:r>
        <w:rPr>
          <w:b w:val="0"/>
          <w:i w:val="0"/>
        </w:rPr>
        <w:t>Anne Hoban writes, "The West of England LRC has a change of date for their Champ Show at Weston S Mare this year and the committee wish to remind potential exhibitors that it is taking place on Saturday December 1st and not during the first weekend in November as per usual.</w:t>
      </w:r>
    </w:p>
    <w:p>
      <w:r>
        <w:rPr>
          <w:b w:val="0"/>
          <w:i w:val="0"/>
        </w:rPr>
        <w:t>Postal entries close on Sat 3rd Nov and with Fossedata 11th Nov.</w:t>
      </w:r>
    </w:p>
    <w:p>
      <w:r>
        <w:rPr>
          <w:b w:val="0"/>
          <w:i w:val="0"/>
        </w:rPr>
        <w:t>There will be an Eye Clinic hosted so please remember to bring along your relevant Registrations and other dogs need not be entered in order to be examined.</w:t>
      </w:r>
    </w:p>
    <w:p>
      <w:r>
        <w:rPr>
          <w:b w:val="0"/>
          <w:i w:val="0"/>
        </w:rPr>
        <w:t>Also for next year, the WELRC Championship Show date should be listed as November 2nd 2019 and NOT December 1st as is being displayed on some webpages."</w:t>
      </w:r>
    </w:p>
    <w:p>
      <w:r>
        <w:rPr>
          <w:b w:val="0"/>
          <w:i w:val="0"/>
        </w:rPr>
        <w:t>Many thanks to Alison Scutcher for sending in the results of the KSS Open Show held 30.9.19 at Bletchingly Village Hall, Near Redhill, Surrey.</w:t>
      </w:r>
    </w:p>
    <w:p>
      <w:r>
        <w:rPr>
          <w:b w:val="0"/>
          <w:i w:val="0"/>
        </w:rPr>
        <w:t>Best in Show was Jenny King's Linthwaite Indiana (Carpenny Primo ex Linthwaite Cosette)</w:t>
      </w:r>
    </w:p>
    <w:p>
      <w:r>
        <w:rPr>
          <w:b w:val="0"/>
          <w:i w:val="0"/>
        </w:rPr>
        <w:t>Reserve Best in Show was Alan Davey's Clanfield Bounty (Rocheby Old Punch ex Clanfield Tender Touch)</w:t>
      </w:r>
    </w:p>
    <w:p>
      <w:r>
        <w:rPr>
          <w:b w:val="0"/>
          <w:i w:val="0"/>
        </w:rPr>
        <w:t>Best Puppy in Show was Jo &amp; Andy Metcalfe's Carromers Jack Flash to Baileydale (Sh Ch Tissalian Hi Jack JW ex Carromer Shimmering Tiara JW)</w:t>
      </w:r>
    </w:p>
    <w:p>
      <w:r>
        <w:rPr>
          <w:b w:val="0"/>
          <w:i w:val="0"/>
        </w:rPr>
        <w:t>Bester Veteran in Show was Maureen Rees Sh Ch/Ir Sh Ch Thurbajen's Flighty Fennel with Eremos ShCM (Carpenny Austin ex Thurbajen Whoops A Daisy)</w:t>
      </w:r>
    </w:p>
    <w:p>
      <w:r>
        <w:rPr>
          <w:b w:val="0"/>
          <w:i w:val="0"/>
        </w:rPr>
        <w:t>There were 80 dogs entered making 108 entries.</w:t>
      </w:r>
    </w:p>
    <w:p>
      <w:r>
        <w:rPr>
          <w:b w:val="0"/>
          <w:i w:val="0"/>
        </w:rPr>
        <w:t xml:space="preserve">The following weekend, Gundogs were judged at South Wales Kennel Association Show on a bright autumn Sunday at Builth Wells. </w:t>
      </w:r>
    </w:p>
    <w:p>
      <w:r>
        <w:rPr>
          <w:b w:val="0"/>
          <w:i w:val="0"/>
        </w:rPr>
        <w:t xml:space="preserve">The journey was utterly picturesque as ever, this time the trees dressed in their autumnal colours of rich terracottas, reds and golds. Every bend in the road was like turning a page in an autumnal picture book. Beautiful. </w:t>
      </w:r>
    </w:p>
    <w:p>
      <w:r>
        <w:rPr>
          <w:b w:val="0"/>
          <w:i w:val="0"/>
        </w:rPr>
        <w:t>The previous day it had poured with rain, but on Gundog day we were lucky, the rain had passed and the dawn was bright and sunny, but a trifle frosty to say the least.</w:t>
      </w:r>
    </w:p>
    <w:p>
      <w:r>
        <w:rPr>
          <w:b w:val="0"/>
          <w:i w:val="0"/>
        </w:rPr>
        <w:t xml:space="preserve">On arrival there were some new, very pleasant changes with the layout; all of them great improvements where Labradors are concerned  and greatly appreciated. </w:t>
      </w:r>
    </w:p>
    <w:p>
      <w:r>
        <w:rPr>
          <w:b w:val="0"/>
          <w:i w:val="0"/>
        </w:rPr>
        <w:t xml:space="preserve">Parking was by a different route within the showground with all turns well signposted to bring us close to our new benching hall. </w:t>
      </w:r>
    </w:p>
    <w:p>
      <w:r>
        <w:rPr>
          <w:b w:val="0"/>
          <w:i w:val="0"/>
        </w:rPr>
        <w:t xml:space="preserve">The large, well lit indoor breed rings were close by, in the adjacent hall. All very convenient and much appreciated. Thank you for listening, SWKA. Don't change anything next year as far as Labrador exhibitors are concerned! </w:t>
      </w:r>
    </w:p>
    <w:p>
      <w:r>
        <w:rPr>
          <w:b w:val="0"/>
          <w:i w:val="0"/>
        </w:rPr>
        <w:t>The judge taking on the Breed at this level for the very first time  was Jenny Dobson with 120 dogs and Bitches entered.</w:t>
      </w:r>
    </w:p>
    <w:p>
      <w:r>
        <w:rPr>
          <w:b w:val="0"/>
          <w:i w:val="0"/>
        </w:rPr>
        <w:t>The Dog CC and Best of Breed was Fiona Maclean's chocolate Open Dog winner rising four years of age, Afinmore Azufral (Ch Naiken Zephry x Ch Afinmore Antora Sh CM). The Dog RCC was the 2nd in Open, Marlene Heppers black Sh Ch Mardas All Blacks (Mambrinos Brandy Snap at Richbourne x Mardas Vintage Silk).</w:t>
      </w:r>
    </w:p>
    <w:p>
      <w:r>
        <w:rPr>
          <w:b w:val="0"/>
          <w:i w:val="0"/>
        </w:rPr>
        <w:t xml:space="preserve">The Bitch CC her third, went to Claire and Chris Mills rising five year old black Lembas Go Gentle JW (Sandylands Gentle Touch at Lembas x Sh Ch Lembas Mama Mia JW) this win making her up. Well done. </w:t>
      </w:r>
    </w:p>
    <w:p>
      <w:r>
        <w:rPr>
          <w:b w:val="0"/>
          <w:i w:val="0"/>
        </w:rPr>
        <w:t>The Bitch RCC was won by Shaun Williamsons yellow Sharouns Victorias Secret JW (Shannorrell Succession at Halshimoor x Sharouns Nostalgia)</w:t>
      </w:r>
    </w:p>
    <w:p>
      <w:r>
        <w:rPr>
          <w:b w:val="0"/>
          <w:i w:val="0"/>
        </w:rPr>
        <w:t>Best Puppy was Marion Hopkinsons yellow Rocheby Melody whose first birthday it was on the day. She is by Rocheby Town Cryer x Sh Ch Kilburnpark Miss Maureen at Rocheby.</w:t>
      </w:r>
    </w:p>
    <w:p>
      <w:r>
        <w:rPr>
          <w:b w:val="0"/>
          <w:i w:val="0"/>
        </w:rPr>
        <w:t xml:space="preserve">Ann Britton </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