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- 08/02/2019 - ISSUE"</w:t>
      </w:r>
      <w:r>
        <w:br/>
      </w:r>
      <w:r>
        <w:rPr>
          <w:b w:val="0"/>
          <w:i w:val="0"/>
        </w:rPr>
        <w:br/>
        <w:t>date_original: "08/02/2019 - ISSUE"</w:t>
      </w:r>
      <w:r>
        <w:br/>
      </w:r>
      <w:r>
        <w:rPr>
          <w:b w:val="0"/>
          <w:i w:val="0"/>
        </w:rPr>
        <w:br/>
        <w:t>source_url: "https://www.ourdogs.co.uk/members/breednotes/RetrieverLabradorMain.php"</w:t>
      </w:r>
      <w:r>
        <w:br/>
      </w:r>
      <w:r>
        <w:rPr>
          <w:b w:val="0"/>
          <w:i w:val="0"/>
        </w:rPr>
        <w:br/>
        <w:t>scraped_at: "2026-09-13T15:21:05"</w:t>
      </w:r>
      <w:r>
        <w:br/>
      </w:r>
      <w:r>
        <w:rPr>
          <w:b w:val="0"/>
          <w:i w:val="0"/>
        </w:rPr>
        <w:br/>
        <w:t>word_count: 1213</w:t>
      </w:r>
    </w:p>
    <w:p>
      <w:r>
        <w:t>――――――――――――――――――――――――――――――</w:t>
      </w:r>
    </w:p>
    <w:p>
      <w:r>
        <w:rPr>
          <w:b w:val="0"/>
          <w:i w:val="0"/>
        </w:rPr>
        <w:t>NEWS MEMBERS' AREA SHOP SUBSCRIBE UPCOMING SHOWS MORE</w:t>
      </w:r>
    </w:p>
    <w:p>
      <w:r>
        <w:rPr>
          <w:b w:val="0"/>
          <w:i w:val="0"/>
        </w:rPr>
        <w:t>RETRIEVER LABRADOR</w:t>
      </w:r>
    </w:p>
    <w:p>
      <w:r>
        <w:rPr>
          <w:b w:val="0"/>
          <w:i w:val="0"/>
        </w:rPr>
        <w:t>Issue: 08/02/2019</w:t>
      </w:r>
    </w:p>
    <w:p>
      <w:r>
        <w:rPr>
          <w:b w:val="0"/>
          <w:i w:val="0"/>
        </w:rPr>
        <w:t>Caroline Edwards contacted me with the happy news that her home-bred yellow dog, Kimbajak Precious Metal has obtained the final point at 16 months of age for his JW, subject to KC confirmation. Making this even more special is that as a 5 week old pup, he had a medical problem; a major operation to remove part of his intestine being the only possible way to try to save his life. Caroline was informed by the vet that the survival rate for such an operation was low and the vet advised that the best decision would be to put the young puppy to sleep.</w:t>
      </w:r>
    </w:p>
    <w:p>
      <w:r>
        <w:rPr>
          <w:b w:val="0"/>
          <w:i w:val="0"/>
        </w:rPr>
        <w:t>Luckily, for the puppy, Caroline took the positive, never-give-up route and insisted he had the operation, which he did.</w:t>
      </w:r>
    </w:p>
    <w:p>
      <w:r>
        <w:rPr>
          <w:b w:val="0"/>
          <w:i w:val="0"/>
        </w:rPr>
        <w:t>Labradors are tough. He survived, despite the prognosis. On the negative side, just to keep Caroline on her toes, on his return home straight after the operation, in typical Labrador form, he ruptured his stitches. Consequently, the following day he was back at the vets being stitched up again.</w:t>
      </w:r>
    </w:p>
    <w:p>
      <w:r>
        <w:rPr>
          <w:b w:val="0"/>
          <w:i w:val="0"/>
        </w:rPr>
        <w:t>Now many months later, aged 16 months, fit and happy, he is completely recovered and the added bonus is that he has given Caroline a great time in the show ring over the past year, culminating in winning his Junior Warrant. As Caroline says, "He's very special, worth his weight in gold even though he's cost a mint in Vet fees!"</w:t>
      </w:r>
    </w:p>
    <w:p>
      <w:r>
        <w:rPr>
          <w:b w:val="0"/>
          <w:i w:val="0"/>
        </w:rPr>
        <w:t>Kent Surrey and Sussex Lab Club held their Open Show on February 3rd. Tom .Mather judged an entry of 98 dogs and bitches. His winners were :- Best in Show Carromer Jack Flash to Baileydale JW, RBIS Clanfield Rosy Outlook; BOSIS Eremos Perfect Pascali BPIS Princess Leia at Baileydale; BVIS Sh Ch/IR Sh Ch Thurbajens Flight Fennel with Eremos ShCM</w:t>
      </w:r>
    </w:p>
    <w:p>
      <w:r>
        <w:rPr>
          <w:b w:val="0"/>
          <w:i w:val="0"/>
        </w:rPr>
        <w:t>Three Ridings Lab Club held their Open show the previous week. There the winners under Fiona Maclean were:- Best in Show and Best Bitch -  Kay Jenkins yellow Sekada Miss Bianca JW and Reserve Best in Show, Best Opposite Sex and Best Puppy in Show - Ayres and Jacksons Hannabee to Hull N Back with Musubi.</w:t>
      </w:r>
    </w:p>
    <w:p>
      <w:r>
        <w:rPr>
          <w:b w:val="0"/>
          <w:i w:val="0"/>
        </w:rPr>
        <w:t>The best laid plans can sometimes go majorly awry where the British weather is concerned and, as I know only too well myself when on occasion WELKS, one of the shows I co- organise, has been badly flooded out, all the detailed, dedicated behind the scenes planning for the event over the previous months just goes out of the window!</w:t>
      </w:r>
    </w:p>
    <w:p>
      <w:r>
        <w:rPr>
          <w:b w:val="0"/>
          <w:i w:val="0"/>
        </w:rPr>
        <w:t>Only those who have ever volunteered for committee work and have given their time to organise shows know the ins and outs involved. It's all too easy for others who have never volunteered to run shows, to look in from the side-lines and criticise.</w:t>
      </w:r>
    </w:p>
    <w:p>
      <w:r>
        <w:rPr>
          <w:b w:val="0"/>
          <w:i w:val="0"/>
        </w:rPr>
        <w:t>I had great sympathy for the organisers of Lab Club of Wales Championship Show this last weekend, when forecast extra heavy snow started falling the day before the show, initially in the west of England and south Wales areas, but later extending towards London and the south east. The venue was at Chepstow, a hilly border town, in the middle of the snow affected area.</w:t>
      </w:r>
    </w:p>
    <w:p>
      <w:r>
        <w:rPr>
          <w:b w:val="0"/>
          <w:i w:val="0"/>
        </w:rPr>
        <w:t>As Friday morning passed, the snow settled deeply along the M4 corridor. By mid-morning the television announced that the Heads of the Valley road was completely cut off so deep was the snow. The police strongly advised people not to drive, the safety of motorists and of those who might have to rescue them, should they get stuck, being paramount.</w:t>
      </w:r>
    </w:p>
    <w:p>
      <w:r>
        <w:rPr>
          <w:b w:val="0"/>
          <w:i w:val="0"/>
        </w:rPr>
        <w:t>Very sensibly, the Welsh Labrador Club officials decided on safety grounds that the following days show should be postponed.</w:t>
      </w:r>
    </w:p>
    <w:p>
      <w:r>
        <w:rPr>
          <w:b w:val="0"/>
          <w:i w:val="0"/>
        </w:rPr>
        <w:t>This decision was not taken at all lightly, but was further backed up when it was learnt that the ring carpets were stuck in a building at the wrong end of a half-mile farm track covered in extremely deep snow!</w:t>
      </w:r>
    </w:p>
    <w:p>
      <w:r>
        <w:rPr>
          <w:b w:val="0"/>
          <w:i w:val="0"/>
        </w:rPr>
        <w:t>On Friday morning, the club officials contacted every exhibitor to let them know of the cancellation. A notice was also put out and shared via Facebook, proving it does have some useful points!</w:t>
      </w:r>
    </w:p>
    <w:p>
      <w:r>
        <w:rPr>
          <w:b w:val="0"/>
          <w:i w:val="0"/>
        </w:rPr>
        <w:t>Unfortunately, I gather, some exhibitors were already on their way to Wales, one having left home on Thursday and another already on the ferry from Ireland, but generally most were forewarned to stay at home, stay safe, and were very glad of it. It is hoped to reschedule the show in early May.</w:t>
      </w:r>
    </w:p>
    <w:p>
      <w:r>
        <w:rPr>
          <w:b w:val="0"/>
          <w:i w:val="0"/>
        </w:rPr>
        <w:t>I am sure there will be a few questions;  whether age qualifications will still stand as Minor Puppies, Puppies, Juniors and Yearlings will all be three months older and maybe out of the classes for which they were entered at the February show. Champions may have been made up. Will exhibitors be able to change which dogs are entered when considering coat condition, seasons, possible expected litters etc?</w:t>
      </w:r>
    </w:p>
    <w:p>
      <w:r>
        <w:rPr>
          <w:b w:val="0"/>
          <w:i w:val="0"/>
        </w:rPr>
        <w:t>All a major headache for the Labrador Retriever Club of Wales Secretary, Margaret Barker, whose show preparations were all done and catalogues, of course, already printed. Margaret will have the up to date answers and can be contacted on 01443 842585. Our grateful thanks that she and her committee took this brave decision with judges, exhibitors and dogs safety in mind.</w:t>
      </w:r>
    </w:p>
    <w:p>
      <w:r>
        <w:rPr>
          <w:b w:val="0"/>
          <w:i w:val="0"/>
        </w:rPr>
        <w:t>Now news of a new award for Veterans. The Kennel Club, aiming to increase Open Show interest has introduced from 2019 a new Veteran Warrant award.</w:t>
      </w:r>
    </w:p>
    <w:p>
      <w:r>
        <w:rPr>
          <w:b w:val="0"/>
          <w:i w:val="0"/>
        </w:rPr>
        <w:t>The Kennel Club's view is that the introduction of a separate award for Veterans will encourage exhibitors to enter additional dogs at general open shows. It will also form part of a range of awards available to a dog throughout its showing career.</w:t>
      </w:r>
    </w:p>
    <w:p>
      <w:r>
        <w:rPr>
          <w:b w:val="0"/>
          <w:i w:val="0"/>
        </w:rPr>
        <w:t>Points may be claimed from General Open and Group Open shows only, from AV Veteran, or Veteran Stakes classes. Points may not be claimed from breed-specific Veteran classes or from AVNSC Veteran classes.</w:t>
      </w:r>
    </w:p>
    <w:p>
      <w:r>
        <w:rPr>
          <w:b w:val="0"/>
          <w:i w:val="0"/>
        </w:rPr>
        <w:t>No points will be available at Championship shows.</w:t>
      </w:r>
    </w:p>
    <w:p>
      <w:r>
        <w:rPr>
          <w:b w:val="0"/>
          <w:i w:val="0"/>
        </w:rPr>
        <w:t>Claims for a Veteran Warrant will be made via an online claim form, available in due course.</w:t>
      </w:r>
    </w:p>
    <w:p>
      <w:r>
        <w:rPr>
          <w:b w:val="0"/>
          <w:i w:val="0"/>
        </w:rPr>
        <w:t>Scale of points:-</w:t>
      </w:r>
    </w:p>
    <w:p>
      <w:r>
        <w:rPr>
          <w:b w:val="0"/>
          <w:i w:val="0"/>
        </w:rPr>
        <w:t>A total of 25 points are needed to claim a Veteran Warrant, in line with the requirements of the Junior Warrant award.</w:t>
      </w:r>
    </w:p>
    <w:p>
      <w:r>
        <w:rPr>
          <w:b w:val="0"/>
          <w:i w:val="0"/>
        </w:rPr>
        <w:t>Points will be available as follows and only one claim may be made from each show.</w:t>
      </w:r>
    </w:p>
    <w:p>
      <w:r>
        <w:rPr>
          <w:b w:val="0"/>
          <w:i w:val="0"/>
        </w:rPr>
        <w:t xml:space="preserve">1st place - 4 points. </w:t>
      </w:r>
    </w:p>
    <w:p>
      <w:r>
        <w:rPr>
          <w:b w:val="0"/>
          <w:i w:val="0"/>
        </w:rPr>
        <w:t>2nd place - 3 points</w:t>
      </w:r>
    </w:p>
    <w:p>
      <w:r>
        <w:rPr>
          <w:b w:val="0"/>
          <w:i w:val="0"/>
        </w:rPr>
        <w:t>3rd place - 2 points</w:t>
      </w:r>
    </w:p>
    <w:p>
      <w:r>
        <w:rPr>
          <w:b w:val="0"/>
          <w:i w:val="0"/>
        </w:rPr>
        <w:t>4th place - 1 point</w:t>
      </w:r>
    </w:p>
    <w:p>
      <w:r>
        <w:rPr>
          <w:b w:val="0"/>
          <w:i w:val="0"/>
        </w:rPr>
        <w:t>Points may only be claimed for dogs aged seven years or over on the first day of the show. No maximum age has been specified. The Kennel Club is of the view that the exhibition of older dogs should be left to the discretion of exhibitors, noting that there are significant differences across breeds.</w:t>
      </w:r>
    </w:p>
    <w:p>
      <w:r>
        <w:rPr>
          <w:b w:val="0"/>
          <w:i w:val="0"/>
        </w:rPr>
        <w:t>The title "VW" may be used after the name of the dog on show entries and in catalogues.</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