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- 24/09/2021 - ISSUE"</w:t>
      </w:r>
      <w:r>
        <w:br/>
      </w:r>
      <w:r>
        <w:rPr>
          <w:b w:val="0"/>
          <w:i w:val="0"/>
        </w:rPr>
        <w:br/>
        <w:t>date_original: "24/09/2021 - ISSUE"</w:t>
      </w:r>
      <w:r>
        <w:br/>
      </w:r>
      <w:r>
        <w:rPr>
          <w:b w:val="0"/>
          <w:i w:val="0"/>
        </w:rPr>
        <w:br/>
        <w:t>source_url: "https://www.ourdogs.co.uk/members/breednotes/RetrieverLabradorMain.php"</w:t>
      </w:r>
      <w:r>
        <w:br/>
      </w:r>
      <w:r>
        <w:rPr>
          <w:b w:val="0"/>
          <w:i w:val="0"/>
        </w:rPr>
        <w:br/>
        <w:t>scraped_at: "2026-09-13T15:13:59"</w:t>
      </w:r>
      <w:r>
        <w:br/>
      </w:r>
      <w:r>
        <w:rPr>
          <w:b w:val="0"/>
          <w:i w:val="0"/>
        </w:rPr>
        <w:br/>
        <w:t>word_count: 1332</w:t>
      </w:r>
    </w:p>
    <w:p>
      <w:r>
        <w:t>――――――――――――――――――――――――――――――</w:t>
      </w:r>
    </w:p>
    <w:p>
      <w:r>
        <w:rPr>
          <w:b w:val="0"/>
          <w:i w:val="0"/>
        </w:rPr>
        <w:t>NEWS MEMBERS' AREA SHOP SUBSCRIBE UPCOMING SHOWS MORE</w:t>
      </w:r>
    </w:p>
    <w:p>
      <w:r>
        <w:rPr>
          <w:b w:val="0"/>
          <w:i w:val="0"/>
        </w:rPr>
        <w:t>RETRIEVER LABRADOR</w:t>
      </w:r>
    </w:p>
    <w:p>
      <w:r>
        <w:rPr>
          <w:b w:val="0"/>
          <w:i w:val="0"/>
        </w:rPr>
        <w:t>Issue: 24/09/2021</w:t>
      </w:r>
    </w:p>
    <w:p>
      <w:r>
        <w:rPr>
          <w:b w:val="0"/>
          <w:i w:val="0"/>
        </w:rPr>
        <w:t>Maureen Rees judged the entry of 89 Labrador dogs and bitches at Darlington. Pam Druggan, she who sails back and forth to dog shows from the Isle of Man every few days courtesy of a ticket on the Isle of Man Steam Packet ferry won the CC and Best of Breed with the black A Sense of Pleasures Get Lucky JW. Sadly Pam could not risk missing the return ferry home and had to leave the show, with appropriate apologies, before  the Group.</w:t>
      </w:r>
    </w:p>
    <w:p>
      <w:r>
        <w:rPr>
          <w:b w:val="0"/>
          <w:i w:val="0"/>
        </w:rPr>
        <w:t>The Dog RCC was won by Elaine Grummitt and Anne Dempseys yellow Ir Ch Dromtacker Made to Order. He had won his first CC just 7 days previously.</w:t>
      </w:r>
    </w:p>
    <w:p>
      <w:r>
        <w:rPr>
          <w:b w:val="0"/>
          <w:i w:val="0"/>
        </w:rPr>
        <w:t>The Bitch CC was a first for Isobel Keys Keydella Cafe Noir whilst the Bitch RCC was won by Penny Carpaninis black Carpenny Berry, transported to the show in PennyÃ¢â‚¬â„¢s absence and handled on the day by her good friend, Lisa Finney.</w:t>
      </w:r>
    </w:p>
    <w:p>
      <w:r>
        <w:rPr>
          <w:b w:val="0"/>
          <w:i w:val="0"/>
        </w:rPr>
        <w:t>Best Puppy was Sarah and Dennis McLellans Wynfaul Resolution for Saranden and Best Veteran Mrs S Parkers Sh Ch Poniel Reason to Believe at Bruadarach</w:t>
      </w:r>
    </w:p>
    <w:p>
      <w:r>
        <w:rPr>
          <w:b w:val="0"/>
          <w:i w:val="0"/>
        </w:rPr>
        <w:t>I always smile when I fondly think of Darlington Dog Show; a show I used to go to without fail every year, when we showed at most events on the dog show circuit, several moons ago. The smile is because one incident always comes to mind. My yellow Champion dog had won the stakes on the final day of the show and the generous Ã‚Â£30 prize money that went with various other sponsors goodies in those days.</w:t>
      </w:r>
    </w:p>
    <w:p>
      <w:r>
        <w:rPr>
          <w:b w:val="0"/>
          <w:i w:val="0"/>
        </w:rPr>
        <w:t xml:space="preserve">Ã‚Â£30 really was a lot of money then. </w:t>
      </w:r>
    </w:p>
    <w:p>
      <w:r>
        <w:rPr>
          <w:b w:val="0"/>
          <w:i w:val="0"/>
        </w:rPr>
        <w:t>The late Michael Boothroyd who had a sparkling and brilliant sense of humour, wrote in his Dog World Labrador breed notes the following week,  Ã¢â‚¬Å" Ann Britton won the Stakes and the deposit for a new car!Ã¢â‚¬Â, which turned out to be pretty true!</w:t>
      </w:r>
    </w:p>
    <w:p>
      <w:r>
        <w:rPr>
          <w:b w:val="0"/>
          <w:i w:val="0"/>
        </w:rPr>
        <w:t xml:space="preserve">It was a long journey home on ones own from Darlington to Ross on Wye as the ever darkening autumn night closed in but at least it was dry. The journey went well, and I was happy. I had an extra Ã‚Â£30 in my pocket! </w:t>
      </w:r>
    </w:p>
    <w:p>
      <w:r>
        <w:rPr>
          <w:b w:val="0"/>
          <w:i w:val="0"/>
        </w:rPr>
        <w:t>As the saying goes Ã¢â‚¬Å"Pride comes before a fallÃ¢â‚¬Â .</w:t>
      </w:r>
    </w:p>
    <w:p>
      <w:r>
        <w:rPr>
          <w:b w:val="0"/>
          <w:i w:val="0"/>
        </w:rPr>
        <w:t xml:space="preserve">Just past Droitwich on the M5 on the final leg of the journey home at about 10pm the car, which had been bowling along merrily, filled up inside and out with thick billowing smoke. It was late and there was no other traffic, so I quickly pulled over on the hard shoulder, jumped out pulled  open the back of the car and from the dog crates extracted five lively labradors who, luckily still had their collars on. </w:t>
      </w:r>
    </w:p>
    <w:p>
      <w:r>
        <w:rPr>
          <w:b w:val="0"/>
          <w:i w:val="0"/>
        </w:rPr>
        <w:t xml:space="preserve">Their response, Ã¢â‚¬Å"Oh this is great, weÃ¢â‚¬â„¢re going a walk beside the motorway Ã¢â‚¬Å"Not having the leads to hand, as fast as I could, I attached each one to its own benching chain which were luckily still beside their cratesÃ¢â‚¬â€œ then dragged them quickly through the weeds over the undulating grass verge beside the motorway to a sturdy fence at the back. I attached the benching chains to the fence rails. At least if the car burst into flames and exploded  I hoped the dogs were far enough away hopefully not to get injured. </w:t>
      </w:r>
    </w:p>
    <w:p>
      <w:r>
        <w:rPr>
          <w:b w:val="0"/>
          <w:i w:val="0"/>
        </w:rPr>
        <w:t xml:space="preserve">By this time the whole car was obscured, hidden in smoke but no flames as yet. </w:t>
      </w:r>
    </w:p>
    <w:p>
      <w:r>
        <w:rPr>
          <w:b w:val="0"/>
          <w:i w:val="0"/>
        </w:rPr>
        <w:t xml:space="preserve">I didnÃ¢â‚¬â„¢t possess a mobile phone,  which at that time were the size of a large house brick, so had to leave the dogs attached to the fence and walk to a nearby motorway rescue phone.  Luckily the motorway was lit. </w:t>
      </w:r>
    </w:p>
    <w:p>
      <w:r>
        <w:rPr>
          <w:b w:val="0"/>
          <w:i w:val="0"/>
        </w:rPr>
        <w:t xml:space="preserve">I rang the AA and the police. I was a woman on my own with a broken down car. I was fully aware that another unfortunate lady had been murdered only a few weeks previously whilst waiting on the M5 for a breakdown lorry. </w:t>
      </w:r>
    </w:p>
    <w:p>
      <w:r>
        <w:rPr>
          <w:b w:val="0"/>
          <w:i w:val="0"/>
        </w:rPr>
        <w:t>The police came, stayed and elaborated about the murdered lady , just what I could have done without. Not helpful!</w:t>
      </w:r>
    </w:p>
    <w:p>
      <w:r>
        <w:rPr>
          <w:b w:val="0"/>
          <w:i w:val="0"/>
        </w:rPr>
        <w:t xml:space="preserve">The  AA took ages to come which is another story. The car continued to smoke. I gather its electrics had all burnt out. </w:t>
      </w:r>
    </w:p>
    <w:p>
      <w:r>
        <w:rPr>
          <w:b w:val="0"/>
          <w:i w:val="0"/>
        </w:rPr>
        <w:t>Eventually the AA finally arrived, doused the smoke and winched the car onto a breakdown lorry, then set off to deposit the wreck at a garage near my home, but how were dogs and  I to get home?</w:t>
      </w:r>
    </w:p>
    <w:p>
      <w:r>
        <w:rPr>
          <w:b w:val="0"/>
          <w:i w:val="0"/>
        </w:rPr>
        <w:t xml:space="preserve">The police decided they would phone my late husband George to tell him where I was and that I had broken down and the car electrics were burnt out having obliterated the vision on the M5 with smoke. </w:t>
      </w:r>
    </w:p>
    <w:p>
      <w:r>
        <w:rPr>
          <w:b w:val="0"/>
          <w:i w:val="0"/>
        </w:rPr>
        <w:t xml:space="preserve">They suggested he should come to fetch me and the dogs, who were still safely tied up at the back of the motorway verge. </w:t>
      </w:r>
    </w:p>
    <w:p>
      <w:r>
        <w:rPr>
          <w:b w:val="0"/>
          <w:i w:val="0"/>
        </w:rPr>
        <w:t xml:space="preserve">As those who knew George in the dog world will affirm, he was a very organised, neat and tidy, well presented person, a Chartered Accountant.  He especially did not do dog hairs on his navy work suits. </w:t>
      </w:r>
    </w:p>
    <w:p>
      <w:r>
        <w:rPr>
          <w:b w:val="0"/>
          <w:i w:val="0"/>
        </w:rPr>
        <w:t xml:space="preserve">He had already gone to bed as it was late by then and he left for work in Birmingham very early each morning. He needed his sleep. </w:t>
      </w:r>
    </w:p>
    <w:p>
      <w:r>
        <w:rPr>
          <w:b w:val="0"/>
          <w:i w:val="0"/>
        </w:rPr>
        <w:t>On being woken by the police asking him to pick me from the M5 I gather he hesitated in horror and rather than enquire about my welfare, said Ã¢â‚¬Å"IÃ¢â‚¬â„¢ve just picked up my brand new car today. ItÃ¢â‚¬â„¢s got black plush upholstery in it and I AM NOT having those moulting Labradors in it!Ã¢â‚¬Â</w:t>
      </w:r>
    </w:p>
    <w:p>
      <w:r>
        <w:rPr>
          <w:b w:val="0"/>
          <w:i w:val="0"/>
        </w:rPr>
        <w:t>Police to George Ã¢â‚¬Å"Yes you are, Sir!Ã¢â‚¬Â</w:t>
      </w:r>
    </w:p>
    <w:p>
      <w:r>
        <w:rPr>
          <w:b w:val="0"/>
          <w:i w:val="0"/>
        </w:rPr>
        <w:t xml:space="preserve">Not a happy camper when he finally arrived, especially as I had broken down on the Droitwich side of the Worcester North junction. The poor man had to go all the way to the Droitwich junction and then come back south !! </w:t>
      </w:r>
    </w:p>
    <w:p>
      <w:r>
        <w:rPr>
          <w:b w:val="0"/>
          <w:i w:val="0"/>
        </w:rPr>
        <w:t xml:space="preserve">Needless to say the following day was spent getting yellow Labrador hairs out of his car upholstery and buying me a new vehicle. </w:t>
      </w:r>
    </w:p>
    <w:p>
      <w:r>
        <w:rPr>
          <w:b w:val="0"/>
          <w:i w:val="0"/>
        </w:rPr>
        <w:t xml:space="preserve">Thinking about it, some years later that replacement  car also broke down on the dual carriageway around Edinburgh on the Saturday of the Edinburgh Tattoo weekend when we were going to SKC. We never  did get there. We sat for four hours with cars zooming past mand once the relay vehicle arrived it took 9 hours to get us and dogs home in various AA relay wagons. </w:t>
      </w:r>
    </w:p>
    <w:p>
      <w:r>
        <w:rPr>
          <w:b w:val="0"/>
          <w:i w:val="0"/>
        </w:rPr>
        <w:t>That car was replaced by the trusty Volvo Ive still got now. It also is also getting a bit long in the tooth. IÃ¢â‚¬â„¢m loath to change it. ItÃ¢â‚¬â„¢s so good for travelling dogs but guess I will have bite the bullet sooner or later. LetÃ¢â‚¬â„¢s hope itÃ¢â‚¬â„¢s later. I hate change!</w:t>
      </w:r>
    </w:p>
    <w:p>
      <w:r>
        <w:rPr>
          <w:b w:val="0"/>
          <w:i w:val="0"/>
        </w:rPr>
        <w:t xml:space="preserve">And now there is one much looked forward to journey I wonÃ¢â‚¬â„¢t now be making. Mabel my delightful Jack Russell having never been shown due to Covid, but being great in confirmation, movement and well show trained, is entered for her very first show at nearly two years of age . My first show too for ages I was so looking forward to it. Mabel decided today to come in season! Of all the weeks in the whole year she has to chose now! I am so disappointed! </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