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 Aug 2006"</w:t>
      </w:r>
      <w:r>
        <w:br/>
      </w:r>
      <w:r>
        <w:rPr>
          <w:b w:val="0"/>
          <w:i w:val="0"/>
        </w:rPr>
        <w:br/>
        <w:t>date_original: "25 Aug 2006"</w:t>
      </w:r>
      <w:r>
        <w:br/>
      </w:r>
      <w:r>
        <w:rPr>
          <w:b w:val="0"/>
          <w:i w:val="0"/>
        </w:rPr>
        <w:br/>
        <w:t>source_url: "https://www.ourdogs.co.uk/members/breednotes/2006/RetrieverLabrador/RetrieverLabrador-aug25.htm"</w:t>
      </w:r>
      <w:r>
        <w:br/>
      </w:r>
      <w:r>
        <w:rPr>
          <w:b w:val="0"/>
          <w:i w:val="0"/>
        </w:rPr>
        <w:br/>
        <w:t>archive_type: "static_html"</w:t>
      </w:r>
      <w:r>
        <w:br/>
      </w:r>
      <w:r>
        <w:rPr>
          <w:b w:val="0"/>
          <w:i w:val="0"/>
        </w:rPr>
        <w:br/>
        <w:t>scraped_at: "2026-09-13T22:08:56"</w:t>
      </w:r>
      <w:r>
        <w:br/>
      </w:r>
      <w:r>
        <w:rPr>
          <w:b w:val="0"/>
          <w:i w:val="0"/>
        </w:rPr>
        <w:br/>
        <w:t>word_count: 1380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There will be a fresh produce stall at the MCLRC open show on Saturday 9th September. If anyone has any excess produce from their 'allotments' or made too much jam etc it would be gratefully received! For further details contact Isobel Key Tel: 01636 812892.</w:t>
      </w:r>
    </w:p>
    <w:p>
      <w:r>
        <w:rPr>
          <w:b w:val="0"/>
          <w:i w:val="0"/>
        </w:rPr>
        <w:t>A reminder that the closing date of August 31st for inclusion in the book, Pedigree Labradors of the United Kingdom 2007 is fast approaching. For those who haven’t done so already, please send copy to myself, Erica Jayes or Rosemary Hewitt, (addresses as on the application forms, which have already been circulated).</w:t>
      </w:r>
    </w:p>
    <w:p>
      <w:r>
        <w:rPr>
          <w:b w:val="0"/>
          <w:i w:val="0"/>
        </w:rPr>
        <w:t>Alan and Marilyn Hobson (Beechbeck), would like to thank everyone who sent flowers, cards and get-well messages following Alan’s recent accident and hospitalisation. Alan owns a glider-plane and was landing at Selby, Yorkshire, when there was a problem with the glider’s landing gear. The glider eventually nose-dived to earth, a write off, with Alan inside. I understand Alan’s is recovering well from ongoing treatment. Alan, we send you our very best wishes for a speedy recovery.</w:t>
      </w:r>
    </w:p>
    <w:p>
      <w:r>
        <w:rPr>
          <w:b w:val="0"/>
          <w:i w:val="0"/>
        </w:rPr>
        <w:t>Congratulations to Dr Margaret Wood whose black dog, Irish Sh Ch Dolofon Kestrel of Coleg won the dog Green Star and CACIB under FCI rules at the Dun Laoghaire International show in Dublin recently.</w:t>
      </w:r>
    </w:p>
    <w:p>
      <w:r>
        <w:rPr>
          <w:b w:val="0"/>
          <w:i w:val="0"/>
        </w:rPr>
        <w:t>Bournemouth was lucky with the weather and whilst dry, we did not have to contend with the soaring temperatures of recent weeks. It was just a very pleasant day; some cloud, some sun; ideal for outside dog-showing, in lovely surroundings. Our judges were husband and wife team, June and Mason Minns. Mason judged the Dogs, June the Bitches and there was an entry of 203.</w:t>
      </w:r>
    </w:p>
    <w:p>
      <w:r>
        <w:rPr>
          <w:b w:val="0"/>
          <w:i w:val="0"/>
        </w:rPr>
        <w:t>Congratulations to Mervyn and Carole Reynolds, who won BOB and a third CC from Limit, with their yellow bitch, Carromer’s Too Hot to Handle JW, (Carromers Spitfire x Carromers Sea Breeze), thus making her up. Her other two CCs, won in 2005 came from Maurice Given (Blackpool) and Mason Minns (Leeds). She is the Carromer kennels third UK champion; all yellow bitches. The first champion was Sh Ch Carromer Sea Pearl and the second champion was Sh Ch Carromer Carmen Miranda. Of course, abroad, the late Multi Champion Carromer Charlie Chalk, the yellow dog bred by Carole and Mervyn and owned by Felicity and Kira Leith Ross at that time in France, flew the Carromer flag with great pride and success in Europe for several years. He won 86 CACIBs and was a multiple BOB and Best in Show winner. He also won a RCC here in the UK.</w:t>
      </w:r>
    </w:p>
    <w:p>
      <w:r>
        <w:rPr>
          <w:b w:val="0"/>
          <w:i w:val="0"/>
        </w:rPr>
        <w:t>Back to Bournemouth, where the Bitch RCC under June Minns was won by Penny Carpanini’s yellow, Carpenny Annika. (Ch Carpenny Anchorman x Carpenny Coral). In the Dog ring, under Mason Minns, the CC (his 29th) was won by Diana Downey Tulloch’s black, Sh Ch Tullochmohr Final Edition (Ch Carpenny Walpole x Briensco Emerald of Tullochmohr), with the Dog RCC going to the Allan family’s yellow Allenies McCallum JW (Sh Ch Rocheby Whisky Mac xAllenies Stolen Moment).</w:t>
      </w:r>
    </w:p>
    <w:p>
      <w:r>
        <w:rPr>
          <w:b w:val="0"/>
          <w:i w:val="0"/>
        </w:rPr>
        <w:t>As June and Mason had previously awarded a CC on another occasion, to each-other’s Bournemouth 2006 choice, Best of Breed was watched from the ringside with close interest, the nod eventually going to the bitch. Best Puppy was Mrs Milne’s yellow dog, Clayton Holt Cameron.</w:t>
      </w:r>
    </w:p>
    <w:p>
      <w:r>
        <w:rPr>
          <w:b w:val="0"/>
          <w:i w:val="0"/>
        </w:rPr>
        <w:t>The day continued in a very pleasant manner, when we shared good wine and delicious cake, in the celebration of Maureen Ree’s 60th Birthday. (I know I am allowed to say the number, as she was sporting a 60th birthday adornment, of a generous size, which would have graced any aspiring political-election contender, trying to persuade you to part with your vote!).</w:t>
      </w:r>
      <w:r>
        <w:br/>
      </w:r>
      <w:r>
        <w:rPr>
          <w:b w:val="0"/>
          <w:i w:val="0"/>
        </w:rPr>
        <w:br/>
        <w:t>Whilst we were returning on our journey home, having risen at 4am, others continued the relaxed day and, I gather, enjoyed a barbecue until the late hours, at the home of one of our Labrador exhibitors, near the Bournemouth showground.</w:t>
      </w:r>
    </w:p>
    <w:p>
      <w:r>
        <w:rPr>
          <w:b w:val="0"/>
          <w:i w:val="0"/>
        </w:rPr>
        <w:t>After our journey, we arrived home around 7pm, and, having fed and watered the dogs, I started on a meal for ourselves. Just as I was mid-omelette-cooking, the electric power went off and stayed off until 3am the next morning, at which point several local burglar alarms went off; the TV came back on; all the lights came back on and the dogs woke up, thinking we were off, yet again, on an early-morning start to a dog show.</w:t>
      </w:r>
    </w:p>
    <w:p>
      <w:r>
        <w:rPr>
          <w:b w:val="0"/>
          <w:i w:val="0"/>
        </w:rPr>
        <w:t>Wrong. It was lights out and back to bed!</w:t>
      </w:r>
      <w:r>
        <w:br/>
      </w:r>
      <w:r>
        <w:rPr>
          <w:b w:val="0"/>
          <w:i w:val="0"/>
        </w:rPr>
        <w:br/>
        <w:t>I must say that as we passed through the New Forest this year, the sight of some of the ponies was pretty horrifying. They were so terribly thin, like toast racks, at this time of the year when they should have been in fine fettle. At the show, I was talking to a local Vet, who explained that in the past the New Forest ponies stayed out all winter, and only the very fittest stallions covered the mares. However, now, many of the stallions are being taken indoors from autumn onwards and only brought out in the spring.</w:t>
      </w:r>
    </w:p>
    <w:p>
      <w:r>
        <w:rPr>
          <w:b w:val="0"/>
          <w:i w:val="0"/>
        </w:rPr>
        <w:t>No longer is it guaranteed that the toughest stallions, the survivors of the winter, are siring the offspring; often it is just the handsomest after a plush winte, stabled indoors. Humans are interfering and changing the type and ruggedness of the native New Forest ponies and consequently the toughness and life expectancy is being drastically reduced, which would explain why so many looked so pathetically poor, at the height of the summer, when they should have been looking roly-poly.</w:t>
      </w:r>
    </w:p>
    <w:p>
      <w:r>
        <w:rPr>
          <w:b w:val="0"/>
          <w:i w:val="0"/>
        </w:rPr>
        <w:t>Why do humans always have to interfere with nature?</w:t>
      </w:r>
      <w:r>
        <w:br/>
      </w:r>
      <w:r>
        <w:rPr>
          <w:b w:val="0"/>
          <w:i w:val="0"/>
        </w:rPr>
        <w:br/>
        <w:t>To end this week a silly joke!</w:t>
      </w:r>
      <w:r>
        <w:br/>
      </w:r>
      <w:r>
        <w:rPr>
          <w:b w:val="0"/>
          <w:i w:val="0"/>
        </w:rPr>
        <w:br/>
        <w:t>A man takes his Rottweiler to the vet. ...</w:t>
      </w:r>
      <w:r>
        <w:br/>
      </w:r>
      <w:r>
        <w:rPr>
          <w:b w:val="0"/>
          <w:i w:val="0"/>
        </w:rPr>
        <w:br/>
        <w:t>"My dog is cross-eyed, is there anything you can do for him?"</w:t>
      </w:r>
      <w:r>
        <w:br/>
      </w:r>
      <w:r>
        <w:rPr>
          <w:b w:val="0"/>
          <w:i w:val="0"/>
        </w:rPr>
        <w:br/>
        <w:t>"Well," said the vet, "let's have a look at him"</w:t>
      </w:r>
      <w:r>
        <w:br/>
      </w:r>
      <w:r>
        <w:rPr>
          <w:b w:val="0"/>
          <w:i w:val="0"/>
        </w:rPr>
        <w:br/>
        <w:t>So he picks the dog up and examines his eyes, then he checks his teeth.</w:t>
      </w:r>
      <w:r>
        <w:br/>
      </w:r>
      <w:r>
        <w:rPr>
          <w:b w:val="0"/>
          <w:i w:val="0"/>
        </w:rPr>
        <w:br/>
        <w:t>Finally, he says, "I'm going to have to put him down."</w:t>
      </w:r>
      <w:r>
        <w:br/>
      </w:r>
      <w:r>
        <w:rPr>
          <w:b w:val="0"/>
          <w:i w:val="0"/>
        </w:rPr>
        <w:br/>
        <w:t>"What? Because he's cross-eyed?"</w:t>
      </w:r>
      <w:r>
        <w:br/>
      </w:r>
      <w:r>
        <w:rPr>
          <w:b w:val="0"/>
          <w:i w:val="0"/>
        </w:rPr>
        <w:br/>
        <w:t>"No, because he's really heavy"!</w:t>
      </w:r>
      <w:r>
        <w:br/>
      </w:r>
      <w:r>
        <w:rPr>
          <w:b w:val="0"/>
          <w:i w:val="0"/>
        </w:rPr>
        <w:br/>
        <w:t>Told you it was silly!</w:t>
      </w:r>
    </w:p>
    <w:p>
      <w:r>
        <w:rPr>
          <w:b w:val="0"/>
          <w:i w:val="0"/>
        </w:rPr>
        <w:t>Ann Britton</w:t>
      </w:r>
      <w:r>
        <w:br/>
      </w:r>
      <w:r>
        <w:rPr>
          <w:b w:val="0"/>
          <w:i w:val="0"/>
        </w:rPr>
        <w:br/>
        <w:t>01989 720665</w:t>
      </w:r>
      <w:r>
        <w:br/>
      </w:r>
      <w:r>
        <w:rPr>
          <w:b w:val="0"/>
          <w:i w:val="0"/>
        </w:rPr>
        <w:br/>
        <w:t>bowstones @btinternet.com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