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- 04/09/2020 - ISSUE"</w:t>
      </w:r>
      <w:r>
        <w:br/>
      </w:r>
      <w:r>
        <w:rPr>
          <w:b w:val="0"/>
          <w:i w:val="0"/>
        </w:rPr>
        <w:br/>
        <w:t>date_original: "04/09/2020 - ISSUE"</w:t>
      </w:r>
      <w:r>
        <w:br/>
      </w:r>
      <w:r>
        <w:rPr>
          <w:b w:val="0"/>
          <w:i w:val="0"/>
        </w:rPr>
        <w:br/>
        <w:t>source_url: "https://www.ourdogs.co.uk/members/breednotes/RetrieverLabradorMain.php"</w:t>
      </w:r>
      <w:r>
        <w:br/>
      </w:r>
      <w:r>
        <w:rPr>
          <w:b w:val="0"/>
          <w:i w:val="0"/>
        </w:rPr>
        <w:br/>
        <w:t>scraped_at: "2026-09-13T15:16:44"</w:t>
      </w:r>
      <w:r>
        <w:br/>
      </w:r>
      <w:r>
        <w:rPr>
          <w:b w:val="0"/>
          <w:i w:val="0"/>
        </w:rPr>
        <w:br/>
        <w:t>word_count: 891</w:t>
      </w:r>
    </w:p>
    <w:p>
      <w:r>
        <w:t>――――――――――――――――――――――――――――――</w:t>
      </w:r>
    </w:p>
    <w:p>
      <w:r>
        <w:rPr>
          <w:b w:val="0"/>
          <w:i w:val="0"/>
        </w:rPr>
        <w:t>NEWS MEMBERS' AREA SHOP SUBSCRIBE UPCOMING SHOWS MORE</w:t>
      </w:r>
    </w:p>
    <w:p>
      <w:r>
        <w:rPr>
          <w:b w:val="0"/>
          <w:i w:val="0"/>
        </w:rPr>
        <w:t>RETRIEVER LABRADOR</w:t>
      </w:r>
    </w:p>
    <w:p>
      <w:r>
        <w:rPr>
          <w:b w:val="0"/>
          <w:i w:val="0"/>
        </w:rPr>
        <w:t>Issue: 04/09/2020</w:t>
      </w:r>
    </w:p>
    <w:p>
      <w:r>
        <w:rPr>
          <w:b w:val="0"/>
          <w:i w:val="0"/>
        </w:rPr>
        <w:t>A message from the Kennel Club, applying to those owners of dogs who have achieved their Show Gundog Working Certificate.</w:t>
      </w:r>
    </w:p>
    <w:p>
      <w:r>
        <w:rPr>
          <w:b w:val="0"/>
          <w:i w:val="0"/>
        </w:rPr>
        <w:t>Ã¢â‚¬Å"Show Gundog Working Certificate: Ã¢â‚¬ËœSGWCÃ¢â‚¬â„¢ can now be used on entry forms and in show catalogues.</w:t>
      </w:r>
    </w:p>
    <w:p>
      <w:r>
        <w:rPr>
          <w:b w:val="0"/>
          <w:i w:val="0"/>
        </w:rPr>
        <w:t>The Kennel Club has recently approved the following change to the J Regulations in relation to the Show Gundog Working Certificate.</w:t>
      </w:r>
    </w:p>
    <w:p>
      <w:r>
        <w:rPr>
          <w:b w:val="0"/>
          <w:i w:val="0"/>
        </w:rPr>
        <w:t>The below regulation has been amended as it has not previously been permissible to use the letters Ã¢â‚¬ËœSGWCÃ¢â‚¬â„¢ as part of a dogÃ¢â‚¬â„¢s name. However, it has been acknowledged that a dogÃ¢â‚¬â„¢s ability to perform its original purpose should be reflected, and agreed that owners should be encouraged to undertake this assessment with their dogs. This regulation came into effect as of 1 July 2020. Amendment to Regulation J(F)1</w:t>
      </w:r>
    </w:p>
    <w:p>
      <w:r>
        <w:rPr>
          <w:b w:val="0"/>
          <w:i w:val="0"/>
        </w:rPr>
        <w:t>To: The Show Gundog Working Certificate is not a qualification in itself, however, when awarded it enables the Ã¢â‚¬ËœShÃ¢â‚¬â„¢ to be removed from the title of Ã¢â‚¬ËœShow ChampionÃ¢â‚¬â„¢ and the letters SGWC may be used after the dogÃ¢â‚¬â„¢s name on entry forms and in show catalogues. In no circumstances can the letters SGWC be placed after a dogÃ¢â‚¬â„¢s name.</w:t>
      </w:r>
    </w:p>
    <w:p>
      <w:r>
        <w:rPr>
          <w:b w:val="0"/>
          <w:i w:val="0"/>
        </w:rPr>
        <w:t>(Insertion underlined. Deletion struck through)</w:t>
      </w:r>
    </w:p>
    <w:p>
      <w:r>
        <w:rPr>
          <w:b w:val="0"/>
          <w:i w:val="0"/>
        </w:rPr>
        <w:t>John &amp; Jenny McFaull are KC Assured Breeders of the Bogarie Labradors on the Isle of Arran, Scotland. They have been breeding for 16 years and showing for 7 years and are now having a busy, exciting time with a large litter of puppies. They write Ã¢â‚¬Å"We have Carpenny Verite (pet name Ceabhar which is Gaelic for Gentle Breeze). Her parents are Int Ch Champion Carpenny Slogan x Sh Ch Carpenny Vassar. Ceabhar was mated to our Mallorns Arainne Bogarie (imp Fin). She had a litter of 14 healthy pups, 7dogs and 7 bitches on the 23rd of July and they are all growing well and developing great personalities.</w:t>
      </w:r>
    </w:p>
    <w:p>
      <w:r>
        <w:rPr>
          <w:b w:val="0"/>
          <w:i w:val="0"/>
        </w:rPr>
        <w:t xml:space="preserve">All the pups have been KC registered and are all spoken for, but out of interest, John and Jenny who are keeping a black dog puppy, are wondering if 14 pups in a litter is rather unusual? </w:t>
      </w:r>
    </w:p>
    <w:p>
      <w:r>
        <w:rPr>
          <w:b w:val="0"/>
          <w:i w:val="0"/>
        </w:rPr>
        <w:t>Do let us know. Certainly I am aware of litters of 14 Labrador pups in the past that all lived long, happy lives. A pal of mine had two litters of 14 at the same time. 28 pups to rear and keep clean. Both bitches had been mated in the same week, not really expecting them to take as they had missed before. A few weeks later, it was a shock to find them both pregnant and later easily whelping and nursing 28 pups. Nature always has the final word! After the shock of all that work, it was about three years later before my pal decided to breed another litter!</w:t>
      </w:r>
    </w:p>
    <w:p>
      <w:r>
        <w:rPr>
          <w:b w:val="0"/>
          <w:i w:val="0"/>
        </w:rPr>
        <w:t>My largest litter was 11 and that was enough, nearly finished me off. They were born one gloomy wet November . By the time the pups were five weeks old, the whole area round here was deeply flooded and the village temporarily cut off. Normally the pups would have been transferred to the heated outside puppy kennel, but due to flooding, the horrendously cold wet weather dictated they remain in the house until they went to their new homes after eight weeks.</w:t>
      </w:r>
    </w:p>
    <w:p>
      <w:r>
        <w:rPr>
          <w:b w:val="0"/>
          <w:i w:val="0"/>
        </w:rPr>
        <w:t>I decided that the easiest thing to do once they were five weeks was have the male pups in the puppy pen in the dog room and the bitches in another puppy pen in a downstairs bedroom. It was hard work, keeping them clean and sweet smelling but I got there. They were such lovely pups and their doting mother, such a good proud mum enjoyed visiting her brood in the two locations.</w:t>
      </w:r>
    </w:p>
    <w:p>
      <w:r>
        <w:rPr>
          <w:b w:val="0"/>
          <w:i w:val="0"/>
        </w:rPr>
        <w:t>Afterwards, once the pups had left for their new homes, the rooms were of necessity thoroughly stripped and completely redecorated. Glad to say all the pups thrived, so being born at a time of floods and tempest did them no harm. Just aged me about 50 years!</w:t>
      </w:r>
    </w:p>
    <w:p>
      <w:r>
        <w:rPr>
          <w:b w:val="0"/>
          <w:i w:val="0"/>
        </w:rPr>
        <w:t xml:space="preserve">A non doggy, but useful tip. I wanted to take my temperature but try as I might, the old mercury thermometer which hasnÃ¢â‚¬â„¢t been used for years, refused to shake down and was thoroughly stuck on 98.4f. </w:t>
      </w:r>
    </w:p>
    <w:p>
      <w:r>
        <w:rPr>
          <w:b w:val="0"/>
          <w:i w:val="0"/>
        </w:rPr>
        <w:t>As ever, Google had the answer. Put the thermometer in a sock with the bulb pointing down towards the toe. Wind the open end of the sock closely and twist it shut, then holding it tightly, twirl the sock around and around, very fast like a propeller. Hey presto! I opened the sock and the thermometer reading was unstuck. It had dropped down and an accurate temperature could at last be taken.</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