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- 22/07/2022 - ISSUE"</w:t>
      </w:r>
      <w:r>
        <w:br/>
      </w:r>
      <w:r>
        <w:rPr>
          <w:b w:val="0"/>
          <w:i w:val="0"/>
        </w:rPr>
        <w:br/>
        <w:t>date_original: "22/07/2022 - ISSUE"</w:t>
      </w:r>
      <w:r>
        <w:br/>
      </w:r>
      <w:r>
        <w:rPr>
          <w:b w:val="0"/>
          <w:i w:val="0"/>
        </w:rPr>
        <w:br/>
        <w:t>source_url: "https://www.ourdogs.co.uk/members/breednotes/RetrieverLabradorMain.php"</w:t>
      </w:r>
      <w:r>
        <w:br/>
      </w:r>
      <w:r>
        <w:rPr>
          <w:b w:val="0"/>
          <w:i w:val="0"/>
        </w:rPr>
        <w:br/>
        <w:t>scraped_at: "2026-09-13T15:11:51"</w:t>
      </w:r>
      <w:r>
        <w:br/>
      </w:r>
      <w:r>
        <w:rPr>
          <w:b w:val="0"/>
          <w:i w:val="0"/>
        </w:rPr>
        <w:br/>
        <w:t>word_count: 1296</w:t>
      </w:r>
    </w:p>
    <w:p>
      <w:r>
        <w:t>――――――――――――――――――――――――――――――</w:t>
      </w:r>
    </w:p>
    <w:p>
      <w:r>
        <w:rPr>
          <w:b w:val="0"/>
          <w:i w:val="0"/>
        </w:rPr>
        <w:t>NEWS MEMBERS' AREA SHOP SUBSCRIBE UPCOMING SHOWS MORE</w:t>
      </w:r>
    </w:p>
    <w:p>
      <w:r>
        <w:rPr>
          <w:b w:val="0"/>
          <w:i w:val="0"/>
        </w:rPr>
        <w:t>RETRIEVER LABRADOR</w:t>
      </w:r>
    </w:p>
    <w:p>
      <w:r>
        <w:rPr>
          <w:b w:val="0"/>
          <w:i w:val="0"/>
        </w:rPr>
        <w:t>Issue: 22/07/2022</w:t>
      </w:r>
    </w:p>
    <w:p>
      <w:r>
        <w:rPr>
          <w:b w:val="0"/>
          <w:i w:val="0"/>
        </w:rPr>
        <w:t>Apologies for lack of Labrador notes last week. Our Dogs acknowledged they had received them but they somehow got lost on the way to  the printers.</w:t>
      </w:r>
    </w:p>
    <w:p>
      <w:r>
        <w:rPr>
          <w:b w:val="0"/>
          <w:i w:val="0"/>
        </w:rPr>
        <w:t>A very busy, very hot time for dogs and determined exhibitors not put off dog-showing by the extraordinary heatwave. Before temperatures took off the scale, but the warming had commenced, Cotswold and Wyevern Lab Club held their Ch show midweek, undercover with plenty of welcome ventilation through the hall, at Malvern. The judges were  Robin Pollock (dogs) and Penny Williams (Bitches) with a entry of 195 dogs and bitches making 224 entries</w:t>
      </w:r>
    </w:p>
    <w:p>
      <w:r>
        <w:rPr>
          <w:b w:val="0"/>
          <w:i w:val="0"/>
        </w:rPr>
        <w:t>The winners were:- DCC and BIS MeredithÃ¢â‚¬â„¢s black, Tweedledum Off the Record</w:t>
      </w:r>
    </w:p>
    <w:p>
      <w:r>
        <w:rPr>
          <w:b w:val="0"/>
          <w:i w:val="0"/>
        </w:rPr>
        <w:t>RCC Maxine WoodleyÃ¢â‚¬â„¢s black Alkhamhurst moment of Truth</w:t>
      </w:r>
    </w:p>
    <w:p>
      <w:r>
        <w:rPr>
          <w:b w:val="0"/>
          <w:i w:val="0"/>
        </w:rPr>
        <w:t>BPD Linda Harvey-Major yellow Floki the Jester in Linjor</w:t>
      </w:r>
    </w:p>
    <w:p>
      <w:r>
        <w:rPr>
          <w:b w:val="0"/>
          <w:i w:val="0"/>
        </w:rPr>
        <w:t>BVD Mac Percivals black Ch Wynfaul the Wizard JW</w:t>
      </w:r>
    </w:p>
    <w:p>
      <w:r>
        <w:rPr>
          <w:b w:val="0"/>
          <w:i w:val="0"/>
        </w:rPr>
        <w:t>BCC and Res BIS Penny Carpanini black Carpenny Berry</w:t>
      </w:r>
    </w:p>
    <w:p>
      <w:r>
        <w:rPr>
          <w:b w:val="0"/>
          <w:i w:val="0"/>
        </w:rPr>
        <w:t>RCC Michael and Judi NeachellÃ¢â‚¬â„¢s yellow Suttonpark Consuela</w:t>
      </w:r>
    </w:p>
    <w:p>
      <w:r>
        <w:rPr>
          <w:b w:val="0"/>
          <w:i w:val="0"/>
        </w:rPr>
        <w:t>BPB Judith CharltonÃ¢â‚¬â„¢s yellow Foxrush Joyfull</w:t>
      </w:r>
    </w:p>
    <w:p>
      <w:r>
        <w:rPr>
          <w:b w:val="0"/>
          <w:i w:val="0"/>
        </w:rPr>
        <w:t>BVB ParkÃ¢â‚¬â„¢s Sh Ch Ramsayville Rhubarb Rock at Kinchyle</w:t>
      </w:r>
    </w:p>
    <w:p>
      <w:r>
        <w:rPr>
          <w:b w:val="0"/>
          <w:i w:val="0"/>
        </w:rPr>
        <w:t>Whilst the Ch show was in progress, David Todd judged the Cotswold and Wyevern Lab Club Open Show with an entry of 120 dogs and bitches making 139 entries. Best in Show was The DouglasÃ¢â‚¬â„¢s yellow dog Ch/Ir.  Sh Ch Talard Cee Three Pee Ohh whilst Reserve Best in Show was Val Artingstalls Hightrevoran Forget Me Not .</w:t>
      </w:r>
    </w:p>
    <w:p>
      <w:r>
        <w:rPr>
          <w:b w:val="0"/>
          <w:i w:val="0"/>
        </w:rPr>
        <w:t>Best Puppy was Judith CharltonÃ¢â‚¬â„¢s yellow Foxrush Joyfull</w:t>
      </w:r>
    </w:p>
    <w:p>
      <w:r>
        <w:rPr>
          <w:b w:val="0"/>
          <w:i w:val="0"/>
        </w:rPr>
        <w:t xml:space="preserve">A few days later, as temperatures soared uncomfortably towards 40 degrees, the Lab Club ran their two day, dual championship, open show and much enjoyed overnight camping event outdoors at Tamworth. Luckily as well as gazebos, there was indoor shade arranged for dog crates. Secretary, Karl Gawthorpe had,  as ever, put his heart and soul into organising this weekend. </w:t>
      </w:r>
    </w:p>
    <w:p>
      <w:r>
        <w:rPr>
          <w:b w:val="0"/>
          <w:i w:val="0"/>
        </w:rPr>
        <w:t>I recall judging there last year in similar temperatures. By the end of the judging the heels and soles of both my newish shoes had melted, come off completely and were lost somewhere in the grass ring. I was walking on the cloth insoles! Later I did get my money back from Hotter!</w:t>
      </w:r>
    </w:p>
    <w:p>
      <w:r>
        <w:rPr>
          <w:b w:val="0"/>
          <w:i w:val="0"/>
        </w:rPr>
        <w:t>The judges on the first day were Jackie Hodge and Fiona Braddon with an entry of 77 dogs and 133 bitches making 210 dogs and bitches.</w:t>
      </w:r>
    </w:p>
    <w:p>
      <w:r>
        <w:rPr>
          <w:b w:val="0"/>
          <w:i w:val="0"/>
        </w:rPr>
        <w:t>Two new champions were made up on the day:-</w:t>
      </w:r>
    </w:p>
    <w:p>
      <w:r>
        <w:rPr>
          <w:b w:val="0"/>
          <w:i w:val="0"/>
        </w:rPr>
        <w:t xml:space="preserve">Dog CC and RBIS - the Browns black Ramsayville Revolver was one of the pair made up on the day. He recently won his 2nd CC &amp; BIS under judges Pam Blay (dogs) &amp; Anthony Allen (bitches) at NW LRC Championship Show &amp; the RDCC &amp; ResBIS under judges Jenny King (dogs) &amp; Tracey James (Blackmine) at NW LRC Championship Show. </w:t>
      </w:r>
    </w:p>
    <w:p>
      <w:r>
        <w:rPr>
          <w:b w:val="0"/>
          <w:i w:val="0"/>
        </w:rPr>
        <w:t>Dog RCC went to Maxine WoolleyÃ¢â‚¬â„¢s Alkamhurst Moment of Time</w:t>
      </w:r>
    </w:p>
    <w:p>
      <w:r>
        <w:rPr>
          <w:b w:val="0"/>
          <w:i w:val="0"/>
        </w:rPr>
        <w:t>Bitch CC and BIS was another made up on the day; Marion and David Hopkinson yellow  Rocheby String  of Pearls.</w:t>
      </w:r>
    </w:p>
    <w:p>
      <w:r>
        <w:rPr>
          <w:b w:val="0"/>
          <w:i w:val="0"/>
        </w:rPr>
        <w:t>Bitch RCC went to the Ellis familyÃ¢â‚¬â„¢s  Dolwen Annastasia</w:t>
      </w:r>
    </w:p>
    <w:p>
      <w:r>
        <w:rPr>
          <w:b w:val="0"/>
          <w:i w:val="0"/>
        </w:rPr>
        <w:t xml:space="preserve">Best Puppy was Linda Majors Floki the Jester in Linjor finishing off a splendid puppy career. </w:t>
      </w:r>
    </w:p>
    <w:p>
      <w:r>
        <w:rPr>
          <w:b w:val="0"/>
          <w:i w:val="0"/>
        </w:rPr>
        <w:t>Best Veteran was Alison Scutchers yellow, Winsleywood Wild Honey JW Sh Cm</w:t>
      </w:r>
    </w:p>
    <w:p>
      <w:r>
        <w:rPr>
          <w:b w:val="0"/>
          <w:i w:val="0"/>
        </w:rPr>
        <w:t>The Open show winners on the first day from an entry of 79 dogs and bitches under Judge Kira Leith Ross were :-</w:t>
      </w:r>
    </w:p>
    <w:p>
      <w:r>
        <w:rPr>
          <w:b w:val="0"/>
          <w:i w:val="0"/>
        </w:rPr>
        <w:t>Best in Show -Crammondkirk Oh My.</w:t>
      </w:r>
    </w:p>
    <w:p>
      <w:r>
        <w:rPr>
          <w:b w:val="0"/>
          <w:i w:val="0"/>
        </w:rPr>
        <w:t>Res BIS - It Ch Rodstar Rock Ginger.</w:t>
      </w:r>
    </w:p>
    <w:p>
      <w:r>
        <w:rPr>
          <w:b w:val="0"/>
          <w:i w:val="0"/>
        </w:rPr>
        <w:t>Best Opposire Sex -Optimist Vision</w:t>
      </w:r>
    </w:p>
    <w:p>
      <w:r>
        <w:rPr>
          <w:b w:val="0"/>
          <w:i w:val="0"/>
        </w:rPr>
        <w:t>Best Puppy - Saorsa You Could Be Mine.</w:t>
      </w:r>
    </w:p>
    <w:p>
      <w:r>
        <w:rPr>
          <w:b w:val="0"/>
          <w:i w:val="0"/>
        </w:rPr>
        <w:t>Best Veteran -Winsleywood Wild Honey JW Sh Cm</w:t>
      </w:r>
    </w:p>
    <w:p>
      <w:r>
        <w:rPr>
          <w:b w:val="0"/>
          <w:i w:val="0"/>
        </w:rPr>
        <w:t xml:space="preserve">The second LRC Ch show on the following day, Sunday, saw an entry of 61 Dogs and 96 bitches totalling 167, under Judges - Dogs Mr Anthony Allen and Bitches Mr Maurice Givan </w:t>
      </w:r>
    </w:p>
    <w:p>
      <w:r>
        <w:rPr>
          <w:b w:val="0"/>
          <w:i w:val="0"/>
        </w:rPr>
        <w:t>The winners were:-</w:t>
      </w:r>
    </w:p>
    <w:p>
      <w:r>
        <w:rPr>
          <w:b w:val="0"/>
          <w:i w:val="0"/>
        </w:rPr>
        <w:t>Bitch CC and BIS Abbeystead Psion of Haslorhill</w:t>
      </w:r>
    </w:p>
    <w:p>
      <w:r>
        <w:rPr>
          <w:b w:val="0"/>
          <w:i w:val="0"/>
        </w:rPr>
        <w:t>Dog CC It Ch Loch Mor Broderick</w:t>
      </w:r>
    </w:p>
    <w:p>
      <w:r>
        <w:rPr>
          <w:b w:val="0"/>
          <w:i w:val="0"/>
        </w:rPr>
        <w:t>Best Puppy in Show Berlan First in Line at Sandylands</w:t>
      </w:r>
    </w:p>
    <w:p>
      <w:r>
        <w:rPr>
          <w:b w:val="0"/>
          <w:i w:val="0"/>
        </w:rPr>
        <w:t>Best Veteran- Lougin Secret Spy ar Sundyke</w:t>
      </w:r>
    </w:p>
    <w:p>
      <w:r>
        <w:rPr>
          <w:b w:val="0"/>
          <w:i w:val="0"/>
        </w:rPr>
        <w:t>The following information on hereditary clear status has been issued by the kennel club</w:t>
      </w:r>
    </w:p>
    <w:p>
      <w:r>
        <w:rPr>
          <w:b w:val="0"/>
          <w:i w:val="0"/>
        </w:rPr>
        <w:t>HEREDITARYCLEAR STATUS</w:t>
      </w:r>
    </w:p>
    <w:p>
      <w:r>
        <w:rPr>
          <w:b w:val="0"/>
          <w:i w:val="0"/>
        </w:rPr>
        <w:t>The Kennel Club has announced that it is unfortunately necessary to pause the changes to its policy on Ã¢â‚¬Ëœhereditary clearÃ¢â‚¬â„¢ status, which were due to become effective from the start of next year.</w:t>
      </w:r>
    </w:p>
    <w:p>
      <w:r>
        <w:rPr>
          <w:b w:val="0"/>
          <w:i w:val="0"/>
        </w:rPr>
        <w:t xml:space="preserve">The Kennel Club previously announced that, from January 2023, the assignment of Ã¢â‚¬Ëœhereditary clearÃ¢â‚¬â„¢ status of registered dogs would be limited to two generations, unless lineage is verified by DNA parentage profiling. Unfortunately, technical challenges have meant that we have needed to pause this complex project, which requires extensive testing before it can be implemented, and allow further development work to be carried out.  </w:t>
      </w:r>
    </w:p>
    <w:p>
      <w:r>
        <w:rPr>
          <w:b w:val="0"/>
          <w:i w:val="0"/>
        </w:rPr>
        <w:t xml:space="preserve">Therefore, The Kennel ClubÃ¢â‚¬â„¢s current policy for assigning Ã¢â‚¬Ëœhereditary clearÃ¢â‚¬â„¢ status to progeny Ã¢â‚¬â€œ if their parents are known to be clear for the same autosomal recessive condition, either because they have both been DNA tested as clear, or because they are hereditary clear themselves Ã¢â‚¬â€œ will remain for the foreseeable future. </w:t>
      </w:r>
    </w:p>
    <w:p>
      <w:r>
        <w:rPr>
          <w:b w:val="0"/>
          <w:i w:val="0"/>
        </w:rPr>
        <w:t>Ã¢â‚¬ËœHereditary clearÃ¢â‚¬â„¢ status is given to dogs that are determined to be free of specific genetic material linked to a particular inherited disease.</w:t>
      </w:r>
    </w:p>
    <w:p>
      <w:r>
        <w:rPr>
          <w:b w:val="0"/>
          <w:i w:val="0"/>
        </w:rPr>
        <w:t xml:space="preserve">Following on from a Kennel Club study, published in the journal of Canine Genetics and Epidemiology, a decision to restrict hereditary status was made by The Kennel Club Board on the recommendation of the Dog Health Group. This change was put forward to safeguard against the impact that dogs with an incorrect Ã¢â‚¬Ëœhereditary clearÃ¢â‚¬â„¢ status could have on health issues within a breed. Dogs could be mistakenly given a false Ã¢â‚¬Ëœhereditary clearÃ¢â‚¬â„¢ status for several reasons e.g., if there has been a failure of laboratory protocols, pedigree errors or incorrectly recorded parentage. </w:t>
      </w:r>
    </w:p>
    <w:p>
      <w:r>
        <w:rPr>
          <w:b w:val="0"/>
          <w:i w:val="0"/>
        </w:rPr>
        <w:t>In these instances, it is unlikely that the inaccuracies would be noticed immediately but instead several generations later, and the well-intended mating of two apparently hereditary clear dogs risks producing affected puppies. To mitigate the risks faced by a population following the incorrect assignment of hereditary status, The Kennel Club previously announced that, from January 2023, the assignment of Ã¢â‚¬Ëœhereditary clearÃ¢â‚¬â„¢ status of registered dogs would be limited to two generations, unless lineage is verified by DNA parentage profiling.</w:t>
      </w:r>
    </w:p>
    <w:p>
      <w:r>
        <w:rPr>
          <w:b w:val="0"/>
          <w:i w:val="0"/>
        </w:rPr>
        <w:t>The Kennel Club continues to strongly recommend that all breeding dogs, including apparently Ã¢â‚¬ËœclearÃ¢â‚¬â„¢ lines, are retested every two generations to reduce the impact of errors and ensure the Ã¢â‚¬Ëœhereditary clearÃ¢â‚¬â„¢ status is as effective and reliable as possible, thereby reducing the risk of unintentionally breeding affected puppies.</w:t>
      </w:r>
    </w:p>
    <w:p>
      <w:r>
        <w:rPr>
          <w:b w:val="0"/>
          <w:i w:val="0"/>
        </w:rPr>
        <w:t xml:space="preserve">Bill Lambert, The Kennel ClubÃ¢â‚¬â„¢s Health, Welfare and Breeder Services Executive said: Ã¢â‚¬Å"DNA tests help breeders to eradicate health issues in dogs and we want our registration system to maximise the impact these tests are having. Therefore, we still plan to implement the limitation of Ã¢â‚¬Ëœhereditary clearÃ¢â‚¬â„¢ status and will release further communications regarding this in due course. In the meantime, we encourage all breeders to DNA test their dogs to ensure that they can remain confident that the puppies produced are free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