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- 03/02/2017 - ISSUE"</w:t>
      </w:r>
      <w:r>
        <w:br/>
      </w:r>
      <w:r>
        <w:rPr>
          <w:b w:val="0"/>
          <w:i w:val="0"/>
        </w:rPr>
        <w:br/>
        <w:t>date_original: "03/02/2017 - ISSUE"</w:t>
      </w:r>
      <w:r>
        <w:br/>
      </w:r>
      <w:r>
        <w:rPr>
          <w:b w:val="0"/>
          <w:i w:val="0"/>
        </w:rPr>
        <w:br/>
        <w:t>source_url: "https://www.ourdogs.co.uk/members/breednotes/RetrieverLabradorMain.php"</w:t>
      </w:r>
      <w:r>
        <w:br/>
      </w:r>
      <w:r>
        <w:rPr>
          <w:b w:val="0"/>
          <w:i w:val="0"/>
        </w:rPr>
        <w:br/>
        <w:t>scraped_at: "2026-09-13T15:26:54"</w:t>
      </w:r>
      <w:r>
        <w:br/>
      </w:r>
      <w:r>
        <w:rPr>
          <w:b w:val="0"/>
          <w:i w:val="0"/>
        </w:rPr>
        <w:br/>
        <w:t>word_count: 552</w:t>
      </w:r>
    </w:p>
    <w:p>
      <w:r>
        <w:t>――――――――――――――――――――――――――――――</w:t>
      </w:r>
    </w:p>
    <w:p>
      <w:r>
        <w:rPr>
          <w:b w:val="0"/>
          <w:i w:val="0"/>
        </w:rPr>
        <w:t>NEWS MEMBERS' AREA SHOP SUBSCRIBE UPCOMING SHOWS MORE</w:t>
      </w:r>
    </w:p>
    <w:p>
      <w:r>
        <w:rPr>
          <w:b w:val="0"/>
          <w:i w:val="0"/>
        </w:rPr>
        <w:t>RETRIEVER LABRADOR</w:t>
      </w:r>
    </w:p>
    <w:p>
      <w:r>
        <w:rPr>
          <w:b w:val="0"/>
          <w:i w:val="0"/>
        </w:rPr>
        <w:t>Issue: 03/02/2017</w:t>
      </w:r>
    </w:p>
    <w:p>
      <w:r>
        <w:rPr>
          <w:b w:val="0"/>
          <w:i w:val="0"/>
        </w:rPr>
        <w:t>The Golden Retriever Club Of Northumbria Open Show Was Held At The Bowburn Community Association, Bowburn, Co Durham Sunday 8th January 2017, With Judge: Mrs Pauline Leonard (Wynrita), She Judged 26 Dogs &amp; 29 Bitches On The Day.</w:t>
      </w:r>
    </w:p>
    <w:p>
      <w:r>
        <w:rPr>
          <w:b w:val="0"/>
          <w:i w:val="0"/>
        </w:rPr>
        <w:t xml:space="preserve">Best Dog &amp; Best In Show Mrs C Haxton Dantassie Does It Again Jw (Sh Ch Thornywait McShay At Ritzilyn JW x Sh Ch Dantassie Dancing Diva JW), Best Bitch &amp; Reserve Best In Show Mrs DS Crookes &amp; Mrs RJ Jenkinson Stanroph Still The Same (IMP Esp) Jw (Int Ch Fly To Ghost Myst Du Bois De La Rayere x Int Ch Stanroph So Let Me See), Reserve Best Dog Mr P &amp; Mrs JD Broadhead Monchique Pure Imagination Jw (Sh Ch/Lux Ch Zampanzar Say It Again Shardanell (Imp Esp) JW x Monchique Dream Awhile JW), Reserve Best Bitch Mr Derek &amp; Mrs Jean Taylor Stormford Honeysuckle Shcm (Alibren Shear Genius Among Shaphiron ShCM x Stormford Bumblebee), Best Dog Puppy &amp; Best Puppy In Show Mrs J Wild Fantango Ticket Master From Bluewaters (AI) (IMP Aus)(Sh Ch Erinderry Just The Ticket From Bluewaters JW x Aus Ch Fantango Playing The Field),Best Puppy Bitch Ms Lesley List Haydengold Say It With Love (Sh Ch/Lux Ch Zampanzar Say It Again Shardanell (Imp Esp) JW x Aus Ch Haydengold Generous Love (AI) (Imp Aus)), Best Veteran In Show Mr P &amp; Mrs JD Broadhead Monchique Golden Dreams Jw (Xanthos Wesson x Monchique Scealeile JW). </w:t>
      </w:r>
    </w:p>
    <w:p>
      <w:r>
        <w:rPr>
          <w:b w:val="0"/>
          <w:i w:val="0"/>
        </w:rPr>
        <w:t xml:space="preserve">At Eastern Counties GRC Show Gundog Working Certificate Day, on Monday January 16th January 2017, held at Box Tree Farm, Wattisham, Suffolk by Kind permission of Mr. Peter Rushbrook and The Vauxhall Syndicate, Judges Mr. J. Gale, and Mr. P. Allen.  There were 5 Goldens gaining their award, 2 of which were Show Champions so are now Full Champions (Subject to KC Confirmation) CH. Gracewood Lakesha JW (SH.CH. Zampanzar Say It Again Shardanell JW (IMP ESP) x SH.CH. Gracewood Jingles) and Ch. Thorneywait Fame N' Fortune for Catnnels (SH. CH. Zampanzar Say It Again Shardanell JW X Thorneywait Pixie Crunch JW) well done both, and 3 gaining their SGWC Pam Wooden with Salako Chantilly Lace (SH.CH. Shardanell Talk O'The Town at Ipcress x Wheatcroft White Crystal at Salako), Heather Morss with Xanthos Bullet Proof JW (Feli Fey Flying Dutchman x Xanthos Givenchy) and my own (A Cooper) Medodaine Angustah at Dikeadaze JW (CH. Tesoro De Ria Vela for Thornywait (IMP ESP) x Tonara Clodahs Dream at Medodaine). </w:t>
      </w:r>
    </w:p>
    <w:p>
      <w:r>
        <w:rPr>
          <w:b w:val="0"/>
          <w:i w:val="0"/>
        </w:rPr>
        <w:t>Great achievement well done all.</w:t>
      </w:r>
    </w:p>
    <w:p>
      <w:r>
        <w:rPr>
          <w:b w:val="0"/>
          <w:i w:val="0"/>
        </w:rPr>
        <w:t>At Nuneaton &amp; DCS, Open Show Held At The Sports Connexion, Ryton On Dunsmore, On Sunday 15th January 2017, With Breed And Group Judge Jonathan Daltrey (Bananadance), Best In Show Judge: Mrs Helen Bakewell (Norwelston/Lynjel), Reserve Best Of Breed, Best Puppy In Breed, Gundog Puppy Group 1, &amp; Then Reserve Best Puppy In Show Miss P &amp; Mrs S Hill Tamniarn Forget Me Not Sandaula (Sh Ch/Int Ch/Multi Ch Linirgor Pied Piper At Meiepere x Ch Tamniarn Sybil).</w:t>
      </w:r>
    </w:p>
    <w:p>
      <w:r>
        <w:rPr>
          <w:b w:val="0"/>
          <w:i w:val="0"/>
        </w:rPr>
        <w:t>Any News or Views</w:t>
      </w:r>
    </w:p>
    <w:p>
      <w:r>
        <w:rPr>
          <w:b w:val="0"/>
          <w:i w:val="0"/>
        </w:rPr>
        <w:t xml:space="preserve">Angie Cooper </w:t>
      </w:r>
    </w:p>
    <w:p>
      <w:r>
        <w:rPr>
          <w:b w:val="0"/>
          <w:i w:val="0"/>
        </w:rPr>
        <w:t xml:space="preserve">01299861267 </w:t>
      </w:r>
    </w:p>
    <w:p>
      <w:r>
        <w:rPr>
          <w:b w:val="0"/>
          <w:i w:val="0"/>
        </w:rPr>
        <w:t>angdaze40@gmail.com</w:t>
      </w:r>
    </w:p>
    <w:p>
      <w:r>
        <w:rPr>
          <w:b w:val="0"/>
          <w:i w:val="0"/>
        </w:rPr>
        <w:t xml:space="preserve">Dawn Rose </w:t>
      </w:r>
    </w:p>
    <w:p>
      <w:r>
        <w:rPr>
          <w:b w:val="0"/>
          <w:i w:val="0"/>
        </w:rPr>
        <w:t xml:space="preserve">07773947471  </w:t>
      </w:r>
    </w:p>
    <w:p>
      <w:r>
        <w:rPr>
          <w:b w:val="0"/>
          <w:i w:val="0"/>
        </w:rPr>
        <w:t>gaytonwood@hotmail.co.uk</w:t>
      </w:r>
    </w:p>
    <w:p>
      <w:r>
        <w:rPr>
          <w:b w:val="0"/>
          <w:i w:val="0"/>
        </w:rPr>
        <w:t>Please note the following show report correction: Boston show, Golden Ret. Walker &amp; Dawe's Kensalroag Waggle O't'Kilt should have read 21 months, and not as printed in the report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