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- 28/02/2020 - ISSUE"</w:t>
      </w:r>
      <w:r>
        <w:br/>
      </w:r>
      <w:r>
        <w:rPr>
          <w:b w:val="0"/>
          <w:i w:val="0"/>
        </w:rPr>
        <w:br/>
        <w:t>date_original: "28/02/2020 - ISSUE"</w:t>
      </w:r>
      <w:r>
        <w:br/>
      </w:r>
      <w:r>
        <w:rPr>
          <w:b w:val="0"/>
          <w:i w:val="0"/>
        </w:rPr>
        <w:br/>
        <w:t>source_url: "https://www.ourdogs.co.uk/members/breednotes/RetrieverLabradorMain.php"</w:t>
      </w:r>
      <w:r>
        <w:br/>
      </w:r>
      <w:r>
        <w:rPr>
          <w:b w:val="0"/>
          <w:i w:val="0"/>
        </w:rPr>
        <w:br/>
        <w:t>scraped_at: "2026-09-13T15:18:07"</w:t>
      </w:r>
      <w:r>
        <w:br/>
      </w:r>
      <w:r>
        <w:rPr>
          <w:b w:val="0"/>
          <w:i w:val="0"/>
        </w:rPr>
        <w:br/>
        <w:t>word_count: 561</w:t>
      </w:r>
    </w:p>
    <w:p>
      <w:r>
        <w:t>――――――――――――――――――――――――――――――</w:t>
      </w:r>
    </w:p>
    <w:p>
      <w:r>
        <w:rPr>
          <w:b w:val="0"/>
          <w:i w:val="0"/>
        </w:rPr>
        <w:t>NEWS MEMBERS' AREA SHOP SUBSCRIBE UPCOMING SHOWS MORE</w:t>
      </w:r>
    </w:p>
    <w:p>
      <w:r>
        <w:rPr>
          <w:b w:val="0"/>
          <w:i w:val="0"/>
        </w:rPr>
        <w:t>RETRIEVER LABRADOR</w:t>
      </w:r>
    </w:p>
    <w:p>
      <w:r>
        <w:rPr>
          <w:b w:val="0"/>
          <w:i w:val="0"/>
        </w:rPr>
        <w:t>Issue: 28/02/2020</w:t>
      </w:r>
    </w:p>
    <w:p>
      <w:r>
        <w:rPr>
          <w:b w:val="0"/>
          <w:i w:val="0"/>
        </w:rPr>
        <w:t xml:space="preserve">Retired Veterinary surgeons Paul and Elaine Davey (Southridge Labradors) read the piece I wrote last week about the dangers of feeding mouldy bread or cheese, in fact anything with a tiny bit of mould on it, to our dogs. </w:t>
      </w:r>
    </w:p>
    <w:p>
      <w:r>
        <w:rPr>
          <w:b w:val="0"/>
          <w:i w:val="0"/>
        </w:rPr>
        <w:t>Paul writes Ã¢â‚¬Å"I saw your comments about mouldy bread in the latest Our Dogs. When we were in practice we would come across dogs with digestive problems caused by moulds or fungi. These were sometimes caused by dry food at the bottom of storage bins. The bin was not cleaned out each time it was refilled. Therefore the biscuit at the bottom lay there for long periods as fresh biscuit was tipped on top. This would result in it becoming stale and mouldy. This food was eventually fed to the dogs resulting in sickness and diarrhoea. This is an easy mistake to make and easily remedied. Fortunately it is not often fatalÃ¢â‚¬Â. However long one has been in dogs, we are never too old to learn.</w:t>
      </w:r>
    </w:p>
    <w:p>
      <w:r>
        <w:rPr>
          <w:b w:val="0"/>
          <w:i w:val="0"/>
        </w:rPr>
        <w:t>Pim Candel from Helviort, Holland judged a good Labrador entry at Sutton Coldfield and DCS Open show which was supported by Midland Counties Lab Club. Best of  Breed was the Hodges Naiken East Meets West JW. Best Puppy and Best Puppy in Show was  Christine BailissÃ¢â‚¬â„¢s Tissalian Hi Chaperal.</w:t>
      </w:r>
    </w:p>
    <w:p>
      <w:r>
        <w:rPr>
          <w:b w:val="0"/>
          <w:i w:val="0"/>
        </w:rPr>
        <w:t>Meanwhile at Gundog Breeds of Scotland Top Dog Event there was a great result for Etta, Linda Mcgillivrays yellow Bitch Antonine Sweet Dreams who was 3rd TOP GUNDOG PUPPY.</w:t>
      </w:r>
    </w:p>
    <w:p>
      <w:r>
        <w:rPr>
          <w:b w:val="0"/>
          <w:i w:val="0"/>
        </w:rPr>
        <w:t>With Crufts around the corner and the vast numbers of exhibitors and visitors attending the event from home and abroad, I thought it worth while including the NHS Health advice whilst the Coronavirus is starting to appear in the U.K.</w:t>
      </w:r>
    </w:p>
    <w:p>
      <w:r>
        <w:rPr>
          <w:b w:val="0"/>
          <w:i w:val="0"/>
        </w:rPr>
        <w:t>The advice is issued under HM Government Coronavirus: Public Information. NHS.uk/ coronavirus</w:t>
      </w:r>
    </w:p>
    <w:p>
      <w:r>
        <w:rPr>
          <w:b w:val="0"/>
          <w:i w:val="0"/>
        </w:rPr>
        <w:t>How to avoid catching or spreading germs. ThereÃ¢â‚¬â„¢s currently no vaccine for coronavirus. But there are things you can do to help stop germs like coronavirus spreading.</w:t>
      </w:r>
    </w:p>
    <w:p>
      <w:r>
        <w:rPr>
          <w:b w:val="0"/>
          <w:i w:val="0"/>
        </w:rPr>
        <w:t>DO</w:t>
      </w:r>
    </w:p>
    <w:p>
      <w:r>
        <w:rPr>
          <w:b w:val="0"/>
          <w:i w:val="0"/>
        </w:rPr>
        <w:t>Cover your mouth and nose with a tissue or your sleeve (not your hands) when you cough or sneeze and put used tissues in the bin immediately.</w:t>
      </w:r>
    </w:p>
    <w:p>
      <w:r>
        <w:rPr>
          <w:b w:val="0"/>
          <w:i w:val="0"/>
        </w:rPr>
        <w:t>Wash your hands with soap and water often Ã¢â‚¬â€œ use hand sanitiser gel if soap and water are not available</w:t>
      </w:r>
    </w:p>
    <w:p>
      <w:r>
        <w:rPr>
          <w:b w:val="0"/>
          <w:i w:val="0"/>
        </w:rPr>
        <w:t>Try to avoid close contact with people who are unwell</w:t>
      </w:r>
    </w:p>
    <w:p>
      <w:r>
        <w:rPr>
          <w:b w:val="0"/>
          <w:i w:val="0"/>
        </w:rPr>
        <w:t>DONÃ¢â‚¬â„¢T</w:t>
      </w:r>
    </w:p>
    <w:p>
      <w:r>
        <w:rPr>
          <w:b w:val="0"/>
          <w:i w:val="0"/>
        </w:rPr>
        <w:t>Do not touch your eyes, nose or mouth if your hands are not cleanÃ¢â‚¬Â.</w:t>
      </w:r>
    </w:p>
    <w:p>
      <w:r>
        <w:rPr>
          <w:b w:val="0"/>
          <w:i w:val="0"/>
        </w:rPr>
        <w:t>There is a great entry of Labradors at the combined Mid Western Gundog Society Open Show (12 classes for judge Lynne Stringer - Tumbledown) and Cotswold and Wyevern Lab Club Open Show (23 classes for judge Lee Cox- Vanitonia) at Malvern this coming  Saturday 29th February. judging stars at 9.30am</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