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- 05/09/2014 - ISSUE"</w:t>
      </w:r>
      <w:r>
        <w:br/>
      </w:r>
      <w:r>
        <w:rPr>
          <w:b w:val="0"/>
          <w:i w:val="0"/>
        </w:rPr>
        <w:br/>
        <w:t>date_original: "05/09/2014 - ISSUE"</w:t>
      </w:r>
      <w:r>
        <w:br/>
      </w:r>
      <w:r>
        <w:rPr>
          <w:b w:val="0"/>
          <w:i w:val="0"/>
        </w:rPr>
        <w:br/>
        <w:t>source_url: "https://www.ourdogs.co.uk/members/breednotes/RetrieverLabradorMain.php"</w:t>
      </w:r>
      <w:r>
        <w:br/>
      </w:r>
      <w:r>
        <w:rPr>
          <w:b w:val="0"/>
          <w:i w:val="0"/>
        </w:rPr>
        <w:br/>
        <w:t>scraped_at: "2026-09-13T15:33:27"</w:t>
      </w:r>
      <w:r>
        <w:br/>
      </w:r>
      <w:r>
        <w:rPr>
          <w:b w:val="0"/>
          <w:i w:val="0"/>
        </w:rPr>
        <w:br/>
        <w:t>word_count: 1359</w:t>
      </w:r>
    </w:p>
    <w:p>
      <w:r>
        <w:t>――――――――――――――――――――――――――――――</w:t>
      </w:r>
    </w:p>
    <w:p>
      <w:r>
        <w:rPr>
          <w:b w:val="0"/>
          <w:i w:val="0"/>
        </w:rPr>
        <w:t>NEWS MEMBERS' AREA SHOP SUBSCRIBE UPCOMING SHOWS MORE</w:t>
      </w:r>
    </w:p>
    <w:p>
      <w:r>
        <w:rPr>
          <w:b w:val="0"/>
          <w:i w:val="0"/>
        </w:rPr>
        <w:t>RETRIEVER LABRADOR</w:t>
      </w:r>
    </w:p>
    <w:p>
      <w:r>
        <w:rPr>
          <w:b w:val="0"/>
          <w:i w:val="0"/>
        </w:rPr>
        <w:t>Issue: 05/09/2014</w:t>
      </w:r>
    </w:p>
    <w:p>
      <w:r>
        <w:rPr>
          <w:b w:val="0"/>
          <w:i w:val="0"/>
        </w:rPr>
        <w:t>Albeit with a hefty head cold, I am sailing along on cloud nine at the moment, and thrilled to report that at SKC I  made up my three year old yellow bitch Martinstide Pastiche of Bowstones JW, (Sh Ch Rocheby Statesman x Martinstide Patchwork), winning her third CC and Best of Breed on the day under Vic Cole. She becomes the 17th Bowstones champion including my own Labrador champions and the Cavaliers and Shih Tzus of my late mother, Irene Booth.</w:t>
      </w:r>
    </w:p>
    <w:p>
      <w:r>
        <w:rPr>
          <w:b w:val="0"/>
          <w:i w:val="0"/>
        </w:rPr>
        <w:t>Tilly is the first home bred champion for her breeder Margaret Sidaway, (Martinstide). Of course Margaret and Geoff made up Sh Ch Poolstead Pure Silk of Martinstide in the 1980s.</w:t>
      </w:r>
    </w:p>
    <w:p>
      <w:r>
        <w:rPr>
          <w:b w:val="0"/>
          <w:i w:val="0"/>
        </w:rPr>
        <w:t>Margaret, like me, recently lost her husband to ill health. Stating the obvious, death is utterly final, for the one left behind without the partner of so many years one feels completely cast adrift. Which way to turn?</w:t>
      </w:r>
    </w:p>
    <w:p>
      <w:r>
        <w:rPr>
          <w:b w:val="0"/>
          <w:i w:val="0"/>
        </w:rPr>
        <w:t>Eventually you have to decide to sink or swim; to pick oneself up and get on with life treasuring fond memories of the many happy years spent together or give way to melancholy.</w:t>
      </w:r>
    </w:p>
    <w:p>
      <w:r>
        <w:rPr>
          <w:b w:val="0"/>
          <w:i w:val="0"/>
        </w:rPr>
        <w:t>I decided on the first option and somewhat irreligiously, (yes, I know it's not real!) I have been calling upon the heavenly pair, George, my husband and Geoff, Margaret's husband, hopefully relaxing on their warm sunlit cloud above, to give a heavenly winning nudge to my return to dog showing.</w:t>
      </w:r>
    </w:p>
    <w:p>
      <w:r>
        <w:rPr>
          <w:b w:val="0"/>
          <w:i w:val="0"/>
        </w:rPr>
        <w:t>On some days the nudge worked, but on others it didn't. Thinking about it later, the days their influence was decidedly absent were those days when the England Cricket Team were involved in a Test Match! Obviously the heavenly pair had far more interesting things than dog shows to occupy themselves on such days.</w:t>
      </w:r>
    </w:p>
    <w:p>
      <w:r>
        <w:rPr>
          <w:b w:val="0"/>
          <w:i w:val="0"/>
        </w:rPr>
        <w:t>Luckily there was no test matches on the days of this August's Bournemouth or SKC and Tilly completed her Sh Ch title under Vic Cole at the latter. Having already won 2 RCCs, under Margaret Woods and David Coode, she won her first CC last autumn under Maureen Floyd at Midland Counties CS and her second at Bournemouth under Margaret Woods.</w:t>
      </w:r>
    </w:p>
    <w:p>
      <w:r>
        <w:rPr>
          <w:b w:val="0"/>
          <w:i w:val="0"/>
        </w:rPr>
        <w:t>On reflection I always find it interesting to look back to the puppy classes of later top winners and spot the judges who initially saw their potential. I recall Andrew Brace found Ch B Carruthers at six months of age.</w:t>
      </w:r>
    </w:p>
    <w:p>
      <w:r>
        <w:rPr>
          <w:b w:val="0"/>
          <w:i w:val="0"/>
        </w:rPr>
        <w:t>This time, Tilly was regally started off at her very first show as a Minor Puppy winning BPIB from a huge puppy entry at LKA under Penny Carpanini. At her next show, she won her first Puppy Bitch class under Erica Jayes at Lab Club of Wales. What better seal of approval for the future than to be spotted by those two judges; so experienced and so well respected.</w:t>
      </w:r>
    </w:p>
    <w:p>
      <w:r>
        <w:rPr>
          <w:b w:val="0"/>
          <w:i w:val="0"/>
        </w:rPr>
        <w:t>To bring me down to earth, three days after SKC, I, like far too many other Lab Exhibitors who had been sitting around the Lab ring in the indoor hall at SKC suffered a horrendous burning sore throat which lasted for days and was accompanied by the onset of a severe cold.</w:t>
      </w:r>
    </w:p>
    <w:p>
      <w:r>
        <w:rPr>
          <w:b w:val="0"/>
          <w:i w:val="0"/>
        </w:rPr>
        <w:t>In fact many who had attended the show from all over the UK wrote on Facebook that they had been taken ill. That  such a large proportion of those attending appear to have been taken ill at exactly the same time on the Tuesday evening following Gundog Day on the Saturday has to be suspicious to say the least. One might be forgiven for thinking exploration of the cleanliness of the air con system in the hall might be in order.</w:t>
      </w:r>
    </w:p>
    <w:p>
      <w:r>
        <w:rPr>
          <w:b w:val="0"/>
          <w:i w:val="0"/>
        </w:rPr>
        <w:t>Vic Cole judged an entry of 156 dogs and bitches. Instead of being outside in the usual muddy tent, this year all judging was pleasantly indoors in the vast but strangely decorated Hall with its matt black walls and matt black ceiling and just a 150mm burgundy coloured line drawn around at waist height. There were sparkly lights in the ceiling giving good illumination to the rings, but what a weird gloomy colour to paint the walls. It certainly made the Sports Connection at Coventry and its dreary freezer reminiscent icy blue walls look positively sparkling, cheerful and bright.</w:t>
      </w:r>
    </w:p>
    <w:p>
      <w:r>
        <w:rPr>
          <w:b w:val="0"/>
          <w:i w:val="0"/>
        </w:rPr>
        <w:t>The Rawlinsons had a great day winning the Dog CC and making up their 6 year old black dog, Fullwell Fair Trade with Halshimoor (Sh Ch Brigburn Farm Trader x Halshimoor Hi Five to Fullwell) bred by Glenys Fryer, and also winning a 2nd CC and BOB with Luna their Parson Russell Terrier.</w:t>
      </w:r>
    </w:p>
    <w:p>
      <w:r>
        <w:rPr>
          <w:b w:val="0"/>
          <w:i w:val="0"/>
        </w:rPr>
        <w:t>The Dog RCC went to Diana Downeys yellow Tullochmohr Gibbs JW. As previously mentioned above the Bitch CC and BOB went to my Martinstide Pastiche of Bowstones JW and the Bitch RCC was won by Bob Lennox and Morgans yellow Wilenmory Armani Diamond JW. Best Puppy was Mr and Mrs K Jenkins yellow bitch Sekada Miss Bianca who was fourth in the Puppy Group judged by Ernie Patterson ( Andrew Brace judged the main Adult Group).</w:t>
      </w:r>
    </w:p>
    <w:p>
      <w:r>
        <w:rPr>
          <w:b w:val="0"/>
          <w:i w:val="0"/>
        </w:rPr>
        <w:t>Val Tiller writes " Optigen have just announced the DNA test for Labradors, for Hereditary Nasal Parakeratosis (HNPK,) with 30% discount off the test, at Val Tiller's Optigen 20/20 Clinic, on Tuesday, 16th September, 2014. Full details of the disease can be found at www.Optigen.com.  Contact val.tiller@talk21.com or Tel: (01372) 273597, for details of attending the clinic or participating by post.</w:t>
      </w:r>
    </w:p>
    <w:p>
      <w:r>
        <w:rPr>
          <w:b w:val="0"/>
          <w:i w:val="0"/>
        </w:rPr>
        <w:t>Wendy Manning sends her news. "Gundog Club of North Wales held their third Working Gundog Certificate Day on 27th July 2014, where we continued to get good support, having ten dogs taking part on the day.</w:t>
      </w:r>
    </w:p>
    <w:p>
      <w:r>
        <w:rPr>
          <w:b w:val="0"/>
          <w:i w:val="0"/>
        </w:rPr>
        <w:t>These comprised of 1 Golden Retriever, 3 Curly Coated Retrievers and 6</w:t>
      </w:r>
    </w:p>
    <w:p>
      <w:r>
        <w:rPr>
          <w:b w:val="0"/>
          <w:i w:val="0"/>
        </w:rPr>
        <w:t>Labrador Retrievers. It was a bit of a family day out for the Curly's as father, son and daughter were competing all of whom were successful, and one being the Judges Choice to win the voucher for a 15kg bag of Skinners dog food, who were our sponsors for the day. These and the Golden Ret. were show bred and the Labradors came from mainly working lines. Pleased to say that seven out of the ten dogs were successful in gaining their Working Gundog Certificate.</w:t>
      </w:r>
    </w:p>
    <w:p>
      <w:r>
        <w:rPr>
          <w:b w:val="0"/>
          <w:i w:val="0"/>
        </w:rPr>
        <w:t>The judges were Glenys Caldwell and Steve Foreman who set out the following testsâ€¦â€¦</w:t>
      </w:r>
    </w:p>
    <w:p>
      <w:pPr>
        <w:pStyle w:val="ListNumber"/>
      </w:pPr>
      <w:r>
        <w:rPr>
          <w:b w:val="0"/>
          <w:i w:val="0"/>
        </w:rPr>
        <w:t>Retrieve over jump with shot. 2. Retrieve from water (the River Dee). 3. Three stick test, where handler retrieved dummy as opposed to dog. 4. Steadiness test incorporated with the drive. (Half the dogs remained steady to the drive whilst the others participated in the walked up drive, after which each half swapped over. There was one retrieve per dog during the test). 5. Double retrieve in the woods. (Two shots fired from same location with seen in front and a blind at a right angle to the right).</w:t>
      </w:r>
    </w:p>
    <w:p>
      <w:r>
        <w:rPr>
          <w:b w:val="0"/>
          <w:i w:val="0"/>
        </w:rPr>
        <w:t>The successful dogs wereâ€¦..</w:t>
      </w:r>
    </w:p>
    <w:p>
      <w:r>
        <w:rPr>
          <w:b w:val="0"/>
          <w:i w:val="0"/>
        </w:rPr>
        <w:t>Mrs L. Hipgrave C.C.R. Springcurl Coalition Party. Mr. S. Davies C.C.R. Springcurl  Going for Gold at Kandrelli. Mr. N. Eden C.C.R. Springcurl ManifestoJudges choice. Mr. R. Roberts Lab. Kentredecim Starry Eyes. Mrs H. Roberts Lab. Lyntelloch Tarka. Mr. G. Evans Lab. Shadeoak Layla. Miss D. Long Lab. Kentredecim Sunset Dream.</w:t>
      </w:r>
    </w:p>
    <w:p>
      <w:r>
        <w:rPr>
          <w:b w:val="0"/>
          <w:i w:val="0"/>
        </w:rPr>
        <w:t>Althought not passing on the day Mrs W. Manning Lab. Dallagill Bluebell with Overmarsh gained hers a couple of weeks later.</w:t>
      </w:r>
    </w:p>
    <w:p>
      <w:r>
        <w:rPr>
          <w:b w:val="0"/>
          <w:i w:val="0"/>
        </w:rPr>
        <w:t>A big thank you goes to all who helped on the day, without you the event would</w:t>
      </w:r>
    </w:p>
    <w:p>
      <w:r>
        <w:rPr>
          <w:b w:val="0"/>
          <w:i w:val="0"/>
        </w:rPr>
        <w:t>have been very difficult to run and of course thanks to our sponsors Skinners Pet Foods.</w:t>
      </w:r>
    </w:p>
    <w:p>
      <w:r>
        <w:rPr>
          <w:b w:val="0"/>
          <w:i w:val="0"/>
        </w:rPr>
        <w:t>Photos of the day can be viewed on u tube by following this link http://</w:t>
      </w:r>
    </w:p>
    <w:p>
      <w:r>
        <w:rPr>
          <w:b w:val="0"/>
          <w:i w:val="0"/>
        </w:rPr>
        <w:t>youtu.be/-8q1BE3Mk4c</w:t>
      </w:r>
    </w:p>
    <w:p>
      <w:r>
        <w:rPr>
          <w:b w:val="0"/>
          <w:i w:val="0"/>
        </w:rPr>
        <w:t>Wendy Manning</w:t>
      </w:r>
    </w:p>
    <w:p>
      <w:r>
        <w:rPr>
          <w:b w:val="0"/>
          <w:i w:val="0"/>
        </w:rPr>
        <w:t>Secretary Gundog Club of North Wales"</w:t>
      </w:r>
    </w:p>
    <w:p>
      <w:r>
        <w:rPr>
          <w:b w:val="0"/>
          <w:i w:val="0"/>
        </w:rPr>
        <w:t>Ann Britton</w:t>
      </w:r>
    </w:p>
    <w:p>
      <w:r>
        <w:rPr>
          <w:b w:val="0"/>
          <w:i w:val="0"/>
        </w:rPr>
        <w:t>01989720665</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