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- 16/07/2021 - ISSUE"</w:t>
      </w:r>
      <w:r>
        <w:br/>
      </w:r>
      <w:r>
        <w:rPr>
          <w:b w:val="0"/>
          <w:i w:val="0"/>
        </w:rPr>
        <w:br/>
        <w:t>date_original: "16/07/2021 - ISSUE"</w:t>
      </w:r>
      <w:r>
        <w:br/>
      </w:r>
      <w:r>
        <w:rPr>
          <w:b w:val="0"/>
          <w:i w:val="0"/>
        </w:rPr>
        <w:br/>
        <w:t>source_url: "https://www.ourdogs.co.uk/members/breednotes/RetrieverLabradorMain.php"</w:t>
      </w:r>
      <w:r>
        <w:br/>
      </w:r>
      <w:r>
        <w:rPr>
          <w:b w:val="0"/>
          <w:i w:val="0"/>
        </w:rPr>
        <w:br/>
        <w:t>scraped_at: "2026-09-13T15:14:31"</w:t>
      </w:r>
      <w:r>
        <w:br/>
      </w:r>
      <w:r>
        <w:rPr>
          <w:b w:val="0"/>
          <w:i w:val="0"/>
        </w:rPr>
        <w:br/>
        <w:t>word_count: 629</w:t>
      </w:r>
    </w:p>
    <w:p>
      <w:r>
        <w:t>――――――――――――――――――――――――――――――</w:t>
      </w:r>
    </w:p>
    <w:p>
      <w:r>
        <w:rPr>
          <w:b w:val="0"/>
          <w:i w:val="0"/>
        </w:rPr>
        <w:t>NEWS MEMBERS' AREA SHOP SUBSCRIBE UPCOMING SHOWS MORE</w:t>
      </w:r>
    </w:p>
    <w:p>
      <w:r>
        <w:rPr>
          <w:b w:val="0"/>
          <w:i w:val="0"/>
        </w:rPr>
        <w:t>RETRIEVER LABRADOR</w:t>
      </w:r>
    </w:p>
    <w:p>
      <w:r>
        <w:rPr>
          <w:b w:val="0"/>
          <w:i w:val="0"/>
        </w:rPr>
        <w:t>Issue: 16/07/2021</w:t>
      </w:r>
    </w:p>
    <w:p>
      <w:r>
        <w:rPr>
          <w:b w:val="0"/>
          <w:i w:val="0"/>
        </w:rPr>
        <w:t xml:space="preserve">Shows are coming fast and furious. Five sets of CCs to compete for in just one week. Exhibitors are dashing around the country, arriving with all sorts of tents, crates and chairs and tables. </w:t>
      </w:r>
    </w:p>
    <w:p>
      <w:r>
        <w:rPr>
          <w:b w:val="0"/>
          <w:i w:val="0"/>
        </w:rPr>
        <w:t>Alison Scutcher was staying at the East of England Showground for the week as she was judging breeds at the Open show held there, prior to her several days of East Anglian committee work for the Championship show. Her daily videos on Facebook of her well kitted out, extra comfy tented accommodation accompanied by her much adored, well behaved Labradors was a treat to watch. Tents have clearly improved since I last slept in one about sixty years ago!</w:t>
      </w:r>
    </w:p>
    <w:p>
      <w:r>
        <w:rPr>
          <w:b w:val="0"/>
          <w:i w:val="0"/>
        </w:rPr>
        <w:t>Becky Johnson put up two hilarious videos on Facebook of her friends in Flatcoats attempting to erect their gazebo and taking so much time it looked as though they might not succeed before the show finally closed.</w:t>
      </w:r>
    </w:p>
    <w:p>
      <w:r>
        <w:rPr>
          <w:b w:val="0"/>
          <w:i w:val="0"/>
        </w:rPr>
        <w:t>Now to the results. East of England Ch Show saw Lorraine Tooth judging both dogs and bitches. The Dog CC and Best of Breed was won by Mervyn and CaroleReynolds Carromer Chippendale with the RCC going to Miss K Druggans black Sh Ch A Sense of Pleasures El Toro at Balladoole(imp Deu). The Bitch CC was won by Ed Casey and Erica Jayes Sandylands High Time whilst the RCC was won by Caroline Campbells Binnaig Brene. Best Puppy and winner of the Gundog Puppy Group was Lapema Masquerade at Sandylands. Best Veteran was Steph Hodgkiss and familyÃ¢â‚¬â„¢s yellow Bowstones Sunshine Rosie.</w:t>
      </w:r>
    </w:p>
    <w:p>
      <w:r>
        <w:rPr>
          <w:b w:val="0"/>
          <w:i w:val="0"/>
        </w:rPr>
        <w:t>The following day at the same venue East Anglian Lab Club held their Ch Show. Here the judges were Richard Bott (DogsÃ¢â‚¬â„¢s) and Sheelin Cuthbert (Bitches) with a entry of 168 dogs and bitches.The Dog CC and RBIS was won by the Rawlinsons Shanorrell Black Sabbath at Halshimoor whilst the RCC was a repeat of the previous day the black Sh Ch A Sense of Pleasures El Toro at Balladoole (imp Deu)</w:t>
      </w:r>
    </w:p>
    <w:p>
      <w:r>
        <w:rPr>
          <w:b w:val="0"/>
          <w:i w:val="0"/>
        </w:rPr>
        <w:t>In the bitch ring Sheelin Cuthbert awarded a third CC and Best in Show to Shaun WilliamsonÃ¢â‚¬â„¢s yellow Sharouns VictoriaÃ¢â‚¬â„¢s Secret JW, making her, I think, the first Labrador to be made up since Covid arrived and stopped us in our tracks.</w:t>
      </w:r>
    </w:p>
    <w:p>
      <w:r>
        <w:rPr>
          <w:b w:val="0"/>
          <w:i w:val="0"/>
        </w:rPr>
        <w:t>The Bitch RCC went to Claire AllenÃ¢â‚¬â„¢s black, Warringahs Wirrabada at Timouron. Best Puppy was Wynfaul New YearÃ¢â‚¬â„¢s Eve. Best Veteran was Karen Bambrooks yellow Linjor Sessile Oak at Ravoaker ShCM VM.</w:t>
      </w:r>
    </w:p>
    <w:p>
      <w:r>
        <w:rPr>
          <w:b w:val="0"/>
          <w:i w:val="0"/>
        </w:rPr>
        <w:t>Two days later Cotswold and Wyvern LRC held their Ch show at Malvern with 183 dogs entered, results next week, and just four days after that it will be the two day Labrador Retriever Club weekend with championship shows on the Saturday (188 dogs and bitches) and Sunday (196 dogs and bitches). There are camping facilities on site and the committee are putting on an evening event with food and a bar, so hopefully the weather will be kind and everyone can join in.</w:t>
      </w:r>
    </w:p>
    <w:p>
      <w:r>
        <w:rPr>
          <w:b w:val="0"/>
          <w:i w:val="0"/>
        </w:rPr>
        <w:t>Long standing Secretary of West of England Lab Club, Gordon Fox is standing down. Hopefully a new Secretary will soon be appointed and serve the club as long and diligently as Gordon has.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