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- 08/08/2014 - ISSUE"</w:t>
      </w:r>
      <w:r>
        <w:br/>
      </w:r>
      <w:r>
        <w:rPr>
          <w:b w:val="0"/>
          <w:i w:val="0"/>
        </w:rPr>
        <w:br/>
        <w:t>date_original: "08/08/2014 - ISSUE"</w:t>
      </w:r>
      <w:r>
        <w:br/>
      </w:r>
      <w:r>
        <w:rPr>
          <w:b w:val="0"/>
          <w:i w:val="0"/>
        </w:rPr>
        <w:br/>
        <w:t>source_url: "https://www.ourdogs.co.uk/members/breednotes/RetrieverLabradorMain.php"</w:t>
      </w:r>
      <w:r>
        <w:br/>
      </w:r>
      <w:r>
        <w:rPr>
          <w:b w:val="0"/>
          <w:i w:val="0"/>
        </w:rPr>
        <w:br/>
        <w:t>scraped_at: "2026-09-13T15:33:36"</w:t>
      </w:r>
      <w:r>
        <w:br/>
      </w:r>
      <w:r>
        <w:rPr>
          <w:b w:val="0"/>
          <w:i w:val="0"/>
        </w:rPr>
        <w:br/>
        <w:t>word_count: 848</w:t>
      </w:r>
    </w:p>
    <w:p>
      <w:r>
        <w:t>――――――――――――――――――――――――――――――</w:t>
      </w:r>
    </w:p>
    <w:p>
      <w:r>
        <w:rPr>
          <w:b w:val="0"/>
          <w:i w:val="0"/>
        </w:rPr>
        <w:t>NEWS MEMBERS' AREA SHOP SUBSCRIBE UPCOMING SHOWS MORE</w:t>
      </w:r>
    </w:p>
    <w:p>
      <w:r>
        <w:rPr>
          <w:b w:val="0"/>
          <w:i w:val="0"/>
        </w:rPr>
        <w:t>RETRIEVER LABRADOR</w:t>
      </w:r>
    </w:p>
    <w:p>
      <w:r>
        <w:rPr>
          <w:b w:val="0"/>
          <w:i w:val="0"/>
        </w:rPr>
        <w:t>Issue: 08/08/2014</w:t>
      </w:r>
    </w:p>
    <w:p>
      <w:r>
        <w:rPr>
          <w:b w:val="0"/>
          <w:i w:val="0"/>
        </w:rPr>
        <w:t>Paignton show at Clyst St Mary near Exeter, was held on Saturday 2nd  August, a generally  dry and sunny day, apart from a spectacular, wind driven, torrential rain storm half way through, after which the sun shone brightly once again. Luckily we had in and out rings and adjacent benching in a large spacious pavilion so no-one got unduly wet. Anthony Allen had an entry of 165 dogs and bitches to go over. The results were Dog CC and Best of Breed the Hodge family's Ch Naiken Zephyr JW. Dog RCC Diana Downeys yellow Tullochmohr Gibbs.</w:t>
      </w:r>
    </w:p>
    <w:p>
      <w:r>
        <w:rPr>
          <w:b w:val="0"/>
          <w:i w:val="0"/>
        </w:rPr>
        <w:t>The Bitch CC went to David Coodes black Warringah's Merriwagga and the Bitch RCC to Yo Shirtons Junior bitch Woolman Proper Fancy Free. Best puppy was Caroline Campbells Binnaig Blonde</w:t>
      </w:r>
    </w:p>
    <w:p>
      <w:r>
        <w:rPr>
          <w:b w:val="0"/>
          <w:i w:val="0"/>
        </w:rPr>
        <w:t>The following day National Gundog was held at Malvern where the judges were Mary McCulloch (Dogs) and David Craig (Bitches) The winners were Dog CC the Hodges Veteran black, Ch Naiken Quincy JW. Dog RCC Shaun Williamsons yellow Sharouns Incognito. The Bitch CC and Best of Breed winner was the Dawsons yellow Sh Ch Beskaby Larksong JW and the Bitch RCC went to Caroline Campbells Yellow Sh Ch Binnaig Wild Thyme.</w:t>
      </w:r>
    </w:p>
    <w:p>
      <w:r>
        <w:rPr>
          <w:b w:val="0"/>
          <w:i w:val="0"/>
        </w:rPr>
        <w:t>Best Puppy was the dog Baileydale Hemmingway owned by Mr and Mrs Metcalfe.</w:t>
      </w:r>
    </w:p>
    <w:p>
      <w:r>
        <w:rPr>
          <w:b w:val="0"/>
          <w:i w:val="0"/>
        </w:rPr>
        <w:t>Carole Coode writes regarding the good manners involved when booking the services of a stud dog.</w:t>
      </w:r>
    </w:p>
    <w:p>
      <w:r>
        <w:rPr>
          <w:b w:val="0"/>
          <w:i w:val="0"/>
        </w:rPr>
        <w:t>"I feel that I need to put pen to paper after a recent incident - which left me speechless at the lack of consideration and bad manners shown.</w:t>
      </w:r>
    </w:p>
    <w:p>
      <w:r>
        <w:rPr>
          <w:b w:val="0"/>
          <w:i w:val="0"/>
        </w:rPr>
        <w:t xml:space="preserve">One can approach many breeders and ask for pedigrees of their Stud dogs so that you can study them and decide on which dog you would like to use on your bitch.  That is quiet normal.  A stud dog owner does not expect it to go any further unless they receive a definite request to use their boy. It should not to be taken for granted that they will say "yes".   </w:t>
      </w:r>
    </w:p>
    <w:p>
      <w:r>
        <w:rPr>
          <w:b w:val="0"/>
          <w:i w:val="0"/>
        </w:rPr>
        <w:t xml:space="preserve">If the stud dog owner does say "yes", then the bitch's owner should contact the stud dog owner on the first day the bitch shows colour, so that she can be pencilled in for mating on the calendar and not clash with other bitches coming to the stud dog him at that time.   </w:t>
      </w:r>
    </w:p>
    <w:p>
      <w:r>
        <w:rPr>
          <w:b w:val="0"/>
          <w:i w:val="0"/>
        </w:rPr>
        <w:t>I assume you will all know that about 80% of the bitches in the country come into season within the same six to eight week period, twice a year; so a popular stud will be quite busy.  Never phone up the day before and expect someone to fit you in at the last minute.</w:t>
      </w:r>
    </w:p>
    <w:p>
      <w:r>
        <w:rPr>
          <w:b w:val="0"/>
          <w:i w:val="0"/>
        </w:rPr>
        <w:t>In this country one pays for the stud - so after a mating, the fee is paid up front, and the Stud Contract completed.  If a young dog is being used for the first time, one usually does not cash the cheque until the bitch is confirmed in whelp.</w:t>
      </w:r>
    </w:p>
    <w:p>
      <w:r>
        <w:rPr>
          <w:b w:val="0"/>
          <w:i w:val="0"/>
        </w:rPr>
        <w:t>If for any reason the bitch fails to conceive, the Stud dog owner usually offers a free service at a time convenient to the bitch owner.  (eg. if it is a working bitch, a litter during the working season would not be suitable, so it might be a whole year until one saw her again).</w:t>
      </w:r>
    </w:p>
    <w:p>
      <w:r>
        <w:rPr>
          <w:b w:val="0"/>
          <w:i w:val="0"/>
        </w:rPr>
        <w:t>Having arranged a time of arriving at the Stud dogs kennel, please be on time, the owner will have organised their busy day to fit you in; dogs will have been exercised early; the stud dog not allowed his food (he will not perform well on a full stomach) and the other dogs put away so that your bitch can relax and get used to the new surroundings.</w:t>
      </w:r>
    </w:p>
    <w:p>
      <w:r>
        <w:rPr>
          <w:b w:val="0"/>
          <w:i w:val="0"/>
        </w:rPr>
        <w:t xml:space="preserve">If for any reason something goes wrong and you cannot use the original dog - only then would you approach the owner of another dog if you wished to use your bitch at that season.   </w:t>
      </w:r>
    </w:p>
    <w:p>
      <w:r>
        <w:rPr>
          <w:b w:val="0"/>
          <w:i w:val="0"/>
        </w:rPr>
        <w:t>Not as happened to us recently. A request came to use one of our dogs, the bitch being about a week in season, we agreed. The owner then withdrew, I understand to use another dog, only to come back later saying please could she change her mind once again and use our dog. We agreed. The contract was sent, but yet again the bitches owner withdrew presumably once again preferring her first choice.  What an utter waste of time.</w:t>
      </w:r>
    </w:p>
    <w:p>
      <w:r>
        <w:rPr>
          <w:b w:val="0"/>
          <w:i w:val="0"/>
        </w:rPr>
        <w:t>When I started 40 years ago, I spent time listening to my betters and elders and learnt what was considered correct - and good manners - do these no longer exist? Carole Coode - "Warringah"</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