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- 20/09/2019 - ISSUE"</w:t>
      </w:r>
      <w:r>
        <w:br/>
      </w:r>
      <w:r>
        <w:rPr>
          <w:b w:val="0"/>
          <w:i w:val="0"/>
        </w:rPr>
        <w:br/>
        <w:t>date_original: "20/09/2019 - ISSUE"</w:t>
      </w:r>
      <w:r>
        <w:br/>
      </w:r>
      <w:r>
        <w:rPr>
          <w:b w:val="0"/>
          <w:i w:val="0"/>
        </w:rPr>
        <w:br/>
        <w:t>source_url: "https://www.ourdogs.co.uk/members/breednotes/RetrieverLabradorMain.php"</w:t>
      </w:r>
      <w:r>
        <w:br/>
      </w:r>
      <w:r>
        <w:rPr>
          <w:b w:val="0"/>
          <w:i w:val="0"/>
        </w:rPr>
        <w:br/>
        <w:t>scraped_at: "2026-09-13T15:19:19"</w:t>
      </w:r>
      <w:r>
        <w:br/>
      </w:r>
      <w:r>
        <w:rPr>
          <w:b w:val="0"/>
          <w:i w:val="0"/>
        </w:rPr>
        <w:br/>
        <w:t>word_count: 968</w:t>
      </w:r>
    </w:p>
    <w:p>
      <w:r>
        <w:t>――――――――――――――――――――――――――――――</w:t>
      </w:r>
    </w:p>
    <w:p>
      <w:r>
        <w:rPr>
          <w:b w:val="0"/>
          <w:i w:val="0"/>
        </w:rPr>
        <w:t>NEWS MEMBERS' AREA SHOP SUBSCRIBE UPCOMING SHOWS MORE</w:t>
      </w:r>
    </w:p>
    <w:p>
      <w:r>
        <w:rPr>
          <w:b w:val="0"/>
          <w:i w:val="0"/>
        </w:rPr>
        <w:t>RETRIEVER LABRADOR</w:t>
      </w:r>
    </w:p>
    <w:p>
      <w:r>
        <w:rPr>
          <w:b w:val="0"/>
          <w:i w:val="0"/>
        </w:rPr>
        <w:t>Issue: 20/09/2019</w:t>
      </w:r>
    </w:p>
    <w:p>
      <w:r>
        <w:rPr>
          <w:b w:val="0"/>
          <w:i w:val="0"/>
        </w:rPr>
        <w:t xml:space="preserve">Our thoughts and wishes for a speedy return to good health now he is home from hospital go to Jim Tomsett who recently suffered a stroke. Luckily I gather Jims wife, Mary, is a retired nurse so he can rely on her caring capable hands, plus of course plenty of sociable companionship from their canine pals. </w:t>
      </w:r>
    </w:p>
    <w:p>
      <w:r>
        <w:rPr>
          <w:b w:val="0"/>
          <w:i w:val="0"/>
        </w:rPr>
        <w:t>Labradors at Darlington Championship show were judged by Tracy James. This was her third appointment, having previously judged at Three Counties in 2011 and SKC in 2015.</w:t>
      </w:r>
    </w:p>
    <w:p>
      <w:r>
        <w:rPr>
          <w:b w:val="0"/>
          <w:i w:val="0"/>
        </w:rPr>
        <w:t xml:space="preserve">From an entry of 135 Pam Druggen, who more or less makes a weekly commute from her home in the Isle of Man via ferry across the Irish sea to support the mainland dog shows wherever they are held, had one of those never forgotten days in ones dog showing life. </w:t>
      </w:r>
    </w:p>
    <w:p>
      <w:r>
        <w:rPr>
          <w:b w:val="0"/>
          <w:i w:val="0"/>
        </w:rPr>
        <w:t xml:space="preserve">Pam appears to have a great talent for bringing in from abroad some really lovely show dogs as puppies, which she trains and handles brilliantly. </w:t>
      </w:r>
    </w:p>
    <w:p>
      <w:r>
        <w:rPr>
          <w:b w:val="0"/>
          <w:i w:val="0"/>
        </w:rPr>
        <w:t>At Darlington she won the dog CC with her imported yellow Mafia Labs Taboo Webster at Balladoole JW (PL/Lt Ch Top Sekret Sitkowski JCh Pl x By/Lt Ch Mafia Labs Riolla Dizar) and the Dog RCC with another import, the black A Sense of Pleasures El Toro at Balladoole JW (Sh Ch Blacksugar  Luis x Waterlines Sellaria ). The latter, El Toro won the CC at Richmond just the week before.</w:t>
      </w:r>
    </w:p>
    <w:p>
      <w:r>
        <w:rPr>
          <w:b w:val="0"/>
          <w:i w:val="0"/>
        </w:rPr>
        <w:t>The Bitch CC and Best of Breed was won by Karen Powells yellow, Sh Ch Seatallan Yellow Archangel AI  whilst Mac PercivalÃ¢â‚¬â„¢s Wynfaul Vickers JW (Sh Ch Wynfaul the Wizard x Sh Ch Wyfaul Rosy Glow) won the RCC.</w:t>
      </w:r>
    </w:p>
    <w:p>
      <w:r>
        <w:rPr>
          <w:b w:val="0"/>
          <w:i w:val="0"/>
        </w:rPr>
        <w:t>Best Puppy was Elaine Youngs yellow  Potterspiney Silas (Suttonpark Brogue x Potterspiney Heart Warmer) and Best Veteran was Mr and Mrs Kulleseids  yellow Bitch Sh Ch Centenalee Sparkling Snow.</w:t>
      </w:r>
    </w:p>
    <w:p>
      <w:r>
        <w:rPr>
          <w:b w:val="0"/>
          <w:i w:val="0"/>
        </w:rPr>
        <w:t xml:space="preserve">Anne &amp; Martin Hoban (Meadowleigh) have kindly sent in this report of their recent judging trip to Finland where Anne judged at the Labrador Club Show. </w:t>
      </w:r>
    </w:p>
    <w:p>
      <w:r>
        <w:rPr>
          <w:b w:val="0"/>
          <w:i w:val="0"/>
        </w:rPr>
        <w:t>Anne writes Ã¢â‚¬Å"We recently returned from an exciting trip to Oulu, on the Northern coast of Finland where Anne judged the bitches for the Finnish LRC at their Speciality Show, awarding  CACÃ¢â‚¬â„¢s.</w:t>
      </w:r>
    </w:p>
    <w:p>
      <w:r>
        <w:rPr>
          <w:b w:val="0"/>
          <w:i w:val="0"/>
        </w:rPr>
        <w:t>Realising that for some, a trip to the North can cover many kilometres, a very pleasing entry of 130 awaited Anne &amp; her co judge Sergio Scarpellini of Dukeland Labradors from Italy, mainly judging the males and BIS.</w:t>
      </w:r>
    </w:p>
    <w:p>
      <w:r>
        <w:rPr>
          <w:b w:val="0"/>
          <w:i w:val="0"/>
        </w:rPr>
        <w:t>The Junior and Veteran bitch classes were also given to Sergio to even up the numbers.</w:t>
      </w:r>
    </w:p>
    <w:p>
      <w:r>
        <w:rPr>
          <w:b w:val="0"/>
          <w:i w:val="0"/>
        </w:rPr>
        <w:t xml:space="preserve">Ã¢â‚¬ËœSome exhibitors had travelled a round trip of 1200kms to be there and set up on the traditional outdoor showground, bringing along their colourful Ã¢â‚¬ËœtentsÃ¢â‚¬â„¢, dismantling them at the end of the day. With a happy chatty atmosphere &amp; dozens of proper Labrador wagging tails, the scene was set and completed by having excellent ring stewards, lovely weather with temperatures in the early 70Ã¢â‚¬â„¢s, first class hospitality and the sea and sandy beach just across the way. </w:t>
      </w:r>
    </w:p>
    <w:p>
      <w:r>
        <w:rPr>
          <w:b w:val="0"/>
          <w:i w:val="0"/>
        </w:rPr>
        <w:t xml:space="preserve">I had an abundance of quality girls to select places for in large classes but I was very pleased with my eventual winners.  </w:t>
      </w:r>
    </w:p>
    <w:p>
      <w:r>
        <w:rPr>
          <w:b w:val="0"/>
          <w:i w:val="0"/>
        </w:rPr>
        <w:t>Thank you all..breeders, owners and exhibitors and to LRC Finland, for making my day and our visit so memorableÃ¢â‚¬â„¢</w:t>
      </w:r>
    </w:p>
    <w:p>
      <w:r>
        <w:rPr>
          <w:b w:val="0"/>
          <w:i w:val="0"/>
        </w:rPr>
        <w:t>For those who may be familiar with or interested in Scandinavian lines / Kennels, here are  the main results.</w:t>
      </w:r>
    </w:p>
    <w:p>
      <w:r>
        <w:rPr>
          <w:b w:val="0"/>
          <w:i w:val="0"/>
        </w:rPr>
        <w:t>Dog CC BOB &amp; BIS        Assassin Prince Sahrami  (Eva Vilamo &amp; Jan Roger Suag BOS  Alexinas On The Road  (Hanna Holm)</w:t>
      </w:r>
    </w:p>
    <w:p>
      <w:r>
        <w:rPr>
          <w:b w:val="0"/>
          <w:i w:val="0"/>
        </w:rPr>
        <w:t xml:space="preserve">BB2 Kavamel Set Fire To The Rain (Leena Keskinen) Bitch CC Mysis Hyacinth  (Susanna Paakko &amp; Anna-Liisa Mannermaa) BOB Veteran MallornÃ¢â‚¬â„¢s Libra                                          (Kaisa Kauppinen &amp; Hannu Rastas) BOS  Veteran  Follies Judy                  (Anna-Liisa Kaitila, Helen Kaitila &amp; Saara Mykkanen) BEST PUPPY IN SHOW  Stronglines See  Me Sparkle                 (Tiina Ratanen &amp; Lamsa Piritta) BOS   PUPPY MocnyÃ¢â‚¬â„¢s Rockin With Enzio                   (Tiina - Louisa Ronkko) BOB Progeny Stronglines Money For Nothing ( Tanja Eklund)) BOB Breeder  Stronglines (Tiina Ratanen)                          </w:t>
      </w:r>
    </w:p>
    <w:p>
      <w:r>
        <w:rPr>
          <w:b w:val="0"/>
          <w:i w:val="0"/>
        </w:rPr>
        <w:t xml:space="preserve">Not resting on their laurels on their return Anne and Martin then set off to Cornwall in their caravan plus dogs. </w:t>
      </w:r>
    </w:p>
    <w:p>
      <w:r>
        <w:rPr>
          <w:b w:val="0"/>
          <w:i w:val="0"/>
        </w:rPr>
        <w:t>Anne wrote Ã¢â‚¬ËœWe had a super day at Exeter &amp; County CS. Lovely to have rings set up outside in the warm sunshine.</w:t>
      </w:r>
    </w:p>
    <w:p>
      <w:r>
        <w:rPr>
          <w:b w:val="0"/>
          <w:i w:val="0"/>
        </w:rPr>
        <w:t>At 20 months, Nessa, Black In Style, won Graduate &amp; took BOB under overseas judge, Frank Borg from Malta.</w:t>
      </w:r>
    </w:p>
    <w:p>
      <w:r>
        <w:rPr>
          <w:b w:val="0"/>
          <w:i w:val="0"/>
        </w:rPr>
        <w:t>Then he awarded mummy Maya ...Romantic Quest, Reserve BOB from the Open class so we Ã¢â‚¬Ëœdid the doubleÃ¢â‚¬â„¢!</w:t>
      </w:r>
    </w:p>
    <w:p>
      <w:r>
        <w:rPr>
          <w:b w:val="0"/>
          <w:i w:val="0"/>
        </w:rPr>
        <w:t>Special thanks to Huw Bishop (Brynlluan) for NessaÃ¢â‚¬â„¢s Reserve placing in a very large Gundog Group.</w:t>
      </w:r>
    </w:p>
    <w:p>
      <w:r>
        <w:rPr>
          <w:b w:val="0"/>
          <w:i w:val="0"/>
        </w:rPr>
        <w:t>Susie Kennet ( Magnavalleys) did a first class job handling Nessa in the BOB challenge &amp; well done to all &amp; to Penny (Lally)</w:t>
      </w:r>
    </w:p>
    <w:p>
      <w:r>
        <w:rPr>
          <w:b w:val="0"/>
          <w:i w:val="0"/>
        </w:rPr>
        <w:t>for her Puppy Group 3 placingÃ¢â‚¬Â</w:t>
      </w:r>
    </w:p>
    <w:p>
      <w:r>
        <w:rPr>
          <w:b w:val="0"/>
          <w:i w:val="0"/>
        </w:rPr>
        <w:t>DonÃ¢â‚¬â„¢t forget to enter Midland Counties Canine Association show at Stafford, online only now, where Andy Metcalfe is the Labrador judge at the show on Friday 25th October. Also look out for West of England LRC, Northumberland and Durham and North West Lab Club Ch shows all coming up. The Yellow Lab Club Show has drawn a splendid entry of 290 Dogs and Bitches. The Judges there are Maxine Woodley and Lucy Kent.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