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- 18/05/2018 - ISSUE"</w:t>
      </w:r>
      <w:r>
        <w:br/>
      </w:r>
      <w:r>
        <w:rPr>
          <w:b w:val="0"/>
          <w:i w:val="0"/>
        </w:rPr>
        <w:br/>
        <w:t>date_original: "18/05/2018 - ISSUE"</w:t>
      </w:r>
      <w:r>
        <w:br/>
      </w:r>
      <w:r>
        <w:rPr>
          <w:b w:val="0"/>
          <w:i w:val="0"/>
        </w:rPr>
        <w:br/>
        <w:t>source_url: "https://www.ourdogs.co.uk/members/breednotes/RetrieverLabradorMain.php"</w:t>
      </w:r>
      <w:r>
        <w:br/>
      </w:r>
      <w:r>
        <w:rPr>
          <w:b w:val="0"/>
          <w:i w:val="0"/>
        </w:rPr>
        <w:br/>
        <w:t>scraped_at: "2026-09-13T15:23:06"</w:t>
      </w:r>
      <w:r>
        <w:br/>
      </w:r>
      <w:r>
        <w:rPr>
          <w:b w:val="0"/>
          <w:i w:val="0"/>
        </w:rPr>
        <w:br/>
        <w:t>word_count: 1079</w:t>
      </w:r>
    </w:p>
    <w:p>
      <w:r>
        <w:t>――――――――――――――――――――――――――――――</w:t>
      </w:r>
    </w:p>
    <w:p>
      <w:r>
        <w:rPr>
          <w:b w:val="0"/>
          <w:i w:val="0"/>
        </w:rPr>
        <w:t>NEWS MEMBERS' AREA SHOP SUBSCRIBE UPCOMING SHOWS MORE</w:t>
      </w:r>
    </w:p>
    <w:p>
      <w:r>
        <w:rPr>
          <w:b w:val="0"/>
          <w:i w:val="0"/>
        </w:rPr>
        <w:t>RETRIEVER LABRADOR</w:t>
      </w:r>
    </w:p>
    <w:p>
      <w:r>
        <w:rPr>
          <w:b w:val="0"/>
          <w:i w:val="0"/>
        </w:rPr>
        <w:t>Issue: 18/05/2018</w:t>
      </w:r>
    </w:p>
    <w:p>
      <w:r>
        <w:rPr>
          <w:b w:val="0"/>
          <w:i w:val="0"/>
        </w:rPr>
        <w:t>A reminder from Secretary, Karl Gawthorpe that online entries are closing on Monday 21st May via Fosse Data for the Labrador Retriever Club Ch show at The Sports Connection, Coventry on 9th June 2018.</w:t>
      </w:r>
    </w:p>
    <w:p>
      <w:r>
        <w:rPr>
          <w:b w:val="0"/>
          <w:i w:val="0"/>
        </w:rPr>
        <w:t>The Breed specialist judges are Vice Cole (Dogs) and David Coode (Bitches).</w:t>
      </w:r>
    </w:p>
    <w:p>
      <w:r>
        <w:rPr>
          <w:b w:val="0"/>
          <w:i w:val="0"/>
        </w:rPr>
        <w:t>Postal entries for Windsor close on May 16th and at noon online on 31st May via dog.biz.</w:t>
      </w:r>
    </w:p>
    <w:p>
      <w:r>
        <w:rPr>
          <w:b w:val="0"/>
          <w:i w:val="0"/>
        </w:rPr>
        <w:t xml:space="preserve">Thanks to those exhibitors who attended the Lab Club of Northern Ireland Ch show and emailed news of the results to me.  </w:t>
      </w:r>
    </w:p>
    <w:p>
      <w:r>
        <w:rPr>
          <w:b w:val="0"/>
          <w:i w:val="0"/>
        </w:rPr>
        <w:t xml:space="preserve">A polite reminder of the request to Breed Club Secretaries, Judges and winners to send in the details of winners and their breeding, for others to enjoy in the Breed Notes, most do; some don't! Hopefully, all will eventually. </w:t>
      </w:r>
    </w:p>
    <w:p>
      <w:r>
        <w:rPr>
          <w:b w:val="0"/>
          <w:i w:val="0"/>
        </w:rPr>
        <w:t>The LRCNI Championship show drew, I gather, 86 entries plus an additional 10 missed from the catalogue, including the Dog CC winner, making it 96 dogs and bitches entered in total. However I am told 20 of those were absent. So all in all there were around 32 exhibitors with 76 dogs gone over, rather less than an average Breed club Open Show on the mainland.</w:t>
      </w:r>
    </w:p>
    <w:p>
      <w:r>
        <w:rPr>
          <w:b w:val="0"/>
          <w:i w:val="0"/>
        </w:rPr>
        <w:t xml:space="preserve">The judge was Helen Gilroy from Scotland, judging at this level for the first time. Hopefully she enjoyed the day, a gentle easing into Championship judging with a manageable entry, and not faced with the huge number of dogs entered at the average Ch show. </w:t>
      </w:r>
    </w:p>
    <w:p>
      <w:r>
        <w:rPr>
          <w:b w:val="0"/>
          <w:i w:val="0"/>
        </w:rPr>
        <w:t>I have often thought how unfortunate it sometimes is that a first appointment is generously given to a favoured new judge by a Breed club committee knowing the entry will more than likely be numerically hugh. It must feel daunting and somewhat alarming for the first timer judge to realise that as well as being a newcomer at this level, surrounded by a very well educated audience, canine-wise, they must also get their skates on and that only two minutes a dog is is allowed for them to get it right and retain some sort of reputation. Surely, far kinder is to be eased in gently as per LRCNI?</w:t>
      </w:r>
    </w:p>
    <w:p>
      <w:r>
        <w:rPr>
          <w:b w:val="0"/>
          <w:i w:val="0"/>
        </w:rPr>
        <w:t>The  ferry trip from Scotland was well worth it for Louise Lewis whose 5 year old yellow dog Crammonkirk All the Gossip JW won his third CC, thus winning his Sh Ch title. Many congratulations. His CCs were won under Becci Hodge at Windsor 2015, Jackie Hodge at LKA 2016 and now at LCNI 2018 under Mrs Gilroy.</w:t>
      </w:r>
    </w:p>
    <w:p>
      <w:r>
        <w:rPr>
          <w:b w:val="0"/>
          <w:i w:val="0"/>
        </w:rPr>
        <w:t xml:space="preserve">The Dog RCC went to Miss Bolds Shaymiloney Senate JW </w:t>
      </w:r>
    </w:p>
    <w:p>
      <w:r>
        <w:rPr>
          <w:b w:val="0"/>
          <w:i w:val="0"/>
        </w:rPr>
        <w:t>The Bitch CC was won by Becci Hodges Naiken Carinsia who went Best in Show.</w:t>
      </w:r>
    </w:p>
    <w:p>
      <w:r>
        <w:rPr>
          <w:b w:val="0"/>
          <w:i w:val="0"/>
        </w:rPr>
        <w:t>The  Bitch RCC went to Louise Lewis' s yellow Crammondkirk Rogue Gossip JW daughter of the Dog CC winner, making it a great day for Louise's kennel especially as, I understand, she was one of those whose entries were missed out of the catalogue . What a good job Louise noticed. Imagine going all that way only to find you weren't entered. In the days before online entering and relying on the postal system prior to proof of posting certificates, I  recall seeing Mary Roslin Willians arrive at a show with several black Labradors, only to find out that she wasn't entered. Not good!</w:t>
      </w:r>
    </w:p>
    <w:p>
      <w:r>
        <w:rPr>
          <w:b w:val="0"/>
          <w:i w:val="0"/>
        </w:rPr>
        <w:t>The Best Puppy was Niamh Callaghans black dog Bannabeach CJ Stander who won his second green Star in Dublin a few days later under David Bell.</w:t>
      </w:r>
    </w:p>
    <w:p>
      <w:r>
        <w:rPr>
          <w:b w:val="0"/>
          <w:i w:val="0"/>
        </w:rPr>
        <w:t>The following weekend it was the National Dog Show, outdoors and dry, but chilly at Stafford where judge Liz Cartledge had drawn a good entry of 214 dogs and bitcheless around 43 absentees.  I had entered, but like so many show Labradors at the moment, all bar one had cast their coats so I decided to give it a miss and in addition not risk bringing any Kennel Cough etc back home to my very special singleton puppy, now a very cuddly three weeks old.</w:t>
      </w:r>
    </w:p>
    <w:p>
      <w:r>
        <w:rPr>
          <w:b w:val="0"/>
          <w:i w:val="0"/>
        </w:rPr>
        <w:t>The Dog CC was won by Mac Percival's 3 year old black Wynfaul the Wizard JW</w:t>
      </w:r>
    </w:p>
    <w:p>
      <w:r>
        <w:rPr>
          <w:b w:val="0"/>
          <w:i w:val="0"/>
        </w:rPr>
        <w:t xml:space="preserve">The RCC went to Shaun Williamsons Sharouns Talk of the Town </w:t>
      </w:r>
    </w:p>
    <w:p>
      <w:r>
        <w:rPr>
          <w:b w:val="0"/>
          <w:i w:val="0"/>
        </w:rPr>
        <w:t>The Bitch CC her first, BOB and Group 4 under Ron James was won by Anthony Allen and Guildford's 6 year old Allenies Athena at Mandursan whilst the Bitch RCC went to Penny Teasdales yellow Izzie Whizzie at Pendeby Best Puppy was Judith Charltons Classical Act at Foxrush and Best Veteran was Ken Roberts Sh Ch Stormrose Morning Jewel ShCM</w:t>
      </w:r>
    </w:p>
    <w:p>
      <w:r>
        <w:rPr>
          <w:b w:val="0"/>
          <w:i w:val="0"/>
        </w:rPr>
        <w:t>The Breed Record Supplement for Spring arrived with records for January to March 2018.</w:t>
      </w:r>
    </w:p>
    <w:p>
      <w:r>
        <w:rPr>
          <w:b w:val="0"/>
          <w:i w:val="0"/>
        </w:rPr>
        <w:t xml:space="preserve">In the quarter, 7334 Labradors were registered from 1059 litters. Last year there were 35,068 Labradors registered. In the previous decade numbers were more like 45,000. </w:t>
      </w:r>
    </w:p>
    <w:p>
      <w:r>
        <w:rPr>
          <w:b w:val="0"/>
          <w:i w:val="0"/>
        </w:rPr>
        <w:t>The Breed has been the unchallenged numerically top Breed for registrations for very many years but are about to be overtaken by the currently extremely fashionable French Bulldogs which situation can hold no good for that Breed or unsuspecting owners whatsoever!</w:t>
      </w:r>
    </w:p>
    <w:p>
      <w:r>
        <w:rPr>
          <w:b w:val="0"/>
          <w:i w:val="0"/>
        </w:rPr>
        <w:t>In the BRS, listings include Export Pedigrees for 43 dogs, just 11 from Show kennels. I did note two have gone to Hawaii and was reminded of the awful devastation being caused to that lovely island by the current volcanic action, with molten lava breaking out through newly formed cracks in the tarmac on normal residential roads and the air filled with sulphurous fumes. Our thoughts are with dog owners as the lava relentlessly rolls on across affected areas.</w:t>
      </w:r>
    </w:p>
    <w:p>
      <w:r>
        <w:rPr>
          <w:b w:val="0"/>
          <w:i w:val="0"/>
        </w:rPr>
        <w:t>95 Labradors gained their Stud Book Number. Only 14 of these being from the show world which emphasises the strength and support for the working side.</w:t>
      </w:r>
    </w:p>
    <w:p>
      <w:r>
        <w:rPr>
          <w:b w:val="0"/>
          <w:i w:val="0"/>
        </w:rPr>
        <w:t>8 different dogs and bitches won 10 challenge certificates in the Jan to March quarter and two new Champions were made up, Sh Ch Richbourne Londoner and Sh Ch Tissalian Hi Jack.</w:t>
      </w:r>
    </w:p>
    <w:p>
      <w:r>
        <w:rPr>
          <w:b w:val="0"/>
          <w:i w:val="0"/>
        </w:rPr>
        <w:t>11 Labradors gained their Field Trial Champion status. In the show world, 6 possible future stars were awarded their Junior Warrants. Well done to you all.</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