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- 20/02/2026 - ISSUE"</w:t>
      </w:r>
      <w:r>
        <w:br/>
      </w:r>
      <w:r>
        <w:rPr>
          <w:b w:val="0"/>
          <w:i w:val="0"/>
        </w:rPr>
        <w:br/>
        <w:t>date_original: "20/02/2026 - ISSUE"</w:t>
      </w:r>
      <w:r>
        <w:br/>
      </w:r>
      <w:r>
        <w:rPr>
          <w:b w:val="0"/>
          <w:i w:val="0"/>
        </w:rPr>
        <w:br/>
        <w:t>source_url: "https://www.ourdogs.co.uk/members/breednotes/RetrieverLabradorMain.php"</w:t>
      </w:r>
      <w:r>
        <w:br/>
      </w:r>
      <w:r>
        <w:rPr>
          <w:b w:val="0"/>
          <w:i w:val="0"/>
        </w:rPr>
        <w:br/>
        <w:t>scraped_at: "2026-09-13T15:04:15"</w:t>
      </w:r>
      <w:r>
        <w:br/>
      </w:r>
      <w:r>
        <w:rPr>
          <w:b w:val="0"/>
          <w:i w:val="0"/>
        </w:rPr>
        <w:br/>
        <w:t>word_count: 717</w:t>
      </w:r>
    </w:p>
    <w:p>
      <w:r>
        <w:t>――――――――――――――――――――――――――――――</w:t>
      </w:r>
    </w:p>
    <w:p>
      <w:r>
        <w:rPr>
          <w:b w:val="0"/>
          <w:i w:val="0"/>
        </w:rPr>
        <w:t>NEWS MEMBERS' AREA SHOP SUBSCRIBE UPCOMING SHOWS MORE</w:t>
      </w:r>
    </w:p>
    <w:p>
      <w:r>
        <w:rPr>
          <w:b w:val="0"/>
          <w:i w:val="0"/>
        </w:rPr>
        <w:t>RETRIEVER LABRADOR</w:t>
      </w:r>
    </w:p>
    <w:p>
      <w:r>
        <w:rPr>
          <w:b w:val="0"/>
          <w:i w:val="0"/>
        </w:rPr>
        <w:t>Issue: 20/02/2026</w:t>
      </w:r>
    </w:p>
    <w:p>
      <w:r>
        <w:rPr>
          <w:b w:val="0"/>
          <w:i w:val="0"/>
        </w:rPr>
        <w:t>Crufts is fast approaching now with Gundog day on Sunday 8th March. The judges Mrs Jane Jones (Benvellyn) and Mr Harry Nelson have an entry of 158 dogs and 203 bitches respectively. The Breeder Group finals are in the main Arena on Thursday 5th March at 6pm which my own Ronevorg team have qualified for as one of the Top 40 teams from the All-Breed competition held at Championship shows throughout the year.</w:t>
      </w:r>
    </w:p>
    <w:p>
      <w:r>
        <w:rPr>
          <w:b w:val="0"/>
          <w:i w:val="0"/>
        </w:rPr>
        <w:t>There is plenty of live coverage on Channel 4 and More4 as follows:</w:t>
      </w:r>
    </w:p>
    <w:p>
      <w:r>
        <w:rPr>
          <w:b w:val="0"/>
          <w:i w:val="0"/>
        </w:rPr>
        <w:t>Thursday 5 March: 1500-1600 Channel 4, 1830-1930 More4, 1930-2100 Channel 4</w:t>
      </w:r>
    </w:p>
    <w:p>
      <w:r>
        <w:rPr>
          <w:b w:val="0"/>
          <w:i w:val="0"/>
        </w:rPr>
        <w:t>Friday 6 March: 1500-1600 Channel 4, 1830-2100 More4</w:t>
      </w:r>
    </w:p>
    <w:p>
      <w:r>
        <w:rPr>
          <w:b w:val="0"/>
          <w:i w:val="0"/>
        </w:rPr>
        <w:t>Saturday 7 March: 1400-1800 Channel 4, 1900-2100 Channel 4</w:t>
      </w:r>
    </w:p>
    <w:p>
      <w:r>
        <w:rPr>
          <w:b w:val="0"/>
          <w:i w:val="0"/>
        </w:rPr>
        <w:t>Sunday 8 March: 1530-1800 Channel 4, 1900-2100 Channel 4 Crufts BIS live. Please note times are subject to change.</w:t>
      </w:r>
    </w:p>
    <w:p>
      <w:r>
        <w:rPr>
          <w:b w:val="0"/>
          <w:i w:val="0"/>
        </w:rPr>
        <w:t>You will also find a lot more coverage on the Crufts YouTube channel, just open YouTube and search â€œCrufts 2026â€.</w:t>
      </w:r>
    </w:p>
    <w:p>
      <w:r>
        <w:rPr>
          <w:b w:val="0"/>
          <w:i w:val="0"/>
        </w:rPr>
        <w:t>I have some nice Group placings to report from the Open Shows;</w:t>
      </w:r>
    </w:p>
    <w:p>
      <w:r>
        <w:rPr>
          <w:b w:val="0"/>
          <w:i w:val="0"/>
        </w:rPr>
        <w:t>At Ilfracombe and District CA Sue May won Puppy Group 2 with â€œBettyâ€ Lussac Bewitched and then at South Wales Kennel Association she also won Best Puppy under Zoe Stirk and Puppy Group 3.</w:t>
      </w:r>
    </w:p>
    <w:p>
      <w:r>
        <w:rPr>
          <w:b w:val="0"/>
          <w:i w:val="0"/>
        </w:rPr>
        <w:t>At Barrow and District KA Steph Whitaker won Group 3 with â€œVesperâ€ Sh Ch Evening Mist Black Brianta VW and Puppy Group 4 with â€œSybilâ€ Jetstarski Run Like Hell JW.</w:t>
      </w:r>
    </w:p>
    <w:p>
      <w:r>
        <w:rPr>
          <w:b w:val="0"/>
          <w:i w:val="0"/>
        </w:rPr>
        <w:t>At URC Kelly Holland won Best Puppy In Show with â€œSquirrelâ€ Flatcharm Game Boy and Abby Bellamy.</w:t>
      </w:r>
    </w:p>
    <w:p>
      <w:r>
        <w:rPr>
          <w:b w:val="0"/>
          <w:i w:val="0"/>
        </w:rPr>
        <w:t>Well done everyone with these super wins.</w:t>
      </w:r>
    </w:p>
    <w:p>
      <w:r>
        <w:rPr>
          <w:b w:val="0"/>
          <w:i w:val="0"/>
        </w:rPr>
        <w:t>Jen Flyn, Secretary of the Scottish Flatcoat Club let me know that there has been a change of venue for the AGM on 22nd March which will now be held at Coulter Village Hall.</w:t>
      </w:r>
    </w:p>
    <w:p>
      <w:r>
        <w:rPr>
          <w:b w:val="0"/>
          <w:i w:val="0"/>
        </w:rPr>
        <w:t xml:space="preserve">Itâ€™s the Winter newsletter season which is a great time to settle down with a cuppa in this gloomy February weather. The Scottish Flatcoat Club have sent their e-copy via email and the IFRR (rescue) copy has just landed by post. If you are not a member of either/both do consider joining and supporting the Clubs and worthy rescue work.  </w:t>
      </w:r>
    </w:p>
    <w:p>
      <w:r>
        <w:rPr>
          <w:b w:val="0"/>
          <w:i w:val="0"/>
        </w:rPr>
        <w:t>The Flatcoated Retriever Society posted the following; â€œWorking Flatcoated Retriever Development Programme awards top accolade! In the 2025/26 shooting season the Flatcoated Retriever Society launched its WFRDP game training pathway, to sit alongside the WFRDP training on dummies that has been running since 2024. We are delighted to announce that at the very end of the season we were able to make our very first Level 4 award. Congratulations go to Jane Gould and her home bred bitch Etti (Halangydown Tean) who worked towards this ward consistently all season, undertaking live game training in a variety of different shoots. (If you would like to know more about what Jane and Etti have achieved please take a look at the Level 4 check list here https://www.flatcoated-retriever-society.org/wp-content/uploads/2024/09/WFRDP-Level-4A-Check-list.pdf You can see from the (attached) photo how strong the bond is between Jane and Etti. Well done Jane and Etti! We so look forward to seeing more successes from you both in the field in years to come.â€</w:t>
      </w:r>
    </w:p>
    <w:p>
      <w:r>
        <w:rPr>
          <w:b w:val="0"/>
          <w:i w:val="0"/>
        </w:rPr>
        <w:t>Well done Jane and Etti.</w:t>
      </w:r>
    </w:p>
    <w:p>
      <w:r>
        <w:rPr>
          <w:b w:val="0"/>
          <w:i w:val="0"/>
        </w:rPr>
        <w:t>The first of the Society/Club AGMs is this weekend Saturday 22nd February starting at 11am. It is being held at St. Nicholas Youth Centre, Godstone, Surrey RH9 8DT. If you wish to attend, or send apologies, please email suzi.tagg@yahoo.co.uk so that catering can be planned. Members who wish to attend must have fully paid their membership for 2026 which was due on 1st January.</w:t>
      </w:r>
    </w:p>
    <w:p>
      <w:r>
        <w:rPr>
          <w:b w:val="0"/>
          <w:i w:val="0"/>
        </w:rPr>
        <w:t>Jenny Campbell</w:t>
      </w:r>
    </w:p>
    <w:p>
      <w:r>
        <w:rPr>
          <w:b w:val="0"/>
          <w:i w:val="0"/>
        </w:rPr>
        <w:t>ronevorg@aol.com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