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Feb 2004"</w:t>
      </w:r>
      <w:r>
        <w:br/>
      </w:r>
      <w:r>
        <w:rPr>
          <w:b w:val="0"/>
          <w:i w:val="0"/>
        </w:rPr>
        <w:br/>
        <w:t>date_original: "13 Feb 2004"</w:t>
      </w:r>
      <w:r>
        <w:br/>
      </w:r>
      <w:r>
        <w:rPr>
          <w:b w:val="0"/>
          <w:i w:val="0"/>
        </w:rPr>
        <w:br/>
        <w:t>source_url: "https://www.ourdogs.co.uk/members/breednotes/2004/RetrieverLabrador/RetrieverLabrador-feb13.htm"</w:t>
      </w:r>
      <w:r>
        <w:br/>
      </w:r>
      <w:r>
        <w:rPr>
          <w:b w:val="0"/>
          <w:i w:val="0"/>
        </w:rPr>
        <w:br/>
        <w:t>archive_type: "static_html"</w:t>
      </w:r>
      <w:r>
        <w:br/>
      </w:r>
      <w:r>
        <w:rPr>
          <w:b w:val="0"/>
          <w:i w:val="0"/>
        </w:rPr>
        <w:br/>
        <w:t>scraped_at: "2026-09-13T22:13:29"</w:t>
      </w:r>
      <w:r>
        <w:br/>
      </w:r>
      <w:r>
        <w:rPr>
          <w:b w:val="0"/>
          <w:i w:val="0"/>
        </w:rPr>
        <w:br/>
        <w:t>word_count: 417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sorry to hear the sad news of the passing of Dianne Harris (Insley) following a long period of ill health, bravely borne. She will be remembered as a former Secretary of Cotswold and Wyevern Labrador Retriever Club and successful exhibitor of the Insley Labradors. Her funeral will be held at Eldersfield Church, Corse Lawn, Nr Gloucester at 12noon on Monday 16th February.</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