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- 10 Oct 2008"</w:t>
      </w:r>
      <w:r>
        <w:br/>
      </w:r>
      <w:r>
        <w:rPr>
          <w:b w:val="0"/>
          <w:i w:val="0"/>
        </w:rPr>
        <w:br/>
        <w:t>date_original: "10 Oct 2008"</w:t>
      </w:r>
      <w:r>
        <w:br/>
      </w:r>
      <w:r>
        <w:rPr>
          <w:b w:val="0"/>
          <w:i w:val="0"/>
        </w:rPr>
        <w:br/>
        <w:t>source_url: "https://www.ourdogs.co.uk/members/breednotes/2008/RetrieverLabrador/RetrieverLabrador-oct10.htm"</w:t>
      </w:r>
      <w:r>
        <w:br/>
      </w:r>
      <w:r>
        <w:rPr>
          <w:b w:val="0"/>
          <w:i w:val="0"/>
        </w:rPr>
        <w:br/>
        <w:t>archive_type: "static_html"</w:t>
      </w:r>
      <w:r>
        <w:br/>
      </w:r>
      <w:r>
        <w:rPr>
          <w:b w:val="0"/>
          <w:i w:val="0"/>
        </w:rPr>
        <w:br/>
        <w:t>scraped_at: "2026-09-13T22:05:50"</w:t>
      </w:r>
      <w:r>
        <w:br/>
      </w:r>
      <w:r>
        <w:rPr>
          <w:b w:val="0"/>
          <w:i w:val="0"/>
        </w:rPr>
        <w:br/>
        <w:t>word_count: 1309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Please note that there is a change of Labrador judge at Gundog Society of Wales Championship show at Malvern on 15th October 2008. I understand from Alan Fall, the Chairman, that Mr Bradshaw from New Zealand is suffering from cellulitus in the leg and has been advised by the medics that it is extremely inadvisable for him to take any long distance flights; what a shame, as he had drawn a splendid entry of 264 dogs and bitches. The replacement judges, subject to KC approval, will be Mrs Peggy Rae (Dogs) and Mr Alan Taylor (Bitches). Let’s hope for dry weather.</w:t>
      </w:r>
    </w:p>
    <w:p>
      <w:r>
        <w:rPr>
          <w:b w:val="0"/>
          <w:i w:val="0"/>
        </w:rPr>
        <w:t>The Yellow Labrador Club held their recent championship show midweek at the Sports Connection, Ryton, near Coventry. Although still at home puppy-minding, I had plenty of reports of a good day enjoyed by all.</w:t>
      </w:r>
    </w:p>
    <w:p>
      <w:r>
        <w:rPr>
          <w:b w:val="0"/>
          <w:i w:val="0"/>
        </w:rPr>
        <w:t>This is always a lovely show and I gather it will be relocating next year to the new Kennel Club venue at Stoneleigh, Warwickshire. I had a chance to have a look round this superb, new facility during the City of Birmingham Championship show weekend; what a great job has been made of it. Lucky Yellow Lab club to be one of the first to book it, for whilst the Sports Connection has served us all well for so very many years, I for one wont miss those chilly blue walls and blue floor which have appeared of late. It always reminded me of entering a coldstore whilst outside the sun was shining brightly. I thought the golden colours the walls and floor were painted in former years were far more warm and pleasant, but then maybe they were just not suitable for the sports which were played on the courts laid out there.</w:t>
      </w:r>
    </w:p>
    <w:p>
      <w:r>
        <w:rPr>
          <w:b w:val="0"/>
          <w:i w:val="0"/>
        </w:rPr>
        <w:t>The Judges were Frank Kane (Dogs)and Guy Spagnolo from Australia (Bitches), whose detailed judging report was speedily written and printed in Our Dogs the very next week. I understand that Andrew Brace was one of the stewards in the Dog ring, whilst other visitors to the event included Ruth Barbour, Meriel Hathaway and Keith and June Young, Secretary of City of Birmingham CA. There was an entry of 350 dogs and Bitches.</w:t>
      </w:r>
    </w:p>
    <w:p>
      <w:r>
        <w:rPr>
          <w:b w:val="0"/>
          <w:i w:val="0"/>
        </w:rPr>
        <w:t>The Lembas kennel of Chris and Claire Mills had a great day. The Dog CC was won by recently crowned yellow, Sh Ch My Jack Spratt at Lembas (Hampsbeck Willies Choice x Tuppence a Bag at Hodexal), whilst the Dog RCC was won by the Allen family’s yellow, Sh Ch Allenies Maverick JW ShCM. (Allenies MacCallum JW x Allenies Graceful). The Brown family won the Bitch CC and Best in Show with the yellow Sh Ch Alanwood Spring Breeze over Ramsayville, (Greenworth Odds Against x Alanwood Lady Jazmine) whilst the Bitch RCC, a thrilling first such award, was won by Mr and Mrs Airey’s yellow, Ronsard Me Celebrait (Rocheby Statesman x Ronsard Hope and Glory). Best Puppy was the Mills Sandylands Toyboy at Lembas (Sandylands Gentle Touch at Lembas Sh Ch Sandylands Wait Awhile).</w:t>
      </w:r>
    </w:p>
    <w:p>
      <w:r>
        <w:rPr>
          <w:b w:val="0"/>
          <w:i w:val="0"/>
        </w:rPr>
        <w:t>Three days later at the weekend, Labradors were judged at Belfast by Sian Ellis. From an entry of 74, the Dog CC was won by Lorraine Tooths yellow, Sh Ch Ludalor Lunar Orbit JW, whilst the Dog RCC went to the Allen family’s Sh Ch Allenies Maverick. Angela Williams and David Craig won the Bitch CC, her 3rd and Best of Breed with their black Foulby Buttons and Bows (Sh Ch Sudeo Chavalier of Ramsayville x Foulby Paper Lace). She is the tenth champion to be made up this year; the fourth bitch.</w:t>
      </w:r>
    </w:p>
    <w:p>
      <w:r>
        <w:rPr>
          <w:b w:val="0"/>
          <w:i w:val="0"/>
        </w:rPr>
        <w:t>Her CCs came from Agnes May Pollock at the Lab Club of Scotland 2008, where she was Best in Show, from Gordon Haran at Paignton 2008 with BOB and now at Belfast also with BOB under Sian Ellis. Marlene Heppers black Mardas Vanity Fare (Greenworth Vincent O’Brien at Mardas x Mardas Shooting Star) took the RCC. To round off a really good day for Angela Williams and David Craig their dog puppy Foulby Wellington went Best Puppy. Well done.</w:t>
      </w:r>
      <w:r>
        <w:br/>
      </w:r>
      <w:r>
        <w:rPr>
          <w:b w:val="0"/>
          <w:i w:val="0"/>
        </w:rPr>
        <w:br/>
        <w:t>In the Stakes ring under Meriel Hathaway Gemma Baillies yellow Cambremer Ocean Breeze by Kilstron (Tullochmohr Titanic at Kilstron x Blackfyne Swing n Time at Cambremer) won the Special Beginners Stakes.</w:t>
      </w:r>
    </w:p>
    <w:p>
      <w:r>
        <w:rPr>
          <w:b w:val="0"/>
          <w:i w:val="0"/>
        </w:rPr>
        <w:t>Marion Sargent writes “ Coventry (Foleshill) are holding an Open show on 2nd November at the Sports Connexion, Coventry. They are scheduling breed classes and have Frank Borg judging. Frank Borg is from Malta and is a Gundog and Hound specialist, his own breeds being Cocker Spaniels and Beagles. It would be lovely to get a good entry for him over here. Schedules are available on line and to download from Fossedata or ring for a schedule on 02476-361614 or 01530-249904.”</w:t>
      </w:r>
    </w:p>
    <w:p>
      <w:r>
        <w:rPr>
          <w:b w:val="0"/>
          <w:i w:val="0"/>
        </w:rPr>
        <w:t>Our Pedigree Masterfoods breeder collection point now having been closed, I have to order the dog food online. Each sack comes individually packed in a huge cardboard box with loads of air-filled polythene bag packing, the latter being an absolute pain to get rid of. I have to slit it all to get the air out and then put it in the bin. However, the huge cardboard boxes are so good for the pups to play in and the cardboard keeps them amused for ages whilst they pierce it with their horribly sharp little teeth.</w:t>
      </w:r>
    </w:p>
    <w:p>
      <w:r>
        <w:rPr>
          <w:b w:val="0"/>
          <w:i w:val="0"/>
        </w:rPr>
        <w:t>However, I have found another good use; there is only one glued joint holding the box together, the rest is clever origami (paper folding). Undo the glued side and you end up with an enormous single piece of card which makes a wonderful protector for the puppy run floor. When it gets grubby, throw it out and just undo another new cardboard box. Recycling at its useful best!</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