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- 15/03/2002"</w:t>
      </w:r>
      <w:r>
        <w:br/>
      </w:r>
      <w:r>
        <w:rPr>
          <w:b w:val="0"/>
          <w:i w:val="0"/>
        </w:rPr>
        <w:br/>
        <w:t>date_original: "15/03/2002"</w:t>
      </w:r>
      <w:r>
        <w:br/>
      </w:r>
      <w:r>
        <w:rPr>
          <w:b w:val="0"/>
          <w:i w:val="0"/>
        </w:rPr>
        <w:br/>
        <w:t>source_url: "https://www.ourdogs.co.uk/members/breednotes/2002/RetrieverLabrador/March2002/RetrieverLabrador150302.htm"</w:t>
      </w:r>
      <w:r>
        <w:br/>
      </w:r>
      <w:r>
        <w:rPr>
          <w:b w:val="0"/>
          <w:i w:val="0"/>
        </w:rPr>
        <w:br/>
        <w:t>archive_type: "static_html"</w:t>
      </w:r>
      <w:r>
        <w:br/>
      </w:r>
      <w:r>
        <w:rPr>
          <w:b w:val="0"/>
          <w:i w:val="0"/>
        </w:rPr>
        <w:br/>
        <w:t>scraped_at: "2026-09-13T22:19:20"</w:t>
      </w:r>
      <w:r>
        <w:br/>
      </w:r>
      <w:r>
        <w:rPr>
          <w:b w:val="0"/>
          <w:i w:val="0"/>
        </w:rPr>
        <w:br/>
        <w:t>word_count: 1050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message from Lorraine Tooth of Midland Counties Labrador Club regarding a trophy, missing for the Championship Show next month, the Angolcroft William of Novacroft trophy, presented by the late Dot Gardner, appears to be missing. Would exhibitors please check that this 12 high two handled silver trophy, is not sitting forgotten on someone’s sideboard. Because of the foot and mouth epidemic last spring, Midland Counties LRC 2001 Ch Show was re-scheduled from April to the Autumn and the return of this trophy could have been easily overlooked. If anyone has any news with regards to its whereabouts please telephone Lorraine Tooth on 01623 400 625 in order that it can be restored to the club for presentation at the April 2002 show. Many thanks.</w:t>
      </w:r>
    </w:p>
    <w:p>
      <w:r>
        <w:rPr>
          <w:b w:val="0"/>
          <w:i w:val="0"/>
        </w:rPr>
        <w:t>The breed has a new Show Champion, the first for 2002, in Margaret and Andrew Browns yellow dog Sh Ch Ramseyville Rainbows End (Sh Ch Poolstead Pumpkin ex Ramseyville Rosalind), made up under Per Iveson at East Anglian Labrador Club Show, which was held back at the usual venue of Wood Green Animal Shelter, Godmanchester after last years move due to Foot and Mouth. Many Congratulations.</w:t>
      </w:r>
    </w:p>
    <w:p>
      <w:r>
        <w:rPr>
          <w:b w:val="0"/>
          <w:i w:val="0"/>
        </w:rPr>
        <w:t>Wood Green , as a venue for shows has, to my mind, improved tremendously over the years and this year the rings sported a bright green carpet. Sadly some owners permitted their dogs to pee on the carpet during the day. OK, accidents do happen, but so many? One wonders if this is allowed on the carpets at home? Surely not. How can the price of venues be kept reasonable if the facilities, such as carpeted rings, are abused and the number of times the carpet may be used in future considerably reduced. Please, if you think your dog wants to relieve itself, take it off the carpet, it will possibly keep the cost of your future entries down!</w:t>
      </w:r>
    </w:p>
    <w:p>
      <w:r>
        <w:rPr>
          <w:b w:val="0"/>
          <w:i w:val="0"/>
        </w:rPr>
        <w:t>The show ran like clockwork , as expected from such an experienced team, which includes Mim Kinsella, Peggy Rae and Secretary Janet Cole. It was very well attended and had a good atmosphere. There was an entry of 329 for judges Per Iveson (Dogs) and Pat Gill (Bitches). At the end of the day the Dog CC was won by the Browns Ramseyville Rainbows End, with the RCC going to the 11 year old yellow Veteran, who was in fine fettle, Sh Ch Newinn Dwight Yoakam. (Sh Ch Simandem Kings Neptune ex Newinn Fire Imp). The Bitch CC was a second for Mr and Mrs Mills and Rodds yellow Lembas Moolight Serenade (Lembas to the Moon and Back ex Lembas Button Moon), which must be a thrill for co-owner Mrs Rodd, who I understand is poorly at present. I trust this win will bring a ray of sunshine to you and you will soon be feeling brighter. The black Warringahs Dee Why ( Ch Sandylands My Guy ex Ch Warringahs Wortleberry) won the RCC for Carole and David Coode.</w:t>
      </w:r>
    </w:p>
    <w:p>
      <w:r>
        <w:rPr>
          <w:b w:val="0"/>
          <w:i w:val="0"/>
        </w:rPr>
        <w:t>As I have said, the atmosphere was relaxed and happy, as warrants the beginning of the show year and Brian Hayward further demonstrated the casual approach by accidently sending his dog round the ring on its own (ie without handler), which to the dog’s credit he performed remarkably well, giving Brian, who had dropped the lead by mistake, a chance to catch up, still in line with all the others. At least he got noticed! It reminded me of the riderless horses continuing round Aintree with the rest of the pack in the Grand National. Well trained, these Donacre dogs!</w:t>
      </w:r>
    </w:p>
    <w:p>
      <w:r>
        <w:rPr>
          <w:b w:val="0"/>
          <w:i w:val="0"/>
        </w:rPr>
        <w:t>June Cooper and her helpers manned a well stocked Rescue stall and took £150 during the day. Sadly those of us who did not arrive early missed the 4 Harold Clayton Pedigree Books donated by Mr and Mrs Achenhead, which some delighted and very lucky exhibitor was able to snatch up. These books are like gold and are seldom, if ever, available. Better get there on time next year!</w:t>
      </w:r>
    </w:p>
    <w:p>
      <w:r>
        <w:rPr>
          <w:b w:val="0"/>
          <w:i w:val="0"/>
        </w:rPr>
        <w:t>STOP PRESS: the North West Lab Ret Club Matchnight against the N.W. Golden Ret Club is CANCELLED. Was due to take place on 19th March 2002 at Bickershaw. Details were advertised in Otter Tails the clubs newsletter.</w:t>
      </w:r>
    </w:p>
    <w:p>
      <w:r>
        <w:rPr>
          <w:b w:val="0"/>
          <w:i w:val="0"/>
        </w:rPr>
        <w:t>Ann Britton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