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- 10/09/2021 - ISSUE"</w:t>
      </w:r>
      <w:r>
        <w:br/>
      </w:r>
      <w:r>
        <w:rPr>
          <w:b w:val="0"/>
          <w:i w:val="0"/>
        </w:rPr>
        <w:br/>
        <w:t>date_original: "10/09/2021 - ISSUE"</w:t>
      </w:r>
      <w:r>
        <w:br/>
      </w:r>
      <w:r>
        <w:rPr>
          <w:b w:val="0"/>
          <w:i w:val="0"/>
        </w:rPr>
        <w:br/>
        <w:t>source_url: "https://www.ourdogs.co.uk/members/breednotes/RetrieverLabradorMain.php"</w:t>
      </w:r>
      <w:r>
        <w:br/>
      </w:r>
      <w:r>
        <w:rPr>
          <w:b w:val="0"/>
          <w:i w:val="0"/>
        </w:rPr>
        <w:br/>
        <w:t>scraped_at: "2026-09-13T15:14:05"</w:t>
      </w:r>
      <w:r>
        <w:br/>
      </w:r>
      <w:r>
        <w:rPr>
          <w:b w:val="0"/>
          <w:i w:val="0"/>
        </w:rPr>
        <w:br/>
        <w:t>word_count: 1895</w:t>
      </w:r>
    </w:p>
    <w:p>
      <w:r>
        <w:t>――――――――――――――――――――――――――――――</w:t>
      </w:r>
    </w:p>
    <w:p>
      <w:r>
        <w:rPr>
          <w:b w:val="0"/>
          <w:i w:val="0"/>
        </w:rPr>
        <w:t>NEWS MEMBERS' AREA SHOP SUBSCRIBE UPCOMING SHOWS MORE</w:t>
      </w:r>
    </w:p>
    <w:p>
      <w:r>
        <w:rPr>
          <w:b w:val="0"/>
          <w:i w:val="0"/>
        </w:rPr>
        <w:t>RETRIEVER LABRADOR</w:t>
      </w:r>
    </w:p>
    <w:p>
      <w:r>
        <w:rPr>
          <w:b w:val="0"/>
          <w:i w:val="0"/>
        </w:rPr>
        <w:t>Issue: 10/09/2021</w:t>
      </w:r>
    </w:p>
    <w:p>
      <w:r>
        <w:rPr>
          <w:b w:val="0"/>
          <w:i w:val="0"/>
        </w:rPr>
        <w:t>The Labrador winners at Driffield over the Bank Holiday under Marion Hopkinson were :- Dog CC, Best of Breed and made up on the day, Mrs &amp; Mrs A MetcalfeÃ¢â‚¬â„¢s yellow Carromer Jack Flash to Baileydale JW. Many Congratulations. Res Dog CC :  Miss N &amp; Mrs M HutchinsonÃ¢â‚¬â„¢s yellow Glosmere the Grenadier JW. Bitch CC  Miss C JonesÃ¢â‚¬â„¢ black Hafnau Georgette Res Bitch CC : Mr &amp; Mrs M &amp; Miss Rawlinson and Balshaws  Sh Ch Shanorrell Socialite at Halshimoor. Best Puppy :  Mrs C Bailiss Tias Jewel   Best Veteran : Mrs H &amp; Mr D Chapmans yellow Killanow Sentinel At Daisypatch.</w:t>
      </w:r>
    </w:p>
    <w:p>
      <w:r>
        <w:rPr>
          <w:b w:val="0"/>
          <w:i w:val="0"/>
        </w:rPr>
        <w:t xml:space="preserve">Congratulations to the owners and breeders of the two new champions made up the same weekend as Driffield at Northumberland and Durham Labrador Club Ch show under judges Sharon Lambert and Caron Morton. The  DCC his third and Best in Show was won by the yellow, Halshimoor Pitch Battle at Shannorrell JW. A very exciting day as he was from the very first litter bred solely by Mark and Jane Rawlinsons daughter, Lucy Rawlinson. I gather he is the Rawlinson/Balshaw /Halshimoor/Shanorrell family kennels 13th champion. </w:t>
      </w:r>
    </w:p>
    <w:p>
      <w:r>
        <w:rPr>
          <w:b w:val="0"/>
          <w:i w:val="0"/>
        </w:rPr>
        <w:t>The Dog RCC went to the BrownÃ¢â‚¬â„¢s black, Ramsayville Revolver.</w:t>
      </w:r>
    </w:p>
    <w:p>
      <w:r>
        <w:rPr>
          <w:b w:val="0"/>
          <w:i w:val="0"/>
        </w:rPr>
        <w:t xml:space="preserve">In the bitch ring congratulations to another relatively young breeder who also made up her first champion on the day. Charlotte Rowe, granddaughter of Marion and David Hopkinson (Rocheby) won a third CC with her home bred yellow Rochdale Once Upon a Time. </w:t>
      </w:r>
    </w:p>
    <w:p>
      <w:r>
        <w:rPr>
          <w:b w:val="0"/>
          <w:i w:val="0"/>
        </w:rPr>
        <w:t>The  RBCC went to Burnthorn Box Office.  Sorry no more results were forthcoming.</w:t>
      </w:r>
    </w:p>
    <w:p>
      <w:r>
        <w:rPr>
          <w:b w:val="0"/>
          <w:i w:val="0"/>
        </w:rPr>
        <w:t>A happy Kierston OÃ¢â‚¬â„¢Neil posted Ã¢â‚¬Å"Sunny Sunday at NWLRC open show with Sh Ch Ramsayville Tali JW who was placed 1st in Open bitch, Best Bitch and then Best in Show! Thank you very much to judge Mairi Scrimgeour Bown and well done to NWLRC for a great show!Ã¢â‚¬Â</w:t>
      </w:r>
    </w:p>
    <w:p>
      <w:r>
        <w:rPr>
          <w:b w:val="0"/>
          <w:i w:val="0"/>
        </w:rPr>
        <w:t>Schedules are now available for the two West of England Lab Club Championship shows on  6th &amp; 7th November!</w:t>
      </w:r>
    </w:p>
    <w:p>
      <w:r>
        <w:rPr>
          <w:b w:val="0"/>
          <w:i w:val="0"/>
        </w:rPr>
        <w:t>Online entries can be made at www.fossedata.co.uk. The judges on the Saturday are Leslie Dantinnes - dogs and Sue Marskell - bitches and on the Sunday MacBedford - dogs and Julia Lewis - bitches.</w:t>
      </w:r>
    </w:p>
    <w:p>
      <w:r>
        <w:rPr>
          <w:b w:val="0"/>
          <w:i w:val="0"/>
        </w:rPr>
        <w:t xml:space="preserve">Midland Counties Lab Club Championship show has drawn an entry of 158 dogs and Bitches for the event on 12th September 2021. The club is also holding an Open show where the entry is 103 dogs and bitches. </w:t>
      </w:r>
    </w:p>
    <w:p>
      <w:r>
        <w:rPr>
          <w:b w:val="0"/>
          <w:i w:val="0"/>
        </w:rPr>
        <w:t xml:space="preserve">After the initial novelty of the return of dog shows following the lengthy Covid lockdown, now, three months later, entries in our breed at the all breed Championship shows appear to be in free-fall. This is  presumably because those shows are much more expensive to enter than breed club shows and in general are proving very difficult for the average exhibitor who wasnÃ¢â‚¬â„¢t already in training for Olympic sports or had a previous  background in load carrying in Outward Bound or the Royal Marines. </w:t>
      </w:r>
    </w:p>
    <w:p>
      <w:r>
        <w:rPr>
          <w:b w:val="0"/>
          <w:i w:val="0"/>
        </w:rPr>
        <w:t xml:space="preserve">I gather getting from car park into the events, pitching tents in a position where the ring can be seen and not blocking anyoneÃ¢â‚¬â„¢s view, plus managing bouncing dogs,  heavy crates and  trolleys is not everyoneÃ¢â‚¬â„¢s idea of a good start  to a fun day out and, having tried it, many older exhibitors have now thrown in the towel and diverted to supporting  the easier and much cheaper club shows. Hopefully, benching will return to the large all breed shows next year and things will get back on track. </w:t>
      </w:r>
    </w:p>
    <w:p>
      <w:r>
        <w:rPr>
          <w:b w:val="0"/>
          <w:i w:val="0"/>
        </w:rPr>
        <w:t xml:space="preserve">Certainly with such low overall entries in all breeds at the most recent general championship shows one wonders how some societies will continue financially. </w:t>
      </w:r>
    </w:p>
    <w:p>
      <w:r>
        <w:rPr>
          <w:b w:val="0"/>
          <w:i w:val="0"/>
        </w:rPr>
        <w:t xml:space="preserve">Labrador total entries for Richmond and for  Darlington are numbered only in the 80s. I canÃ¢â‚¬â„¢t imagine the show costs being any way near covered when exhibitors of Labradors, normally the numerically top entry from all breeds at most general championship shows, have decided to give these shows a miss. Previous average Labrador entries were around 200- 250 dogs and bitches, a drop into the 80s is cataclysmic financially.  The only lure for exhibitors is that with less competition there is a much better chance of winning important top awards. </w:t>
      </w:r>
    </w:p>
    <w:p>
      <w:r>
        <w:rPr>
          <w:b w:val="0"/>
          <w:i w:val="0"/>
        </w:rPr>
        <w:t xml:space="preserve">I was so very saddened to read of the passing of Margaret Rooth. Greenworth Labradors. The kennels first champion was made up in 1976. Margaret was such a kind, gentle, friendly person , a championship show judge and skilled breeder, she was unassuming and quietly enjoyed her dogs and her Labrador friends. She and her late husband Barry, who was equally involved in the kennel and a championship show judge, were loved and respected by so many in the breed. They were long standing officials of Three Ridings Labrador Club. </w:t>
      </w:r>
    </w:p>
    <w:p>
      <w:r>
        <w:rPr>
          <w:b w:val="0"/>
          <w:i w:val="0"/>
        </w:rPr>
        <w:t>For those who wish to learn more, Richard Edward posted on Facebook, the section on the Greenworth kennel from his book as a fitting tribute to Margaret.</w:t>
      </w:r>
    </w:p>
    <w:p>
      <w:r>
        <w:rPr>
          <w:b w:val="0"/>
          <w:i w:val="0"/>
        </w:rPr>
        <w:t>Ã¢â‚¬Å"Mrs.M. Rooth bought a yellow bitch, Milkmaid, from Mesdames R. Lomas and J. Kneller (Candlemas). Milkmaid was sired by the strongly made, free moving and sound dog Sh.Ch. Longley Count On (K.C.S.B.No.3434BG b.06-05-1971) out of Candlemas April Mist (K.C.S.B.No.2615BG b.03-04-1970), a yellow C.C. winner. Eventually the bitch became Ch. Milkmaid of Greenworth (K.C.S.B.No.2317BK b.06-12-1973). Milkmaid was highly regarded in her day for her strength, her construction and balance and her type and, although she was very close to the top end for both size and femininity, she had a fine show career.</w:t>
      </w:r>
    </w:p>
    <w:p>
      <w:r>
        <w:rPr>
          <w:b w:val="0"/>
          <w:i w:val="0"/>
        </w:rPr>
        <w:t>Milkmaid won her C.C.Ã¢â‚¬â„¢s and qualified in 1976. Her first C.C. was won at the City of Birmingham under Mr.G. Leatt (Leatty), her second C.C. was won at the Yellow Labrador Club under Mrs.G. Broadley (Sandylands) and her third C.C. was won at the North West Labrador Retriever Club under Mr.P. Taylor (Brentville).</w:t>
      </w:r>
    </w:p>
    <w:p>
      <w:r>
        <w:rPr>
          <w:b w:val="0"/>
          <w:i w:val="0"/>
        </w:rPr>
        <w:t>Mrs.Rooth picked up the Longley breeding in Milkmaid and mated her to Longley Daybiday (K.C.S.B.No.2988BP b.25-08-1979) to produce Greenworth Stable Maid who was in turn mated to the ColesÃ¢â‚¬â„¢ substantial yellow Sh.Ch. Stajantors Dam Buster (K.C.S.B.No. 2488BS b.12-11-1981) to produce the yellow bitch Ch. Scartho Briar Crest (K.C.S.B.No. 251BW b.26-12-1984). Briar Crest was bred by Mrs.Rooth but owned by Mr.and Mrs.S. Smith (Scartho).</w:t>
      </w:r>
    </w:p>
    <w:p>
      <w:r>
        <w:rPr>
          <w:b w:val="0"/>
          <w:i w:val="0"/>
        </w:rPr>
        <w:t>Ch. Scartho Briar Crest was a top class show Labrador, she reflected perfectly the East Anglian yellow breeding which dominated her pedigree especially through her sire; on her damÃ¢â‚¬â„¢s side there was a lot of topflight Sandylands. Briar Crest was superbly balanced with as good an outline as one could wish to see, she had plenty of substance and had a proper but not exaggerated barrel of rib to give her good width, she was feminine and a lovely showgirl. Awarding her a C.C., Mrs.R. Hewitt (Newinn) wrote ...Ã¢â‚¬ÂYellow with the kindest of expressions. Her head is clean cut without any fleshiness about her cheeks and neck, ear carriage is very neat. Shoulders were long and sloping. Excellent topline, tail set and width of quarters. Well let down hocks and good second thigh. Strong bone and tight feet. Altogether was unexaggerated very well proportioned and balanced. This showed in her movement that is both collected and sound. Correct double coat in excellent bloom. So willing to please her handler and for me typically Labrador. C.C. and Best in Show.Ã¢â‚¬Â. Clearly, Mrs. Hewitt was impressed. For the author, who also awarded her a C.C., she was one of the best show Labradors of the last thirty years.</w:t>
      </w:r>
    </w:p>
    <w:p>
      <w:r>
        <w:rPr>
          <w:b w:val="0"/>
          <w:i w:val="0"/>
        </w:rPr>
        <w:t>Ch. Scartho Briar Crest won her first C.C. and B.I.S. in 1987 at the Midland Counties Labrador Retriever Club under Mrs.R. Hewitt, she won her second C.C. and B.I.S. at the Midland Counties L.R.C. in 1988 under Mr.R.L. Edwards (Lasgarn) and she won her third C.C. and B.I.S. at the East Anglian L.R.C. in 1989 under Mrs.D. Gardner (Novacroft). She qualified.</w:t>
      </w:r>
    </w:p>
    <w:p>
      <w:r>
        <w:rPr>
          <w:b w:val="0"/>
          <w:i w:val="0"/>
        </w:rPr>
        <w:t>Greenworth Stable Maid was mated to Cambremer Mr. Ross to produce Greenworth Huntsman (K.C.S.B.No.5017BY b.26-03-1986) the sire of Whipper-In at Greenworth. Whipper-In was the dam of Ch. Greenworth Dawn Run (K.C.S.B.No.3615CB b.17-03-1990). Mrs.Rooth had bought in a litter sister to Longley Daybiday, called Longley Danda of Greenworth who was the dam to a decent dog in Greenworth Dandy Brush (K.C.S.B.No. 4370BU b.19-12-1982). Dandy Brush was the maternal great grandfather to Ch.Greenworth Dawn Run. Dawn Run was sired by Sh.Ch. Darrygine Fancy Dancer (K.C.S.B.No. 688CA b.03-12-1988).</w:t>
      </w:r>
    </w:p>
    <w:p>
      <w:r>
        <w:rPr>
          <w:b w:val="0"/>
          <w:i w:val="0"/>
        </w:rPr>
        <w:t>Dawn Run won her first C.C. in 1993 at Darlington under Mrs.M.I. Satterthwaite (Lawnwood) and completed her title in 1994 at Cotswold and Wyevern L.R.C. under Mrs. A. Hepworth (Poolstead) and at Bournemouth under Mrs.J. Minns (Quokka) who wrote in her report...Ã¢â‚¬ÂLimit (20):  1. RoothÃ¢â‚¬â„¢s Greenworth Dawn Run, I judged her some time ago, she did not disappoint me then and certainly did not today. Really old-fashioned type, superb in conformation with excellent front, straight strong bone, lovely kind expression with good eye colour, excellent in neck and lay of shoulder and finally a good otter tail, has a good double coat which is slightly darker than most bitches today. C.C. which gave her title.Ã¢â‚¬Â.</w:t>
      </w:r>
    </w:p>
    <w:p>
      <w:r>
        <w:rPr>
          <w:b w:val="0"/>
          <w:i w:val="0"/>
        </w:rPr>
        <w:t>Placing the Greenworth kennel here reflects the considerable Longley influence behind their lines, but Greenworth does not fit easily into the Ã¢â‚¬Å"modern yellowÃ¢â‚¬Â grouping. Longley was an essentially modern yellow kennel but again, the important yellow male Sh.Ch. Longley Count On did not fit that neatly into the pattern, he was rather more rugged. Added to Count OnÃ¢â‚¬â„¢s ruggedness, the Greenworth lines went back to the essentially East Anglian lines represented by Mrs. KnellerÃ¢â‚¬â„¢s Candlemas breeding. As a result, the Greenworths are one of the few places were a rather more substantial, even slightly old-fashioned yellow can still be found.Ã¢â‚¬Â</w:t>
      </w:r>
    </w:p>
    <w:p>
      <w:r>
        <w:rPr>
          <w:b w:val="0"/>
          <w:i w:val="0"/>
        </w:rPr>
        <w:t>The Lab Club of Wales open show is to be held at Caerphilly on October 23rd where the judge is Katie Stewart. Schedules are available from the club Secretary, Margaret Barker or via the club website.</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