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- 09/02/2018 - ISSUE"</w:t>
      </w:r>
      <w:r>
        <w:br/>
      </w:r>
      <w:r>
        <w:rPr>
          <w:b w:val="0"/>
          <w:i w:val="0"/>
        </w:rPr>
        <w:br/>
        <w:t>date_original: "09/02/2018 - ISSUE"</w:t>
      </w:r>
      <w:r>
        <w:br/>
      </w:r>
      <w:r>
        <w:rPr>
          <w:b w:val="0"/>
          <w:i w:val="0"/>
        </w:rPr>
        <w:br/>
        <w:t>source_url: "https://www.ourdogs.co.uk/members/breednotes/RetrieverLabradorMain.php"</w:t>
      </w:r>
      <w:r>
        <w:br/>
      </w:r>
      <w:r>
        <w:rPr>
          <w:b w:val="0"/>
          <w:i w:val="0"/>
        </w:rPr>
        <w:br/>
        <w:t>scraped_at: "2026-09-13T15:23:52"</w:t>
      </w:r>
      <w:r>
        <w:br/>
      </w:r>
      <w:r>
        <w:rPr>
          <w:b w:val="0"/>
          <w:i w:val="0"/>
        </w:rPr>
        <w:br/>
        <w:t>word_count: 1040</w:t>
      </w:r>
    </w:p>
    <w:p>
      <w:r>
        <w:t>――――――――――――――――――――――――――――――</w:t>
      </w:r>
    </w:p>
    <w:p>
      <w:r>
        <w:rPr>
          <w:b w:val="0"/>
          <w:i w:val="0"/>
        </w:rPr>
        <w:t>NEWS MEMBERS' AREA SHOP SUBSCRIBE UPCOMING SHOWS MORE</w:t>
      </w:r>
    </w:p>
    <w:p>
      <w:r>
        <w:rPr>
          <w:b w:val="0"/>
          <w:i w:val="0"/>
        </w:rPr>
        <w:t>RETRIEVER LABRADOR</w:t>
      </w:r>
    </w:p>
    <w:p>
      <w:r>
        <w:rPr>
          <w:b w:val="0"/>
          <w:i w:val="0"/>
        </w:rPr>
        <w:t>Issue: 09/02/2018</w:t>
      </w:r>
    </w:p>
    <w:p>
      <w:r>
        <w:rPr>
          <w:b w:val="0"/>
          <w:i w:val="0"/>
        </w:rPr>
        <w:t xml:space="preserve">At last we've said good-bye to a wet chilly and sometimes snowy January. The nights are getting slightly longer with dusk after 5.30pm rather than by 3.30pm, which it had been on some of the darkest days around Christmas. Hopefully we will now progress into an early spring, followed by a boiling hot summer. I am ever the optimist! </w:t>
      </w:r>
    </w:p>
    <w:p>
      <w:r>
        <w:rPr>
          <w:b w:val="0"/>
          <w:i w:val="0"/>
        </w:rPr>
        <w:t>The snowdrops and bright yellow aconites are flowering bravely in the winter brown, muddy garden, with soil waiting to be replaced from the paths, back from whence it came, in the now waterlogged holes the dogs have dug over the winter.</w:t>
      </w:r>
    </w:p>
    <w:p>
      <w:r>
        <w:rPr>
          <w:b w:val="0"/>
          <w:i w:val="0"/>
        </w:rPr>
        <w:t xml:space="preserve">Early February heralded the third Championship show of the year, the first Breed club show, organised by the Labrador Retriever Club of Wales and held at Chepstow. The officers and committee headed by Secretary Margaret Barker and Chairman, Ronwein </w:t>
      </w:r>
    </w:p>
    <w:p>
      <w:r>
        <w:rPr>
          <w:b w:val="0"/>
          <w:i w:val="0"/>
        </w:rPr>
        <w:t xml:space="preserve">Phillips could not do enough for their Exhibitors. The whole event ran like clockwork.  A fabulously well organised show , the committee went that extra mile for their customers, the Exhibitors, from the early morning efficient help with car parking on arrival, (Thank you, the ever enthusiastic Steph), through the cheery greeting and a Welsh cake to replenish energy levels at the entrance door; even a kind gentleman to  help carry heavy dog crates indoors from the car park, if required and Yes, I was very pleased to accept. </w:t>
      </w:r>
    </w:p>
    <w:p>
      <w:r>
        <w:rPr>
          <w:b w:val="0"/>
          <w:i w:val="0"/>
        </w:rPr>
        <w:t xml:space="preserve">With this attention, who could not enjoy themselves. All agreed, it was a very happy show. There was plenty of room for crates, equally well organised in rows and their planned placing overseen by a committee member. Every committee member appeared to have a designated job and did it really well. The show is well settled in at this venue, which is excellent news following the abandonment of the Kennel Clubs idea of investing in a Canine event venue in conjunction with nearby Chepstow Racecourse. </w:t>
      </w:r>
    </w:p>
    <w:p>
      <w:r>
        <w:rPr>
          <w:b w:val="0"/>
          <w:i w:val="0"/>
        </w:rPr>
        <w:t>The two green carpeted rings were of a good size and made a wonderfully large space in which to show off movement when opened up completely for the challenges later in the day.</w:t>
      </w:r>
    </w:p>
    <w:p>
      <w:r>
        <w:rPr>
          <w:b w:val="0"/>
          <w:i w:val="0"/>
        </w:rPr>
        <w:t xml:space="preserve">Another plus point was the most generous prize money for all class placings. Sadly, although </w:t>
      </w:r>
    </w:p>
    <w:p>
      <w:r>
        <w:rPr>
          <w:b w:val="0"/>
          <w:i w:val="0"/>
        </w:rPr>
        <w:t>I was in the prize money,  my puppy spent it well before we even got home, as, during the journey back, he managed to work the smart black show lead, little by little from the safety of the rear seat of the car into his crate and slowly and quietly chewed it up into tiny little lengths, only fit for tying up very narrow rose stems in the summer!</w:t>
      </w:r>
    </w:p>
    <w:p>
      <w:r>
        <w:rPr>
          <w:b w:val="0"/>
          <w:i w:val="0"/>
        </w:rPr>
        <w:t>There was an entry of 231 dogs and bitches for judges Joan Woodall (dogs) and Jean Louis Blais of the Chablais Kennel in Canada (bitches). Judging in both rings appeared knowledgeable, well considered and impartial, making it absorbing to watch with excellent line ups at the CC deciding time.</w:t>
      </w:r>
    </w:p>
    <w:p>
      <w:r>
        <w:rPr>
          <w:b w:val="0"/>
          <w:i w:val="0"/>
        </w:rPr>
        <w:t>A new Champion was made up on the day; the first for 2018, Christine Bailiss's eye catching home bred yellow dog, Tissalian Hi Jack JW who has been knocking on the door for a while now. He won his first CC at Midland Counties CA in the autumn of 2017 under David Hopkinson.</w:t>
      </w:r>
    </w:p>
    <w:p>
      <w:r>
        <w:rPr>
          <w:b w:val="0"/>
          <w:i w:val="0"/>
        </w:rPr>
        <w:t xml:space="preserve">His second CC under Mairi Brown with  Group 4 that day under Richard Stafford just a three weeks ago at Boston and now his third at LRC Wales. Very Well Done Christine. </w:t>
      </w:r>
    </w:p>
    <w:p>
      <w:r>
        <w:rPr>
          <w:b w:val="0"/>
          <w:i w:val="0"/>
        </w:rPr>
        <w:t>Most kindly, Secretary Margaret Barker, ably assisted by her husband, Trevor, has sent in details of the main winners in her report on the show, so I will not double up.</w:t>
      </w:r>
    </w:p>
    <w:p>
      <w:r>
        <w:rPr>
          <w:b w:val="0"/>
          <w:i w:val="0"/>
        </w:rPr>
        <w:t xml:space="preserve">"The Labrador Retriever Club Of Wales's 38th Championship Show was held on Saturday February 3rd in Chepstow. Dogs were judged by Mrs. Joan Woodall with Mr. Jean-Louis Blais from Canada judging the Bitches. The referee was Mrs. Lucy Kent. A total of 231 dogs produced 299 class entries. </w:t>
      </w:r>
    </w:p>
    <w:p>
      <w:r>
        <w:rPr>
          <w:b w:val="0"/>
          <w:i w:val="0"/>
        </w:rPr>
        <w:t xml:space="preserve">With the agreement of both judges, B.I.S. was awarded to the Dog C.C. winner from the Yearling class, Chris Bailiss's Tissalian Hi Jack J.W. (Sh.Ch. Rocheby Hornblower/Tissalian Hide And Seek), winning his all important 3rd C.C. </w:t>
      </w:r>
    </w:p>
    <w:p>
      <w:r>
        <w:rPr>
          <w:b w:val="0"/>
          <w:i w:val="0"/>
        </w:rPr>
        <w:t>Reserve B.I.S. was awarded to the Bitch C.C. and Open Bitch winner, Derek and Fiona Braddon's Sh.Ch. Trendlewood Silent Night J.W. (Sh.Ch. Rocheby State Occasion/Trendlewood Craklin' Rosie) winning her 4th CC.</w:t>
      </w:r>
    </w:p>
    <w:p>
      <w:r>
        <w:rPr>
          <w:b w:val="0"/>
          <w:i w:val="0"/>
        </w:rPr>
        <w:t>The Reserve Dog C.C. went to Rowley's Special Beginners Dog winner, Treantagh Rainbow Warrior J.W. (Sh.Ch. Mattand Exodus J.W./Mattand Look To The Future At Trentagh) with the Reserve Bitch C.C. going to Miss Lewis's Puppy Bitch, Ramsayville Rags To Riches At Crammondkirk (Sh.Ch. Brighton Sarrocenia (Imp. Pol.)/Clearcreek Bonaventure Wild As The Wind (Imp.USA)).</w:t>
      </w:r>
    </w:p>
    <w:p>
      <w:r>
        <w:rPr>
          <w:b w:val="0"/>
          <w:i w:val="0"/>
        </w:rPr>
        <w:t>Best Puppy In Show was Mrs. McGillivray's Minor Puppy Dog, Antonine Charley Barley (Ch. Mocnys Knoxville/Tweedledum Listed Online With Antonine).</w:t>
      </w:r>
    </w:p>
    <w:p>
      <w:r>
        <w:rPr>
          <w:b w:val="0"/>
          <w:i w:val="0"/>
        </w:rPr>
        <w:t>Best Veteran was the Faulkner's 10 Â¾ year old Bitch, Lewisan Look At Me (Carromers Bojangle/Lewisan Lou Lou). Full results are available at www.labclubofwales.co.uk."</w:t>
      </w:r>
    </w:p>
    <w:p>
      <w:r>
        <w:rPr>
          <w:b w:val="0"/>
          <w:i w:val="0"/>
        </w:rPr>
        <w:t>Thank you Margaret and Trevor.</w:t>
      </w:r>
    </w:p>
    <w:p>
      <w:r>
        <w:rPr>
          <w:b w:val="0"/>
          <w:i w:val="0"/>
        </w:rPr>
        <w:t>A reminder, Optigen are again offering their best ever discounts off DNA tests at Val Tiller's postal Optigen 20/20 Clinic, shipping 20th February.</w:t>
      </w:r>
    </w:p>
    <w:p>
      <w:r>
        <w:rPr>
          <w:b w:val="0"/>
          <w:i w:val="0"/>
        </w:rPr>
        <w:t xml:space="preserve">Labradors are invited to be DNA tested for prcd-PRA RD/OSD, HNPK, ACHM, CNM, EIC, HUU, NARC &amp; SD2.  Full details and test kits available now at val.tiller@talk21.com or Tel: (01372) 273597.  </w:t>
      </w:r>
    </w:p>
    <w:p>
      <w:r>
        <w:rPr>
          <w:b w:val="0"/>
          <w:i w:val="0"/>
        </w:rPr>
        <w:t>East Anglian  Lab Club will be held on March 3rd, at Godmanchester, postal entries close on 5th Feb and online on 12th Feb. Judges are Margaret Coddington (Dogs) and Mandy Stewart (Bitches).</w:t>
      </w:r>
    </w:p>
    <w:p>
      <w:r>
        <w:rPr>
          <w:b w:val="0"/>
          <w:i w:val="0"/>
        </w:rPr>
        <w:t xml:space="preserve">Ann Britton </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