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- 6 Apr 2007"</w:t>
      </w:r>
      <w:r>
        <w:br/>
      </w:r>
      <w:r>
        <w:rPr>
          <w:b w:val="0"/>
          <w:i w:val="0"/>
        </w:rPr>
        <w:br/>
        <w:t>date_original: "6 Apr 2007"</w:t>
      </w:r>
      <w:r>
        <w:br/>
      </w:r>
      <w:r>
        <w:rPr>
          <w:b w:val="0"/>
          <w:i w:val="0"/>
        </w:rPr>
        <w:br/>
        <w:t>source_url: "https://www.ourdogs.co.uk/members/breednotes/2007/RetrieverLabrador/RetrieverLabrador-apr6.htm"</w:t>
      </w:r>
      <w:r>
        <w:br/>
      </w:r>
      <w:r>
        <w:rPr>
          <w:b w:val="0"/>
          <w:i w:val="0"/>
        </w:rPr>
        <w:br/>
        <w:t>archive_type: "static_html"</w:t>
      </w:r>
      <w:r>
        <w:br/>
      </w:r>
      <w:r>
        <w:rPr>
          <w:b w:val="0"/>
          <w:i w:val="0"/>
        </w:rPr>
        <w:br/>
        <w:t>scraped_at: "2026-09-13T22:06:24"</w:t>
      </w:r>
      <w:r>
        <w:br/>
      </w:r>
      <w:r>
        <w:rPr>
          <w:b w:val="0"/>
          <w:i w:val="0"/>
        </w:rPr>
        <w:br/>
        <w:t>word_count: 1132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Cotswold and Wyevern LRC are holding a novice dog/novice handler working training day and working test, on 14th April 2007, at the home of David and Carole Coode, Warringah Valley View, Nr Fownhope, Herefordshire. HR1 4PU. The instructor will be Annie Wales, and the event will start at 9am. Bring a packed lunch. For further information contact Lynne Minchella on 01242620635</w:t>
      </w:r>
    </w:p>
    <w:p>
      <w:r>
        <w:rPr>
          <w:b w:val="0"/>
          <w:i w:val="0"/>
        </w:rPr>
        <w:t>Also on a Gundog training note, Joy Venturi Rose advises that there was an error in the information recently mailed from the Labrador Retriever Club regarding the date for the LRC Show Gundog Training day. The correct date is the 5th May 2007; the same day as the annual Water Tests, (not 28th May as stated). It will be held at Kingsley, Hampshire.</w:t>
      </w:r>
    </w:p>
    <w:p>
      <w:r>
        <w:rPr>
          <w:b w:val="0"/>
          <w:i w:val="0"/>
        </w:rPr>
        <w:t>The trainers will be Eileen Ayling, ably assisted by Tanya Stapley. This event is once again being held by popular request from those who attended the previous training-day two years ago. Joy encourages you all to ‘come and have a try (and some fun) at training your dogs’. For further information and to pre-book your place please contact Joy Venturi Rose on joy@leospring.fsnet.co.uk</w:t>
      </w:r>
    </w:p>
    <w:p>
      <w:r>
        <w:rPr>
          <w:b w:val="0"/>
          <w:i w:val="0"/>
        </w:rPr>
        <w:t>Non-member show-Labrador owners are also welcome, although places will be initially allocated to Labrador Retriever Club members.</w:t>
      </w:r>
    </w:p>
    <w:p>
      <w:r>
        <w:rPr>
          <w:b w:val="0"/>
          <w:i w:val="0"/>
        </w:rPr>
        <w:t>Congratulations to Linda Thompson, whose black bitch, Meadowline Midway Lady JW, has just gained the final points for her Sh CM subject to KC conformation. Well done.</w:t>
      </w:r>
    </w:p>
    <w:p>
      <w:r>
        <w:rPr>
          <w:b w:val="0"/>
          <w:i w:val="0"/>
        </w:rPr>
        <w:t>I was horrified to read that a visitor to Crufts had fallen on Allen Parton’s faithful assistance dog Endal, and that Endal was slightly injured. Good news comes from Allen, who writes, "Gosh aren't the doggie-loving population just so caring. On hearing through the media that my faithful assistance dog Endal was injured at Crufts this year, Endal's email has been inundated with get-well emails from all around the world; two hundred and fifty to date. I wonder if Endal knows just how many folk genuinely care about him and how special he is to so many?</w:t>
      </w:r>
    </w:p>
    <w:p>
      <w:r>
        <w:rPr>
          <w:b w:val="0"/>
          <w:i w:val="0"/>
        </w:rPr>
        <w:t>I would like to echo the content of the many letters and press articles about how special the Crufts veterinary team are. One never truly appreciates those working behind the scenes at Crufts if all goes well, but it is their rapid response and actions that can alleviate the hurt and suffering of an injured dog more rapidly than if one was at home.</w:t>
      </w:r>
    </w:p>
    <w:p>
      <w:r>
        <w:rPr>
          <w:b w:val="0"/>
          <w:i w:val="0"/>
        </w:rPr>
        <w:t>Whenever Endal hurts himself, I tend to go to mush anyway, despite twenty years of military training, the emotion one feels around an injured animal has no bounds. The kindness shown to both of us by these unsung heroes in the veterinary office is humbling and thank you never seems enough, but it is said from the heart."</w:t>
      </w:r>
    </w:p>
    <w:p>
      <w:r>
        <w:rPr>
          <w:b w:val="0"/>
          <w:i w:val="0"/>
        </w:rPr>
        <w:t>Allen continues - "an urgent update is called for. After a weeks R and R, "post" Crufts, Endal was still a little sore around his neck. But in true labrador style, that didn't stop him terrorising the squirrels and rabbits whilst out on his daily walks over the South Downs. The second week he has improved greatly and even attended the annual Pet Food manufacturers association Lunch (PFMA) in London, where he was served his own special dish of beef.</w:t>
      </w:r>
    </w:p>
    <w:p>
      <w:r>
        <w:rPr>
          <w:b w:val="0"/>
          <w:i w:val="0"/>
        </w:rPr>
        <w:t>Even magician Paul Daniels would have been impressed the way Endal made it disappear in a flash.</w:t>
      </w:r>
      <w:r>
        <w:br/>
      </w:r>
      <w:r>
        <w:rPr>
          <w:b w:val="0"/>
          <w:i w:val="0"/>
        </w:rPr>
        <w:br/>
        <w:t>This week I can safely say he is back to his normal ways and has even started to be mischievous by giving me bits of rubbish out of the paper bin, so that I give him a reward.</w:t>
      </w:r>
    </w:p>
    <w:p>
      <w:r>
        <w:rPr>
          <w:b w:val="0"/>
          <w:i w:val="0"/>
        </w:rPr>
        <w:t>He makes it look like he has retrieved it from the floor...who is teaching who, I ask myself!</w:t>
      </w:r>
      <w:r>
        <w:br/>
      </w:r>
      <w:r>
        <w:rPr>
          <w:b w:val="0"/>
          <w:i w:val="0"/>
        </w:rPr>
        <w:br/>
        <w:t>Anyway I am really pleased to report that the Allen and Endal partnership are back to full fitness and thank you all so much for being such a caring lot. Endal means so much to me. Every so often I have to ask myself what I have ever done that deserves his unconditional love and devotion over the last ten years.</w:t>
      </w:r>
    </w:p>
    <w:p>
      <w:r>
        <w:rPr>
          <w:b w:val="0"/>
          <w:i w:val="0"/>
        </w:rPr>
        <w:t>To look into the eyes of an ill dog and not be able to make them better straight away is probably the hardest thing an owner can do, but lots of cuddles and fussing can go along way though.</w:t>
      </w:r>
    </w:p>
    <w:p>
      <w:r>
        <w:rPr>
          <w:b w:val="0"/>
          <w:i w:val="0"/>
        </w:rPr>
        <w:t>Ah, yet another piece of paper has just been delivered to my lap! Allen and Endal.</w:t>
      </w:r>
      <w:r>
        <w:br/>
      </w:r>
      <w:r>
        <w:rPr>
          <w:b w:val="0"/>
          <w:i w:val="0"/>
        </w:rPr>
        <w:br/>
        <w:t>Many thanks for this lovely update Allen. So good to hear the positive news of Endal's recovery. I must say I felt quite outraged when I read that ‘our’ Endal had been rudely squashed and injured by a human!</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