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- 28/01/2011"</w:t>
      </w:r>
      <w:r>
        <w:br/>
      </w:r>
      <w:r>
        <w:rPr>
          <w:b w:val="0"/>
          <w:i w:val="0"/>
        </w:rPr>
        <w:br/>
        <w:t>date_original: "28/01/2011"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"2026-09-13T22:49:27"</w:t>
      </w:r>
      <w:r>
        <w:br/>
      </w:r>
      <w:r>
        <w:rPr>
          <w:b w:val="0"/>
          <w:i w:val="0"/>
        </w:rPr>
        <w:br/>
        <w:t>word_count: 755</w:t>
      </w:r>
    </w:p>
    <w:p>
      <w:r>
        <w:t>――――――――――――――――――――――――――――――</w:t>
      </w:r>
    </w:p>
    <w:p>
      <w:r>
        <w:rPr>
          <w:b w:val="0"/>
          <w:i w:val="0"/>
        </w:rPr>
        <w:t>NEWS MEMBERS' AREA SHOP SUBSCRIBE UPCOMING SHOWS MORE</w:t>
      </w:r>
    </w:p>
    <w:p>
      <w:r>
        <w:rPr>
          <w:b w:val="0"/>
          <w:i w:val="0"/>
        </w:rPr>
        <w:t>RETRIEVER LABRADOR</w:t>
      </w:r>
    </w:p>
    <w:p>
      <w:r>
        <w:rPr>
          <w:b w:val="0"/>
          <w:i w:val="0"/>
        </w:rPr>
        <w:t>Issue: 28/01/2011</w:t>
      </w:r>
    </w:p>
    <w:p>
      <w:r>
        <w:rPr>
          <w:b w:val="0"/>
          <w:i w:val="0"/>
        </w:rPr>
        <w:t>Northumberland &amp; Durham Labrador Club are holding an Eye Testing Clinic -at Bowburn Community Centre, Co Durham (just off the A1M) on Saturday 5th February 2011. The BVA eye panelist is Mr. S Ellis. For more info or an appointment please contact Mr. K Roberts on 0191 267 2563</w:t>
      </w:r>
    </w:p>
    <w:p>
      <w:r>
        <w:rPr>
          <w:b w:val="0"/>
          <w:i w:val="0"/>
        </w:rPr>
        <w:t>My dogs, who couldn't care less that the winter is vile, chilly and damp, still remind me that they need their daily exercise, despite it being freezing cold outside and completely uncharitable to humans. Wrapped up to the nines under several jackets,  hat pulled down, wellies on, I dutifully trudge beside them along the muddy lanes, thinking that as well as keeping their bodies in good muscular shape, I will perhaps be working off a few of my own extra calories. However, reading the following sent in by Maureen Rees, I could easily be persuaded to forget the whole healthy-walking business and stay cosily indoors until the sun gains some respectable warmth in the spring.</w:t>
      </w:r>
    </w:p>
    <w:p>
      <w:r>
        <w:rPr>
          <w:b w:val="0"/>
          <w:i w:val="0"/>
        </w:rPr>
        <w:t>"TO HECK WITH EXERCISE!" 1.  If walking is so good for your health, why is the postman not immortal? 2.  A whale swims all day; it only eats fish and drinks water, yet it is fat. 3.  A rabbit runs and hops about all day, yet only lives 15 years. 4.  A turtle doesn't run; he does nothing ... yet lives for 450 years.</w:t>
      </w:r>
    </w:p>
    <w:p>
      <w:r>
        <w:rPr>
          <w:b w:val="0"/>
          <w:i w:val="0"/>
        </w:rPr>
        <w:t>Concluding the records for 2010, here are the details of the 23 Bitch CC winners of 2010. There were 13yellows,  1 chocolate and 9 blacks. 11CCs and 7 BOB. Richard Staffords yellow. Sh Ch Kimvalley Star Attraction of Farnfield JW ShCM. Crufts - B Rooth. KSS LRC - J Hodge. Southern Counties</w:t>
      </w:r>
      <w:r>
        <w:rPr>
          <w:b w:val="0"/>
          <w:i/>
        </w:rPr>
        <w:t xml:space="preserve"> - F Whitbread. Three Counties</w:t>
      </w:r>
      <w:r>
        <w:rPr>
          <w:b w:val="0"/>
          <w:i w:val="0"/>
        </w:rPr>
        <w:t xml:space="preserve"> - K Walsh. Border Union Maurice Givan. Leeds</w:t>
      </w:r>
      <w:r>
        <w:rPr>
          <w:b w:val="0"/>
          <w:i/>
        </w:rPr>
        <w:t xml:space="preserve"> - R Hewitt. National Gundog- J Lewis. Yellow Lab Club</w:t>
      </w:r>
      <w:r>
        <w:rPr>
          <w:b w:val="0"/>
          <w:i w:val="0"/>
        </w:rPr>
        <w:t xml:space="preserve"> M O'Donaghue.</w:t>
      </w:r>
    </w:p>
    <w:p>
      <w:r>
        <w:rPr>
          <w:b w:val="0"/>
          <w:i w:val="0"/>
        </w:rPr>
        <w:t xml:space="preserve">West of England Lab Club </w:t>
      </w:r>
      <w:r>
        <w:rPr>
          <w:b w:val="0"/>
          <w:i/>
        </w:rPr>
        <w:t>- R Wiles. Gundog Breeds Scotland</w:t>
      </w:r>
      <w:r>
        <w:rPr>
          <w:b w:val="0"/>
          <w:i w:val="0"/>
        </w:rPr>
        <w:t xml:space="preserve"> Janet Cole. Joint Labrador Club</w:t>
      </w:r>
      <w:r>
        <w:rPr>
          <w:b w:val="0"/>
          <w:i/>
        </w:rPr>
        <w:t xml:space="preserve"> - T Pascoe. 3CCs 2BOBs. Rosemary and Desmond Airey's yellow. Sh Ch Ronsard Me Celebrait. Midland Counties LRC. Lab Club of Scotland</w:t>
      </w:r>
      <w:r>
        <w:rPr>
          <w:b w:val="0"/>
          <w:i w:val="0"/>
        </w:rPr>
        <w:t xml:space="preserve"> David Craig. Midland Counties LRC - Joan Walters. City of Birmingham</w:t>
      </w:r>
      <w:r>
        <w:rPr>
          <w:b w:val="0"/>
          <w:i/>
        </w:rPr>
        <w:t xml:space="preserve"> - Alan Taylor. Chris and Claire Mills yellow. Sh Ch Lembas Mama Mia JW. Manchester</w:t>
      </w:r>
      <w:r>
        <w:rPr>
          <w:b w:val="0"/>
          <w:i w:val="0"/>
        </w:rPr>
        <w:t xml:space="preserve"> Angela Williams. Windsor* - Margaret Grant. Driffield - Erica Jayes. Tracy James chocolate. Sh Ch Ranzham Miss Starlight JW</w:t>
      </w:r>
    </w:p>
    <w:p>
      <w:r>
        <w:rPr>
          <w:b w:val="0"/>
          <w:i w:val="0"/>
        </w:rPr>
        <w:t>Three Ridings Lab Club</w:t>
      </w:r>
      <w:r>
        <w:rPr>
          <w:b w:val="0"/>
          <w:i/>
        </w:rPr>
        <w:t xml:space="preserve"> - Jim Nolan. National Dog Show - Elise Nolan. Gundog Society of Wales</w:t>
      </w:r>
      <w:r>
        <w:rPr>
          <w:b w:val="0"/>
          <w:i w:val="0"/>
        </w:rPr>
        <w:t>- Jo Wade. 2CCs 1BOB at. Judith Charltons Yellow. SH Ch Sretlaw Spring Connection with Foxrush. Labrador Club of Wales</w:t>
      </w:r>
      <w:r>
        <w:rPr>
          <w:b w:val="0"/>
          <w:i/>
        </w:rPr>
        <w:t xml:space="preserve"> - Marion Hopkinson. WELKS - Mo Paremain. Ms Ivers yellow, Sh Ch Ir Sh Ch Philipstown Liscoda. Lab Club of N Ireland - Fiona Braddon. East of England</w:t>
      </w:r>
      <w:r>
        <w:rPr>
          <w:b w:val="0"/>
          <w:i w:val="0"/>
        </w:rPr>
        <w:t xml:space="preserve"> - Vic Cole. Sue Merrills yellow Brockburrow Dream Maker for Gostwyck. Blackpool - F Somerfield. North West LRC</w:t>
      </w:r>
      <w:r>
        <w:rPr>
          <w:b w:val="0"/>
          <w:i/>
        </w:rPr>
        <w:t xml:space="preserve"> - J Venturi Rose. Hodges black. Naiken Xclusive Dream. SKC (Aug)  Andrew Brown. Darlington</w:t>
      </w:r>
      <w:r>
        <w:rPr>
          <w:b w:val="0"/>
          <w:i w:val="0"/>
        </w:rPr>
        <w:t xml:space="preserve"> L Blunt. McGillivrays yellow. Sh Ch Ir Sh Ch Antonine Allure JW</w:t>
      </w:r>
    </w:p>
    <w:p>
      <w:r>
        <w:rPr>
          <w:b w:val="0"/>
          <w:i w:val="0"/>
        </w:rPr>
        <w:t>Belfast</w:t>
      </w:r>
      <w:r>
        <w:rPr>
          <w:b w:val="0"/>
          <w:i/>
        </w:rPr>
        <w:t>- Freda Marshall. SWKA - David Nightingale. 2CCs. 1CC 1BOB. Jane Wojcik's black. Courtrose Celtic Ebony. Labrador Retriever Club. Anne Lavelles yellow. Crosscroyde Lady Katinka JW. WKC</w:t>
      </w:r>
      <w:r>
        <w:rPr>
          <w:b w:val="0"/>
          <w:i w:val="0"/>
        </w:rPr>
        <w:t xml:space="preserve"> Fiona Coward Scholes. 1CC. Marlene Heppers Black. Sh Ch Mardas Vanity Fair JW. Boston - Maxine Crocker Williams. Les Brabbans black. Foulby Queenstown of Cambremer. SKC (May) - John Jackson. Judith Charltons yellow. Foxrush Ovaltine JW. Bath - Gordon Williams. Mr Garner Anthony and Erica Jayes black, Sh Ch Sandylands Tread Softly. East Anglian Labrador Club -Rosemary Hewitt. Ann Taylors black. Sh Ch Fabracken Remember Me. Cotswold and Wyevern LRC - Peter Palmer. Bott and Allen's yellow. Sh Ch Allenies Ophelia. Paignton - David Bell. Craig and Williams black. Foulby The Duchess.</w:t>
      </w:r>
    </w:p>
    <w:p>
      <w:r>
        <w:rPr>
          <w:b w:val="0"/>
          <w:i w:val="0"/>
        </w:rPr>
        <w:t>Bournemouth - J Crook. Brian and Trish Parrotts black. Naiken Yelenda at Lougin. Richmond- R Stafford. Lorraine Tooths yellow. Ludalor Lancastria Chardonnay JW. URC- D Coode. Hodge family's black Lindall Nadia at Naiken. Northumberland and Durham LRC - E Jackson. Allens yellow. Allenies on the Move to Mandursan. Midland Counties CS - B Sweigart (USA). Linda Sutcliffes yellow. Crawcrook Odd Soxs. LKA- Ann Britton</w:t>
      </w:r>
    </w:p>
    <w:p>
      <w:r>
        <w:rPr>
          <w:b w:val="0"/>
          <w:i w:val="0"/>
        </w:rPr>
        <w:t>Ann Britton</w:t>
      </w:r>
    </w:p>
    <w:p>
      <w:r>
        <w:rPr>
          <w:b w:val="0"/>
          <w:i w:val="0"/>
        </w:rPr>
        <w:t>Tel: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