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- 05/07/2013"</w:t>
      </w:r>
      <w:r>
        <w:br/>
      </w:r>
      <w:r>
        <w:rPr>
          <w:b w:val="0"/>
          <w:i w:val="0"/>
        </w:rPr>
        <w:br/>
        <w:t>date_original: "05/07/2013"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"2026-09-13T22:43:36"</w:t>
      </w:r>
      <w:r>
        <w:br/>
      </w:r>
      <w:r>
        <w:rPr>
          <w:b w:val="0"/>
          <w:i w:val="0"/>
        </w:rPr>
        <w:br/>
        <w:t>word_count: 1553</w:t>
      </w:r>
    </w:p>
    <w:p>
      <w:r>
        <w:t>――――――――――――――――――――――――――――――</w:t>
      </w:r>
    </w:p>
    <w:p>
      <w:r>
        <w:rPr>
          <w:b w:val="0"/>
          <w:i w:val="0"/>
        </w:rPr>
        <w:t>NEWS MEMBERS' AREA SHOP SUBSCRIBE UPCOMING SHOWS MORE</w:t>
      </w:r>
    </w:p>
    <w:p>
      <w:r>
        <w:rPr>
          <w:b w:val="0"/>
          <w:i w:val="0"/>
        </w:rPr>
        <w:t>RETRIEVER LABRADOR</w:t>
      </w:r>
    </w:p>
    <w:p>
      <w:r>
        <w:rPr>
          <w:b w:val="0"/>
          <w:i w:val="0"/>
        </w:rPr>
        <w:t>Issue: 05/07/2013</w:t>
      </w:r>
    </w:p>
    <w:p>
      <w:r>
        <w:rPr>
          <w:b w:val="0"/>
          <w:i w:val="0"/>
        </w:rPr>
        <w:t>Last week heralded the sad news of three deaths in our doggy world.</w:t>
      </w:r>
    </w:p>
    <w:p>
      <w:r>
        <w:rPr>
          <w:b w:val="0"/>
          <w:i w:val="0"/>
        </w:rPr>
        <w:t>Betty Lamming (Lowna) passed away at the family home in Yorkshire, where she lived with her daughter and son-in law. Betty was 96 years old.</w:t>
      </w:r>
    </w:p>
    <w:p>
      <w:r>
        <w:rPr>
          <w:b w:val="0"/>
          <w:i w:val="0"/>
        </w:rPr>
        <w:t>Amongst other Labradors she bred under the Lowna prefix, in 1966, she bred the yellow dog , Sh Ch Lowna Suffolk Gem (Ch Reanacre Mallardhurn Thunder x Ch Rookwood Silver Moonlight) and in 1969, the yellow bitch, Sh Ch Lowna Suffolk Rhus. Betty also bred and showed goats very successfully. A warm, kind hearted, friendly lady, Betty awarded CCs in Labradors.</w:t>
      </w:r>
    </w:p>
    <w:p>
      <w:r>
        <w:rPr>
          <w:b w:val="0"/>
          <w:i w:val="0"/>
        </w:rPr>
        <w:t>She was President of East Riding Gundog Society right to the end and previously had served for very many years on Three Ridings Labrador Club committee where she was Cup Steward in charge of all the beautifully polished trophies. Our sincere condolences go to Betty's family.</w:t>
      </w:r>
    </w:p>
    <w:p>
      <w:r>
        <w:rPr>
          <w:b w:val="0"/>
          <w:i w:val="0"/>
        </w:rPr>
        <w:t>At Windsor championship show we learnt with horror of the untimely death of Gordon Howells. I understand he fell from a ladder the previous day.</w:t>
      </w:r>
    </w:p>
    <w:p>
      <w:r>
        <w:rPr>
          <w:b w:val="0"/>
          <w:i w:val="0"/>
        </w:rPr>
        <w:t>Gordon was a founder member of the Labrador Club of Wales and in his time served as Secretary and later President of the club. He bred Labradors under the Brynseion affix, making up the yellow Sh Ch Brynseion Berti and several CCand RCC winners. He bred the yellow bitch, Brynseion Gabriella, dam of Franco Barberi's first UK champion Sh Ch. It. Ger Ch  Amber, who is behind Francos earlier champions, It. Ch. Loch Mor Sunshine and It. Ch. Loch Mor Shamrock.</w:t>
      </w:r>
    </w:p>
    <w:p>
      <w:r>
        <w:rPr>
          <w:b w:val="0"/>
          <w:i w:val="0"/>
        </w:rPr>
        <w:t>I understand, Gordons good friends, Ronwein Phillips and Richard Edwards are kindly writing an obituary for next weeks breed notes. Our thoughts are with Gordons wife, at this dreadfully sad time.</w:t>
      </w:r>
    </w:p>
    <w:p>
      <w:r>
        <w:rPr>
          <w:b w:val="0"/>
          <w:i w:val="0"/>
        </w:rPr>
        <w:t>Those of you who have ever needed the services of a Vet at championship shows such as LKA, or, until a few years ago the National, will be sad to hear the news that show vet, Louise Harrington has passed away. As well as having her own Veterinary practice, she showed and bred Bernese Mountain dogs. I gather Louise had been ill for a few months and passed away in hospital.</w:t>
      </w:r>
    </w:p>
    <w:p>
      <w:r>
        <w:rPr>
          <w:b w:val="0"/>
          <w:i w:val="0"/>
        </w:rPr>
        <w:t>My dogs never cease to amuse me and whilst watching the television coverage of the Sharapova Wimbledon Ladies tennis match, I glanced sideways to see three, more or less identical black bitches, sitting like statues, upright in a row, each one firmly concentrating on the TV screen and the two tennis-playing ladies on the screen, each player trying to out-scream and out screech the other with every shot they took.</w:t>
      </w:r>
    </w:p>
    <w:p>
      <w:r>
        <w:rPr>
          <w:b w:val="0"/>
          <w:i w:val="0"/>
        </w:rPr>
        <w:t>The dogs sat aghast, open mouthed with amazement at the racket (excuse the pun) these two women were making. Glad to say the noisiest one of the two tennis players got beaten!!</w:t>
      </w:r>
    </w:p>
    <w:p>
      <w:r>
        <w:rPr>
          <w:b w:val="0"/>
          <w:i w:val="0"/>
        </w:rPr>
        <w:t>Gundogs at Windsor championship show were on Thursday 27th June. The day was pleasant, dry and warm. The showground was a picture, meticulously manicured to perfection. Our judge was Joy Venturi Rose. From an entry of 163 the Dog CC and BOB went to the Hodges black Ch Naiken Zephyr JW, with the RCC going to the Rawlinsons black Sh Ch Fullwell Fly High to Halshimoor. The Bitch CC was a second for Rachael Williams yellow, Millerdan Vision of Love JW ShCm and the Bitch RCC went to Lorraine Tooths black Ludalor Elderberry JW. Best Puppy was David Coodes yellow, Warringahs Maal Ki. Interestingly both the CC winners came from the Good Citizens class.</w:t>
      </w:r>
    </w:p>
    <w:p>
      <w:r>
        <w:rPr>
          <w:b w:val="0"/>
          <w:i w:val="0"/>
        </w:rPr>
        <w:t>I had a thoroughly enjoyable day out, taking only one bitch, my black 6 months old puppy Georgiana, to her very first championship show. She was named after my late husband George, who so loved his black Labrador bitches.</w:t>
      </w:r>
    </w:p>
    <w:p>
      <w:r>
        <w:rPr>
          <w:b w:val="0"/>
          <w:i w:val="0"/>
        </w:rPr>
        <w:t>It is always lovely to watch young puppies coping with the new sights and sounds of the world.</w:t>
      </w:r>
    </w:p>
    <w:p>
      <w:r>
        <w:rPr>
          <w:b w:val="0"/>
          <w:i w:val="0"/>
        </w:rPr>
        <w:t>Born a singleton, she is used to coping alone with no littermates. She took to it all like a duck to water; the long journey in the car with no other dogs; walking in to the show and seeing all the other funny looking dogs which weren't Labradors; a drooling Spinone especially took her immediate fancy. She happily wagged and bounced her way into the show. We passed the Golden Retrievers camping outside by their ring with enough furniture for a family day out, and walked on to the benching tent, stopping to chat with friends as we went.</w:t>
      </w:r>
    </w:p>
    <w:p>
      <w:r>
        <w:rPr>
          <w:b w:val="0"/>
          <w:i w:val="0"/>
        </w:rPr>
        <w:t>Benching her was a dream, no problem; benching chain and collar on, nice drink of water. I could see her thinking, " ok, so what happens now? I just sit here and wait for you to come back? OK. Right that's fine."</w:t>
      </w:r>
    </w:p>
    <w:p>
      <w:r>
        <w:rPr>
          <w:b w:val="0"/>
          <w:i w:val="0"/>
        </w:rPr>
        <w:t>I peeped at her every couple of minutes, lying down, relaxed as though she had been benched at a show all her life.</w:t>
      </w:r>
    </w:p>
    <w:p>
      <w:r>
        <w:rPr>
          <w:b w:val="0"/>
          <w:i w:val="0"/>
        </w:rPr>
        <w:t>Later we went a walk around the showground. Well, the joy of seeing other odd looking breeds (odd to her as they weren't Labradors). The sight of them put her in the equivalent of canine giggles. She jumped in the air for joy every time she saw a new breed.  "Whoopee! Why are those dogs such funny colours, different shapes and sizes ?".</w:t>
      </w:r>
    </w:p>
    <w:p>
      <w:r>
        <w:rPr>
          <w:b w:val="0"/>
          <w:i w:val="0"/>
        </w:rPr>
        <w:t>Eventually, lunchtime came and went and it was time to go in the ring for her very first Minor Puppy class.</w:t>
      </w:r>
    </w:p>
    <w:p>
      <w:r>
        <w:rPr>
          <w:b w:val="0"/>
          <w:i w:val="0"/>
        </w:rPr>
        <w:t>Well, need I have worried? She showed like an old hand, I think she recalled the packets of biscuits she had won in the "dog with the waggiest tail" competition two weeks previously and did a repeat non stop wag, just in case there was another edible prize at this show too.</w:t>
      </w:r>
    </w:p>
    <w:p>
      <w:r>
        <w:rPr>
          <w:b w:val="0"/>
          <w:i w:val="0"/>
        </w:rPr>
        <w:t>Sadly, no food this time, but a blue, Crufts qualifying, second prize card, which everyone ringside thought a hoot as I am the Crufts judge so she obviously wont be going!</w:t>
      </w:r>
    </w:p>
    <w:p>
      <w:r>
        <w:rPr>
          <w:b w:val="0"/>
          <w:i w:val="0"/>
        </w:rPr>
        <w:t>It was a thoroughly enjoyable day. Alison Scutcher just about had to be held down bursting with pride having won the Good Citizens Stakes class and Â£50 prize-money. Being a Tax Officer I hope she declares it? Is that un-earned income or capital gains?</w:t>
      </w:r>
    </w:p>
    <w:p>
      <w:r>
        <w:rPr>
          <w:b w:val="0"/>
          <w:i w:val="0"/>
        </w:rPr>
        <w:t>All in all a good day out until the journey home when the rains came heavily and the motorway home ground to a halt, but that's all part of a day out at a dog show, isn't it?</w:t>
      </w:r>
    </w:p>
    <w:p>
      <w:r>
        <w:rPr>
          <w:b w:val="0"/>
          <w:i w:val="0"/>
        </w:rPr>
        <w:t>Congratulation to Louise Lewis, whose yellow dog Crammondkirk All the Gossip</w:t>
      </w:r>
    </w:p>
    <w:p>
      <w:r>
        <w:rPr>
          <w:b w:val="0"/>
          <w:i w:val="0"/>
        </w:rPr>
        <w:t>(Sh Ch Follies Ivar x Steeleigh Express Wish at Crammondkirk) has achieved his Junior Warrant at just eight months. What a thrill. He has to be one of the youngest Labradors to do so, coupled with the fact that Louise lives in Scotland, this is a great achievement.</w:t>
      </w:r>
    </w:p>
    <w:p>
      <w:r>
        <w:rPr>
          <w:b w:val="0"/>
          <w:i w:val="0"/>
        </w:rPr>
        <w:t>Do remember the Labrador Garden Party which is being held on 13th July at Michael and Judi Neachells home, Well field House, Orgreave, Alrewas, Burton upon Trent Staffs DE13 7DH. from 12noon. Open to Labradors of any age; but puppies must be fully vaccinated. Entry fees for classes are Â£1.50 each entry. There will be four Puppy classes  -12 weeks to 4 months, 4 months to 6months, 6months to 9months and 9months to 12months.</w:t>
      </w:r>
    </w:p>
    <w:p>
      <w:r>
        <w:rPr>
          <w:b w:val="0"/>
          <w:i w:val="0"/>
        </w:rPr>
        <w:t>There will also be two veteran classes and a scurry, plus various fun races and Good Citizen dog Scheme (Bronze Award). Plenty of Refreshments, the Club shop, Produce stall and a raffle.</w:t>
      </w:r>
    </w:p>
    <w:p>
      <w:r>
        <w:rPr>
          <w:b w:val="0"/>
          <w:i w:val="0"/>
        </w:rPr>
        <w:t>Opthamologist, John Goodyear will be on hand for annual KC/BVA eye testing at Â£36 per dog.</w:t>
      </w:r>
    </w:p>
    <w:p>
      <w:r>
        <w:rPr>
          <w:b w:val="0"/>
          <w:i w:val="0"/>
        </w:rPr>
        <w:t>Contact Michael and Judi Neachell if you hope to attend, to give some idea of numbers to cater for. emails michaelandjudi@wellfieldhouse.freeserve.co.uk</w:t>
      </w:r>
    </w:p>
    <w:p>
      <w:r>
        <w:rPr>
          <w:b w:val="0"/>
          <w:i w:val="0"/>
        </w:rPr>
        <w:t>Advance notice of East Anglian Lab Club Advanced Judging Seminar on Sunday 22nd September 2013 starting at 9.30am Venue: The Turner Hall, Church Lane, Newmarket, Suffolk CB8 0HL. Book your place by 1 August 2013. Contact the Secretary, Mrs J Cole, Stajantor, Station Farm, Manea, Cambs. PE15 0HQ</w:t>
      </w:r>
    </w:p>
    <w:p>
      <w:r>
        <w:rPr>
          <w:b w:val="0"/>
          <w:i w:val="0"/>
        </w:rPr>
        <w:t>Tel: 01354 680375. Email: janet.cole@virgin.net</w:t>
      </w:r>
    </w:p>
    <w:p>
      <w:r>
        <w:rPr>
          <w:b w:val="0"/>
          <w:i w:val="0"/>
        </w:rPr>
        <w:t>Morning Session: Advanced Breed Presentation by Mrs Rosemary Hewitt followed by an opportunity for students to go over the dogs with a Championship Show Judge.</w:t>
      </w:r>
    </w:p>
    <w:p>
      <w:r>
        <w:rPr>
          <w:b w:val="0"/>
          <w:i w:val="0"/>
        </w:rPr>
        <w:t>Afternoon session: Students will undertake Breed Assessment.</w:t>
      </w:r>
    </w:p>
    <w:p>
      <w:r>
        <w:rPr>
          <w:b w:val="0"/>
          <w:i w:val="0"/>
        </w:rPr>
        <w:t>Successful candidates will receive a Pass Certificate.</w:t>
      </w:r>
    </w:p>
    <w:p>
      <w:r>
        <w:rPr>
          <w:b w:val="0"/>
          <w:i w:val="0"/>
        </w:rPr>
        <w:t>Observers will not participate in the afternoon session and their attendance is therefore optional.</w:t>
      </w:r>
    </w:p>
    <w:p>
      <w:r>
        <w:rPr>
          <w:b w:val="0"/>
          <w:i w:val="0"/>
        </w:rPr>
        <w:t>Note: Students must be on the Labrador Breed Council's B list or above, or</w:t>
      </w:r>
    </w:p>
    <w:p>
      <w:r>
        <w:rPr>
          <w:b w:val="0"/>
          <w:i w:val="0"/>
        </w:rPr>
        <w:t>be approved by the Kennel Club to award CCs in another breed.</w:t>
      </w:r>
    </w:p>
    <w:p>
      <w:r>
        <w:rPr>
          <w:b w:val="0"/>
          <w:i w:val="0"/>
        </w:rPr>
        <w:t>Observers of any level of experience welcome</w:t>
      </w:r>
    </w:p>
    <w:p>
      <w:r>
        <w:rPr>
          <w:b w:val="0"/>
          <w:i w:val="0"/>
        </w:rPr>
        <w:t>Students Â£50* / Observers Â£25 Cheques should be made payable to East Anglian Labrador Retriever Club</w:t>
      </w:r>
    </w:p>
    <w:p>
      <w:r>
        <w:rPr>
          <w:b w:val="0"/>
          <w:i w:val="0"/>
        </w:rPr>
        <w:t>Price includes morning tea/coffee, lunch, and afternoon tea/coffee *Includes a copy of 'An Interpretation of the Extended Labrador Breed Standard' by Rosemary Hewitt.</w:t>
      </w:r>
    </w:p>
    <w:p>
      <w:r>
        <w:rPr>
          <w:b w:val="0"/>
          <w:i w:val="0"/>
        </w:rPr>
        <w:t>Additional copies will be available for purchase (Â£7.50) by observers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