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- 15/03/2013"</w:t>
      </w:r>
      <w:r>
        <w:br/>
      </w:r>
      <w:r>
        <w:rPr>
          <w:b w:val="0"/>
          <w:i w:val="0"/>
        </w:rPr>
        <w:br/>
        <w:t>date_original: "15/03/2013"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"2026-09-13T22:44:20"</w:t>
      </w:r>
      <w:r>
        <w:br/>
      </w:r>
      <w:r>
        <w:rPr>
          <w:b w:val="0"/>
          <w:i w:val="0"/>
        </w:rPr>
        <w:br/>
        <w:t>word_count: 1089</w:t>
      </w:r>
    </w:p>
    <w:p>
      <w:r>
        <w:t>――――――――――――――――――――――――――――――</w:t>
      </w:r>
    </w:p>
    <w:p>
      <w:r>
        <w:rPr>
          <w:b w:val="0"/>
          <w:i w:val="0"/>
        </w:rPr>
        <w:t>NEWS MEMBERS' AREA SHOP SUBSCRIBE UPCOMING SHOWS MORE</w:t>
      </w:r>
    </w:p>
    <w:p>
      <w:r>
        <w:rPr>
          <w:b w:val="0"/>
          <w:i w:val="0"/>
        </w:rPr>
        <w:t>RETRIEVER LABRADOR</w:t>
      </w:r>
    </w:p>
    <w:p>
      <w:r>
        <w:rPr>
          <w:b w:val="0"/>
          <w:i w:val="0"/>
        </w:rPr>
        <w:t>Issue: 15/03/2013</w:t>
      </w:r>
    </w:p>
    <w:p>
      <w:r>
        <w:rPr>
          <w:b w:val="0"/>
          <w:i w:val="0"/>
        </w:rPr>
        <w:t>Well, that's another Crufts wrapped up, but what a memorable show it was this year in so many ways.</w:t>
      </w:r>
    </w:p>
    <w:p>
      <w:r>
        <w:rPr>
          <w:b w:val="0"/>
          <w:i w:val="0"/>
        </w:rPr>
        <w:t>Watching the closing evening's TV coverage, hands up all those who didn't have a tear in their eye when the Friends for Life winner was announced; with 54% of the viewers votes, over the four days of the splendid More4 TV coverage of the show, went to the little boy Owen and his large faithful three legged rescue dog, Haatchi.</w:t>
      </w:r>
    </w:p>
    <w:p>
      <w:r>
        <w:rPr>
          <w:b w:val="0"/>
          <w:i w:val="0"/>
        </w:rPr>
        <w:t>What a lovely win. I know I had a big lump in my throat and shed a tear; it was absolutely delightful. It would be a very hard-hearted person who didn't agree and recognise the joy this lovely dog brings to his young handicapped owner and vice versa; a true friend for life.</w:t>
      </w:r>
    </w:p>
    <w:p>
      <w:r>
        <w:rPr>
          <w:b w:val="0"/>
          <w:i w:val="0"/>
        </w:rPr>
        <w:t>After that on the television followed all the excitement of seeing our breed's Best of Breed winner, who had splendidly won the Gundog Group under Zena Thorne Andrews the day before, Franco Barberi's yellow dog,  It Ch Loch Mor Romeo  win Reserve Best in Show under Geoff Corish. Repeat that - Reserve Best in Show at Crufts! Such things do not normally happen to Labradors and it was lovely to see for once one of our breed doing so well in top class, all breed competition.  Very Many Congratulations go to Franco and Romeo.</w:t>
      </w:r>
    </w:p>
    <w:p>
      <w:r>
        <w:rPr>
          <w:b w:val="0"/>
          <w:i w:val="0"/>
        </w:rPr>
        <w:t>One thing, which strikes me every year, is whether the blast from a loud fanfare of trumpets to herald all the Group winners from the four days of the show into the vast green carpeted Best in Show ring is such a brilliant idea.</w:t>
      </w:r>
    </w:p>
    <w:p>
      <w:r>
        <w:rPr>
          <w:b w:val="0"/>
          <w:i w:val="0"/>
        </w:rPr>
        <w:t>As a show spectacle I can accept it is impressive and for the human ear, although loud it is bearable, but has anyone ever considered how such a majestic fanfare is received by the Group winning dogs at such an important time, when about to enter the Best in Show ring of the most important show in the world?</w:t>
      </w:r>
    </w:p>
    <w:p>
      <w:r>
        <w:rPr>
          <w:b w:val="0"/>
          <w:i w:val="0"/>
        </w:rPr>
        <w:t>I live opposite the village church and when the church bells ring my dogs join in and howl loudly until the bell ringing racket stops. Dogs hearing is so much more intense than we humans; in the case of Crufts, it is the end of a long and exciting show for both dogs and handlers. TV cameras are rolling, still cameras are flashing all around, spotlights are darting too and fro and crowds are all around, cheering loudly. The commentator is giving his introduction to the audience.</w:t>
      </w:r>
    </w:p>
    <w:p>
      <w:r>
        <w:rPr>
          <w:b w:val="0"/>
          <w:i w:val="0"/>
        </w:rPr>
        <w:t>Having coped with all this the poor dogs who are waiting to put on their absolute best performance are then ear- blasted by the blessed fanfare. I never did think it was a good idea and I still don't!</w:t>
      </w:r>
    </w:p>
    <w:p>
      <w:r>
        <w:rPr>
          <w:b w:val="0"/>
          <w:i w:val="0"/>
        </w:rPr>
        <w:t>Our judges for 2013 were Elise Nolan who judged  226 Dogs and Tom Grant who judged 264 Bitches; a total of 490 dogs and bitches; the top entry of the show drawn from all over Europe.</w:t>
      </w:r>
    </w:p>
    <w:p>
      <w:r>
        <w:rPr>
          <w:b w:val="0"/>
          <w:i w:val="0"/>
        </w:rPr>
        <w:t>The winners were Dog CC, Best of Breed, Gundog Group 1 and Reserve Best in Show - Italian exhibitor, Franco Barbari's yellow dog It Ch Loch Mor Romeo (Int Ch Charm Bluveil Mr Darcy x Sh Ch It Ch Loch Mor Sugar). I understand Franco had driven all the way from Italy the night before.</w:t>
      </w:r>
    </w:p>
    <w:p>
      <w:r>
        <w:rPr>
          <w:b w:val="0"/>
          <w:i w:val="0"/>
        </w:rPr>
        <w:t>Dog RCC winner was Linda McGillivray and Valimo's yellow, Waterlines Le Bon (Int Ch Ahti spen of Finnwoods x Waterlines Rosalie). The</w:t>
      </w:r>
    </w:p>
    <w:p>
      <w:r>
        <w:rPr>
          <w:b w:val="0"/>
          <w:i w:val="0"/>
        </w:rPr>
        <w:t>Bitch CC, her second was won by Miss L A Lewis's black, Suttonpark Simone at Crammondkirk (Sh Ch Suttonpark Manifesto x  Carpenny Worth it for Suttonpark) and the Bitch RCC went to Judith Charltons yellow, Sh Ch Foxrush Remember the Time JW (Sh Ch Lindall Redemption x Foxrush Scarlet O'Hara JW)</w:t>
      </w:r>
    </w:p>
    <w:p>
      <w:r>
        <w:rPr>
          <w:b w:val="0"/>
          <w:i w:val="0"/>
        </w:rPr>
        <w:t>Best Puppy was the yellow bitch Swanslake Melissa (It Ch Loch Mor Romeo x Swanslake Mafalda) another classic exhibit from Italy owned by Mr A Fontana. Her name rang a bell and on looking I see from my records she qualified for Crufts 2013 under me as a 7months old Minor Puppy when I judged Richmond last year. How lovely to hear of her doing so well at Crufts.</w:t>
      </w:r>
    </w:p>
    <w:p>
      <w:r>
        <w:rPr>
          <w:b w:val="0"/>
          <w:i w:val="0"/>
        </w:rPr>
        <w:t>The ringside seemed more packed than the last couple of years but maybe that was because this year Gundogs were shown at the weekend and not on a work day.</w:t>
      </w:r>
    </w:p>
    <w:p>
      <w:r>
        <w:rPr>
          <w:b w:val="0"/>
          <w:i w:val="0"/>
        </w:rPr>
        <w:t>My feet lasted out, and at the end of the long day I was grateful to have my comfy spare shoes at the ready for the trek back to the car-park. By the time I was home, my dog sitter had fed all the dogs and pups, and all I had to do was sit down with a glass of wine and watch the recorded Gundog Group under judge Zena Thorne Andrews. I thought there were some very impressive Gundogs on show and from all these the Labrador won! Wow!</w:t>
      </w:r>
    </w:p>
    <w:p>
      <w:r>
        <w:rPr>
          <w:b w:val="0"/>
          <w:i w:val="0"/>
        </w:rPr>
        <w:t>So, that's it for Crufts 2013. I hope everyone enjoyed their day, showing dogs, shopping, chatting to old friends and putting the dog world to rights. Now we can look forward to the spring and summer shows and qualifying for next years Crufts all over again.</w:t>
      </w:r>
    </w:p>
    <w:p>
      <w:r>
        <w:rPr>
          <w:b w:val="0"/>
          <w:i w:val="0"/>
        </w:rPr>
        <w:t>On the Open show scene, at Coventry Gundog Society Show under judge Margaret Barker, Best of Breed was Warringah's Merriwagga JW who went to be Reserve Best In Show under Di Arrowsmith.</w:t>
      </w:r>
    </w:p>
    <w:p>
      <w:r>
        <w:rPr>
          <w:b w:val="0"/>
          <w:i w:val="0"/>
        </w:rPr>
        <w:t>Best Puppy in the Breed was Mrs S Wiles Richbourne Olympic Spirit.  Ch Warringah's Gundaroo won the AV Champion and the Special Field Trial/Working Class under Di Arrowsmith.</w:t>
      </w:r>
    </w:p>
    <w:p>
      <w:r>
        <w:rPr>
          <w:b w:val="0"/>
          <w:i w:val="0"/>
        </w:rPr>
        <w:t>News from Jo and Andy Metcalfe, their yellow dog, Bilbo Baggins by Baileydale was Reserve Best dog in Match at the prestigious East Anglian Super Match 2013. Judges were Mary Deets, Gavin Robinson (who won Best in Show at Crufts 2013) and</w:t>
      </w:r>
    </w:p>
    <w:p>
      <w:r>
        <w:rPr>
          <w:b w:val="0"/>
          <w:i w:val="0"/>
        </w:rPr>
        <w:t>Interestingly, Bilbo Baggin's son, Baileydale Nosey Parker was Best Puppy at the same East Anglian match two yeas ago in 2011.</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