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- 26/09/2014 - ISSUE"</w:t>
      </w:r>
      <w:r>
        <w:br/>
      </w:r>
      <w:r>
        <w:rPr>
          <w:b w:val="0"/>
          <w:i w:val="0"/>
        </w:rPr>
        <w:br/>
        <w:t>date_original: "26/09/2014 - ISSUE"</w:t>
      </w:r>
      <w:r>
        <w:br/>
      </w:r>
      <w:r>
        <w:rPr>
          <w:b w:val="0"/>
          <w:i w:val="0"/>
        </w:rPr>
        <w:br/>
        <w:t>source_url: "https://www.ourdogs.co.uk/members/breednotes/RetrieverLabradorMain.php"</w:t>
      </w:r>
      <w:r>
        <w:br/>
      </w:r>
      <w:r>
        <w:rPr>
          <w:b w:val="0"/>
          <w:i w:val="0"/>
        </w:rPr>
        <w:br/>
        <w:t>scraped_at: "2026-09-13T15:33:17"</w:t>
      </w:r>
      <w:r>
        <w:br/>
      </w:r>
      <w:r>
        <w:rPr>
          <w:b w:val="0"/>
          <w:i w:val="0"/>
        </w:rPr>
        <w:br/>
        <w:t>word_count: 644</w:t>
      </w:r>
    </w:p>
    <w:p>
      <w:r>
        <w:t>――――――――――――――――――――――――――――――</w:t>
      </w:r>
    </w:p>
    <w:p>
      <w:r>
        <w:rPr>
          <w:b w:val="0"/>
          <w:i w:val="0"/>
        </w:rPr>
        <w:t>NEWS MEMBERS' AREA SHOP SUBSCRIBE UPCOMING SHOWS MORE</w:t>
      </w:r>
    </w:p>
    <w:p>
      <w:r>
        <w:rPr>
          <w:b w:val="0"/>
          <w:i w:val="0"/>
        </w:rPr>
        <w:t>RETRIEVER LABRADOR</w:t>
      </w:r>
    </w:p>
    <w:p>
      <w:r>
        <w:rPr>
          <w:b w:val="0"/>
          <w:i w:val="0"/>
        </w:rPr>
        <w:t>Issue: 26/09/2014</w:t>
      </w:r>
    </w:p>
    <w:p>
      <w:r>
        <w:rPr>
          <w:b w:val="0"/>
          <w:i w:val="0"/>
        </w:rPr>
        <w:t>East Anglian Labrador Retriever Club Open show will be held on 1st November 2014 at the Leisure and Sports Centre, Littleport, Ely, Cambs CB6 1PU. The judge is Huw Bishop (Brynlluan)</w:t>
      </w:r>
    </w:p>
    <w:p>
      <w:r>
        <w:rPr>
          <w:b w:val="0"/>
          <w:i w:val="0"/>
        </w:rPr>
        <w:t>Paper entries close on 6th October 2014 and on-line entries close at midnight on 13th October 2014</w:t>
      </w:r>
    </w:p>
    <w:p>
      <w:r>
        <w:rPr>
          <w:b w:val="0"/>
          <w:i w:val="0"/>
        </w:rPr>
        <w:t>There will be ample free car parking, plenty of space for cages, free tea and coffee on arrival and hot food available all day. Contact Janet Cole, Station Farm, Manea, Cambs PE15 0HQ for more details tel 01354 680 375 email  janet.cole@virgin.net</w:t>
      </w:r>
    </w:p>
    <w:p>
      <w:r>
        <w:rPr>
          <w:b w:val="0"/>
          <w:i w:val="0"/>
        </w:rPr>
        <w:t>Driffield championship show was held on Friday 19th September. The judge was Maurice Givan (Sudeo). The winners were Dog CC, his first, David Coodes yellow Junior, Warringah's Perth JW (Ch Warringah's Gundaroo x Warringah's Camira Creek); the Dog RCC was won by Penny Carpanini's yellow Limit winner, Carpenny Melrose. The Bitch CC, her first, and Best of Breed was won by Fiona Braddons yellow yearling Trendlewood Silent Night JW (Sh Ch Rocheby State Occasion x Trendlewood Cracklin Rosie)</w:t>
      </w:r>
    </w:p>
    <w:p>
      <w:r>
        <w:rPr>
          <w:b w:val="0"/>
          <w:i w:val="0"/>
        </w:rPr>
        <w:t>The Bitch RCC was won by Chris Woods black Lougin Secret Spy at Sundyke; such a thrill for her owner after spending time recently recuperating from surgery. Best Puppy was Caroline Campbells yellow Binnaig Just Blonde. Hailey Brambles won the Driffield Breedres Stakes on Gundog Day with her well matched trio of classic blacks. Well done to you all.</w:t>
      </w:r>
    </w:p>
    <w:p>
      <w:r>
        <w:rPr>
          <w:b w:val="0"/>
          <w:i w:val="0"/>
        </w:rPr>
        <w:t>Warringah's Perth's CC at Driffield notched up the 100th  Labrador CC for David and Carole Coodes Warringah kennels, with 25 Warringah owned Labradors winning the 100 CCs and all but one being homebred. The kennel has also won 102 Labrador Res CCs. What a wonderful record.</w:t>
      </w:r>
    </w:p>
    <w:p>
      <w:r>
        <w:rPr>
          <w:b w:val="0"/>
          <w:i w:val="0"/>
        </w:rPr>
        <w:t>Dave Wilmshurst writes: "Eileen and I are very pleased that Sophie, Mandamay Bayonce, has joined her brother, Fred, Mandamay Fedde le Grand JW Sh CM, on attaining her Show Certificate of Merit, Sh CM. It is most interesting to note that most of Fred and Sophies points were gained from all-rounders, the majority of whom praised their fitness and movement. Food for thought!"</w:t>
      </w:r>
    </w:p>
    <w:p>
      <w:r>
        <w:rPr>
          <w:b w:val="0"/>
          <w:i w:val="0"/>
        </w:rPr>
        <w:t>Dave continues, "How many other brothers and sisters in our breed have achieved the ShCM award?"and goes on to say that he feels the Sh CM Award is harder to achieve than a Junior Warrant and feels it would be interesting if there was a permanent record compiled of all the Labrador Sh CM winners. Perhaps something for the year book editors to consider? Dave would be interested to hear your feedback on this topic.</w:t>
      </w:r>
    </w:p>
    <w:p>
      <w:r>
        <w:rPr>
          <w:b w:val="0"/>
          <w:i w:val="0"/>
        </w:rPr>
        <w:t>Julia Lewis, Honorary Secretary of, Midland Counties Labrador Retriever Club writes,</w:t>
      </w:r>
    </w:p>
    <w:p>
      <w:r>
        <w:rPr>
          <w:b w:val="0"/>
          <w:i w:val="0"/>
        </w:rPr>
        <w:t>'MCLRC are pleased to inform everyone that we now have a new Year Book Editor in Mrs Jenny Dobson.  Jenny's address is 88 Church Lane, Bessacarr, Doncaster, South Yorkshire DN4 6QD, contact telephone number 07887 840723 and email address jredobson@hotmail.com . All kennel reviews, adverts and articles should be sent directly to Jenny with immediate effect and not to the Secretary.</w:t>
      </w:r>
    </w:p>
    <w:p>
      <w:r>
        <w:rPr>
          <w:b w:val="0"/>
          <w:i w:val="0"/>
        </w:rPr>
        <w:t>All copy for inclusion in the 2015 Club Year Book will be accepted until the closing date which is 31 October 2014.  A little latitude can be allowed for Field Trial wins but our time table is very tight so please check with the Editor if you have a problem.'</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