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- 21/08/2020 - ISSUE"</w:t>
      </w:r>
      <w:r>
        <w:br/>
      </w:r>
      <w:r>
        <w:rPr>
          <w:b w:val="0"/>
          <w:i w:val="0"/>
        </w:rPr>
        <w:br/>
        <w:t>date_original: "21/08/2020 - ISSUE"</w:t>
      </w:r>
      <w:r>
        <w:br/>
      </w:r>
      <w:r>
        <w:rPr>
          <w:b w:val="0"/>
          <w:i w:val="0"/>
        </w:rPr>
        <w:br/>
        <w:t>source_url: "https://www.ourdogs.co.uk/members/breednotes/RetrieverLabradorMain.php"</w:t>
      </w:r>
      <w:r>
        <w:br/>
      </w:r>
      <w:r>
        <w:rPr>
          <w:b w:val="0"/>
          <w:i w:val="0"/>
        </w:rPr>
        <w:br/>
        <w:t>scraped_at: "2026-09-13T15:16:51"</w:t>
      </w:r>
      <w:r>
        <w:br/>
      </w:r>
      <w:r>
        <w:rPr>
          <w:b w:val="0"/>
          <w:i w:val="0"/>
        </w:rPr>
        <w:br/>
        <w:t>word_count: 2331</w:t>
      </w:r>
    </w:p>
    <w:p>
      <w:r>
        <w:t>――――――――――――――――――――――――――――――</w:t>
      </w:r>
    </w:p>
    <w:p>
      <w:r>
        <w:rPr>
          <w:b w:val="0"/>
          <w:i w:val="0"/>
        </w:rPr>
        <w:t>NEWS MEMBERS' AREA SHOP SUBSCRIBE UPCOMING SHOWS MORE</w:t>
      </w:r>
    </w:p>
    <w:p>
      <w:r>
        <w:rPr>
          <w:b w:val="0"/>
          <w:i w:val="0"/>
        </w:rPr>
        <w:t>RETRIEVER LABRADOR</w:t>
      </w:r>
    </w:p>
    <w:p>
      <w:r>
        <w:rPr>
          <w:b w:val="0"/>
          <w:i w:val="0"/>
        </w:rPr>
        <w:t>Issue: 21/08/2020</w:t>
      </w:r>
    </w:p>
    <w:p>
      <w:r>
        <w:rPr>
          <w:b w:val="0"/>
          <w:i w:val="0"/>
        </w:rPr>
        <w:t>What fabulous news, Michelle Morgan is making a slow recovery from the Covid 19 infection which has laid her very low for several months. At last she is feeling bright enough to take a peep at Facebook and has copied and pasted an amusingly apt suggestion for parents whose children expect everything each Christmas, despite the cost and possibility of parental unemployment ahead.</w:t>
      </w:r>
    </w:p>
    <w:p>
      <w:r>
        <w:rPr>
          <w:b w:val="0"/>
          <w:i w:val="0"/>
        </w:rPr>
        <w:t>It read "If you want to save money at Christmas, now is the time to tell the kids Santa didn't make it through the pandemic!"</w:t>
      </w:r>
    </w:p>
    <w:p>
      <w:r>
        <w:rPr>
          <w:b w:val="0"/>
          <w:i w:val="0"/>
        </w:rPr>
        <w:t>Good one! Michelle can say this having had the awful Covid.</w:t>
      </w:r>
    </w:p>
    <w:p>
      <w:r>
        <w:rPr>
          <w:b w:val="0"/>
          <w:i w:val="0"/>
        </w:rPr>
        <w:t xml:space="preserve">Searching online for something else, I came across a list of items I had purchased on Amazon over a couple of years and smiled at their eventual ending, thanks to Labradors. </w:t>
      </w:r>
    </w:p>
    <w:p>
      <w:pPr>
        <w:pStyle w:val="ListNumber"/>
      </w:pPr>
      <w:r>
        <w:rPr>
          <w:b w:val="0"/>
          <w:i w:val="0"/>
        </w:rPr>
        <w:br/>
      </w:r>
      <w:r>
        <w:rPr>
          <w:b w:val="0"/>
          <w:i w:val="0"/>
        </w:rPr>
        <w:t xml:space="preserve">Spotted yellow/white spotted waterproof waxed tablecloth for summerhouse. Pulled down by hungry lab to get an obviously "lost" biscuit off the table and torn. </w:t>
      </w:r>
      <w:r>
        <w:rPr>
          <w:b w:val="0"/>
          <w:i w:val="0"/>
        </w:rPr>
        <w:br/>
      </w:r>
    </w:p>
    <w:p>
      <w:pPr>
        <w:pStyle w:val="ListNumber"/>
      </w:pPr>
      <w:r>
        <w:rPr>
          <w:b w:val="0"/>
          <w:i w:val="0"/>
        </w:rPr>
        <w:br/>
      </w:r>
      <w:r>
        <w:rPr>
          <w:b w:val="0"/>
          <w:i w:val="0"/>
        </w:rPr>
        <w:t>Inflatable blue Collar for pet protection after surgery. Good idea. Lasted about five minutes. Chewed and deflated. Then ripped up by others.</w:t>
      </w:r>
      <w:r>
        <w:rPr>
          <w:b w:val="0"/>
          <w:i w:val="0"/>
        </w:rPr>
        <w:br/>
      </w:r>
    </w:p>
    <w:p>
      <w:pPr>
        <w:pStyle w:val="ListNumber"/>
      </w:pPr>
      <w:r>
        <w:rPr>
          <w:b w:val="0"/>
          <w:i w:val="0"/>
        </w:rPr>
        <w:br/>
      </w:r>
      <w:r>
        <w:rPr>
          <w:b w:val="0"/>
          <w:i w:val="0"/>
        </w:rPr>
        <w:t xml:space="preserve">Luxury Carpet-covered Steps/ stairs (not ramp) for aged Labrador to climb into the back of the car. Her reaction standing on the first step? "Ahhhh. I'm 15cm off the ground. I might fall". Big enormous leap off bottom step, Any direction bar towards the car. Steps abandoned and never approached again. </w:t>
      </w:r>
      <w:r>
        <w:rPr>
          <w:b w:val="0"/>
          <w:i w:val="0"/>
        </w:rPr>
        <w:br/>
      </w:r>
    </w:p>
    <w:p>
      <w:pPr>
        <w:pStyle w:val="ListNumber"/>
      </w:pPr>
      <w:r>
        <w:rPr>
          <w:b w:val="0"/>
          <w:i w:val="0"/>
        </w:rPr>
        <w:br/>
      </w:r>
      <w:r>
        <w:rPr>
          <w:b w:val="0"/>
          <w:i w:val="0"/>
        </w:rPr>
        <w:t>Large folding wagon/ cart for carrying clobber into dog shows. No shows! Maybe next year?</w:t>
      </w:r>
      <w:r>
        <w:rPr>
          <w:b w:val="0"/>
          <w:i w:val="0"/>
        </w:rPr>
        <w:br/>
      </w:r>
    </w:p>
    <w:p>
      <w:r>
        <w:rPr>
          <w:b w:val="0"/>
          <w:i w:val="0"/>
        </w:rPr>
        <w:t>We have had torrential rain and out of this world, hour upon hour, spectacular Son et Lumiere type thunder and lightning. The Labradors snoozed throughout the long overnight hours it went on for. However Mabel, the Jack Russell wasn't at all sleepy. Neither was she frightened, but was indignant, bristling stiffly with utter annoyance and looking skywards, chin raised, glowering with disgust at the impudent raging clouds and rain; telling them in no uncertain terms they had no right to behave in that way! "Humph! Disgusted!"</w:t>
      </w:r>
    </w:p>
    <w:p>
      <w:r>
        <w:rPr>
          <w:b w:val="0"/>
          <w:i w:val="0"/>
        </w:rPr>
        <w:t xml:space="preserve">Of the few remaining shows of 2020, LKA, Blackpool, Gundog Breeds of Scotland, Labrador Club of Scotland 2020 are all now cancelled. To date unbenched Bournemouth, outside in a field in autumnal October is going ahead and trying it's best to accommodate the wishes of those exhibitors desperate to resume showing whatever the risks. It brings back memories. </w:t>
      </w:r>
    </w:p>
    <w:p>
      <w:r>
        <w:rPr>
          <w:b w:val="0"/>
          <w:i w:val="0"/>
        </w:rPr>
        <w:t>I was once reprimanded at 7.40am by a thermometer waving official at this show at the old ground in Brokenhurst Park, for contravening the new KC "dogs must not be left in cars" rule, whilst on my own, unloading four entered dogs one at a time.</w:t>
      </w:r>
    </w:p>
    <w:p>
      <w:r>
        <w:rPr>
          <w:b w:val="0"/>
          <w:i w:val="0"/>
        </w:rPr>
        <w:t>It was early on a chilly grey misty morning with hair curling dew still in the air. My car was parked with permission about 20 metres from the benching tent. Having unloaded and benched the first dog I returned immediately for the next one only to be met and read the riot act by a jumping up and down, irate official; the guardian of the new gadget, the early morning thermometer.</w:t>
      </w:r>
    </w:p>
    <w:p>
      <w:r>
        <w:rPr>
          <w:b w:val="0"/>
          <w:i w:val="0"/>
        </w:rPr>
        <w:t>"You are breaking Kennel Club rules. You have dogs in the car!"</w:t>
      </w:r>
    </w:p>
    <w:p>
      <w:r>
        <w:rPr>
          <w:b w:val="0"/>
          <w:i w:val="0"/>
        </w:rPr>
        <w:t>"Yes they are being unloaded". He poked his thermometer through the car windows and the open back. The mercury barely registered zero. I pointed out it was not even 8am, a freezing cold morning and unless he helped me bench the dogs, I should have to continue unloading them singly. Muttering, he decided to help me least I break the "no dogs in cars" rule any longer!</w:t>
      </w:r>
    </w:p>
    <w:p>
      <w:r>
        <w:rPr>
          <w:b w:val="0"/>
          <w:i w:val="0"/>
        </w:rPr>
        <w:t>Twenty years later I am therefore intrigued how this year unaccompanied Bournemouth exhibitors will cope traversing from the undulating car park with several entered dogs, several large metal dog crates (as no benching), a show bag, wellington boots, wet weather gear, (it is October), a gazebo to be set up (nowhere near the breed ring) and an expensive trolley to carry all this aforementioned clobber in.</w:t>
      </w:r>
    </w:p>
    <w:p>
      <w:r>
        <w:rPr>
          <w:b w:val="0"/>
          <w:i w:val="0"/>
        </w:rPr>
        <w:t xml:space="preserve">Hopefully all will go well, security will be tight and personal gazebos and contents, belonging to exhibitors on their own, set up at a distance as instructed, away from the breed ring and exhibitors, thus abandoned during the classes, will be safe and still there at the end of the day and not featuring in the next local car boot sale? </w:t>
      </w:r>
    </w:p>
    <w:p>
      <w:r>
        <w:rPr>
          <w:b w:val="0"/>
          <w:i w:val="0"/>
        </w:rPr>
        <w:t>John Jackson has written another lovely poem called Waiting In A Hurry:</w:t>
      </w:r>
    </w:p>
    <w:p>
      <w:r>
        <w:rPr>
          <w:b w:val="0"/>
          <w:i w:val="0"/>
        </w:rPr>
        <w:t xml:space="preserve">Thirty first of December, twenty nineteen. </w:t>
      </w:r>
    </w:p>
    <w:p>
      <w:r>
        <w:rPr>
          <w:b w:val="0"/>
          <w:i w:val="0"/>
        </w:rPr>
        <w:t>We all said goodbye to the year that had been.</w:t>
      </w:r>
    </w:p>
    <w:p>
      <w:r>
        <w:rPr>
          <w:b w:val="0"/>
          <w:i w:val="0"/>
        </w:rPr>
        <w:t>Now 8 months later and things have moved on.</w:t>
      </w:r>
    </w:p>
    <w:p>
      <w:r>
        <w:rPr>
          <w:b w:val="0"/>
          <w:i w:val="0"/>
        </w:rPr>
        <w:t>A lot more goodbyes to a year not yet gone</w:t>
      </w:r>
    </w:p>
    <w:p>
      <w:r>
        <w:rPr>
          <w:b w:val="0"/>
          <w:i w:val="0"/>
        </w:rPr>
        <w:t>One thing's for certain in all of this strife.</w:t>
      </w:r>
    </w:p>
    <w:p>
      <w:r>
        <w:rPr>
          <w:b w:val="0"/>
          <w:i w:val="0"/>
        </w:rPr>
        <w:t>We need to examine our priorities in life,</w:t>
      </w:r>
    </w:p>
    <w:p>
      <w:r>
        <w:rPr>
          <w:b w:val="0"/>
          <w:i w:val="0"/>
        </w:rPr>
        <w:t>And in so doing, whether we change them or not,</w:t>
      </w:r>
    </w:p>
    <w:p>
      <w:r>
        <w:rPr>
          <w:b w:val="0"/>
          <w:i w:val="0"/>
        </w:rPr>
        <w:t>We'll all be aware of the blessings we've got</w:t>
      </w:r>
    </w:p>
    <w:p>
      <w:r>
        <w:rPr>
          <w:b w:val="0"/>
          <w:i w:val="0"/>
        </w:rPr>
        <w:t>For some of us those blessings make up quite a list.</w:t>
      </w:r>
    </w:p>
    <w:p>
      <w:r>
        <w:rPr>
          <w:b w:val="0"/>
          <w:i w:val="0"/>
        </w:rPr>
        <w:t>And there's a few that are special, not to be missed,</w:t>
      </w:r>
    </w:p>
    <w:p>
      <w:r>
        <w:rPr>
          <w:b w:val="0"/>
          <w:i w:val="0"/>
        </w:rPr>
        <w:t>Including our Labradors and all other breeds</w:t>
      </w:r>
    </w:p>
    <w:p>
      <w:r>
        <w:rPr>
          <w:b w:val="0"/>
          <w:i w:val="0"/>
        </w:rPr>
        <w:t>Pedigree or mongrel, they all serve our needs</w:t>
      </w:r>
    </w:p>
    <w:p>
      <w:r>
        <w:rPr>
          <w:b w:val="0"/>
          <w:i w:val="0"/>
        </w:rPr>
        <w:t>They won't hold it against us if none of us go</w:t>
      </w:r>
    </w:p>
    <w:p>
      <w:r>
        <w:rPr>
          <w:b w:val="0"/>
          <w:i w:val="0"/>
        </w:rPr>
        <w:t>To a field trial, a training class or championship show.</w:t>
      </w:r>
    </w:p>
    <w:p>
      <w:r>
        <w:rPr>
          <w:b w:val="0"/>
          <w:i w:val="0"/>
        </w:rPr>
        <w:t>No rosettes, no certificates, no trophies to clean.</w:t>
      </w:r>
    </w:p>
    <w:p>
      <w:r>
        <w:rPr>
          <w:b w:val="0"/>
          <w:i w:val="0"/>
        </w:rPr>
        <w:t>Just quality dog time for which they all dream</w:t>
      </w:r>
    </w:p>
    <w:p>
      <w:r>
        <w:rPr>
          <w:b w:val="0"/>
          <w:i w:val="0"/>
        </w:rPr>
        <w:t>They won't understand it if you go away</w:t>
      </w:r>
    </w:p>
    <w:p>
      <w:r>
        <w:rPr>
          <w:b w:val="0"/>
          <w:i w:val="0"/>
        </w:rPr>
        <w:t>Because of the virus that took you one day.</w:t>
      </w:r>
    </w:p>
    <w:p>
      <w:r>
        <w:rPr>
          <w:b w:val="0"/>
          <w:i w:val="0"/>
        </w:rPr>
        <w:t>They won't understand that you're not coming back.</w:t>
      </w:r>
    </w:p>
    <w:p>
      <w:r>
        <w:rPr>
          <w:b w:val="0"/>
          <w:i w:val="0"/>
        </w:rPr>
        <w:t>You've left them for ever. It's the end of the track</w:t>
      </w:r>
    </w:p>
    <w:p>
      <w:r>
        <w:rPr>
          <w:b w:val="0"/>
          <w:i w:val="0"/>
        </w:rPr>
        <w:t>Throughout all their life they've always been true</w:t>
      </w:r>
    </w:p>
    <w:p>
      <w:r>
        <w:rPr>
          <w:b w:val="0"/>
          <w:i w:val="0"/>
        </w:rPr>
        <w:t>And never asked much in return back from you.</w:t>
      </w:r>
    </w:p>
    <w:p>
      <w:r>
        <w:rPr>
          <w:b w:val="0"/>
          <w:i w:val="0"/>
        </w:rPr>
        <w:t xml:space="preserve">So the least you can do is try to be there </w:t>
      </w:r>
    </w:p>
    <w:p>
      <w:r>
        <w:rPr>
          <w:b w:val="0"/>
          <w:i w:val="0"/>
        </w:rPr>
        <w:t>As long as they need you and show that you care</w:t>
      </w:r>
    </w:p>
    <w:p>
      <w:r>
        <w:rPr>
          <w:b w:val="0"/>
          <w:i w:val="0"/>
        </w:rPr>
        <w:t>There aren't any field trials, not even a show</w:t>
      </w:r>
    </w:p>
    <w:p>
      <w:r>
        <w:rPr>
          <w:b w:val="0"/>
          <w:i w:val="0"/>
        </w:rPr>
        <w:t>On Heaven's estate, as far as I know.</w:t>
      </w:r>
    </w:p>
    <w:p>
      <w:r>
        <w:rPr>
          <w:b w:val="0"/>
          <w:i w:val="0"/>
        </w:rPr>
        <w:t>There were none in hell the last time I looked.</w:t>
      </w:r>
    </w:p>
    <w:p>
      <w:r>
        <w:rPr>
          <w:b w:val="0"/>
          <w:i w:val="0"/>
        </w:rPr>
        <w:t>But there aren't any dogs there, just folk who pre booked</w:t>
      </w:r>
    </w:p>
    <w:p>
      <w:r>
        <w:rPr>
          <w:b w:val="0"/>
          <w:i w:val="0"/>
        </w:rPr>
        <w:t>As long as this virus has been going around</w:t>
      </w:r>
    </w:p>
    <w:p>
      <w:r>
        <w:rPr>
          <w:b w:val="0"/>
          <w:i w:val="0"/>
        </w:rPr>
        <w:t>There keeps coming up a sickening sound.</w:t>
      </w:r>
    </w:p>
    <w:p>
      <w:r>
        <w:rPr>
          <w:b w:val="0"/>
          <w:i w:val="0"/>
        </w:rPr>
        <w:t>It's the sound of impatience and it's not very funny.</w:t>
      </w:r>
    </w:p>
    <w:p>
      <w:r>
        <w:rPr>
          <w:b w:val="0"/>
          <w:i w:val="0"/>
        </w:rPr>
        <w:t>Someone defined it, to wait in a hurry</w:t>
      </w:r>
    </w:p>
    <w:p>
      <w:r>
        <w:rPr>
          <w:b w:val="0"/>
          <w:i w:val="0"/>
        </w:rPr>
        <w:t>This virus won't go soon. It's here for a while.</w:t>
      </w:r>
    </w:p>
    <w:p>
      <w:r>
        <w:rPr>
          <w:b w:val="0"/>
          <w:i w:val="0"/>
        </w:rPr>
        <w:t>So don't be impatient and let's see a smile.</w:t>
      </w:r>
    </w:p>
    <w:p>
      <w:r>
        <w:rPr>
          <w:b w:val="0"/>
          <w:i w:val="0"/>
        </w:rPr>
        <w:t>Impatience is something that's not very good.</w:t>
      </w:r>
    </w:p>
    <w:p>
      <w:r>
        <w:rPr>
          <w:b w:val="0"/>
          <w:i w:val="0"/>
        </w:rPr>
        <w:t>It only increases the stress in your blood.</w:t>
      </w:r>
    </w:p>
    <w:p>
      <w:r>
        <w:rPr>
          <w:b w:val="0"/>
          <w:i w:val="0"/>
        </w:rPr>
        <w:t>I've been around dogs for a long time it seems,</w:t>
      </w:r>
    </w:p>
    <w:p>
      <w:r>
        <w:rPr>
          <w:b w:val="0"/>
          <w:i w:val="0"/>
        </w:rPr>
        <w:t>And I've a bigger collection of memories than dreams.</w:t>
      </w:r>
    </w:p>
    <w:p>
      <w:r>
        <w:rPr>
          <w:b w:val="0"/>
          <w:i w:val="0"/>
        </w:rPr>
        <w:t>So I think we have a duty to our four legged friends</w:t>
      </w:r>
    </w:p>
    <w:p>
      <w:r>
        <w:rPr>
          <w:b w:val="0"/>
          <w:i w:val="0"/>
        </w:rPr>
        <w:t>To be there in this crisis and there when it ends.</w:t>
      </w:r>
    </w:p>
    <w:p>
      <w:r>
        <w:rPr>
          <w:b w:val="0"/>
          <w:i w:val="0"/>
        </w:rPr>
        <w:t xml:space="preserve">John D Jackson </w:t>
      </w:r>
    </w:p>
    <w:p>
      <w:r>
        <w:rPr>
          <w:b w:val="0"/>
          <w:i w:val="0"/>
        </w:rPr>
        <w:t>The Occasional Diary of Mr PepysÃ¢â‚¬â€¹Ã¢â‚¬â€¹Ã¢â‚¬â€¹Ã¢â‚¬â€¹Ã¢â‚¬â€¹Ã¢â‚¬â€¹p.xvii</w:t>
      </w:r>
    </w:p>
    <w:p>
      <w:r>
        <w:rPr>
          <w:b w:val="0"/>
          <w:i w:val="0"/>
        </w:rPr>
        <w:t>Friday, July 17th 1665 (or thereabouts)Ã¢â‚¬â€¹</w:t>
      </w:r>
    </w:p>
    <w:p>
      <w:r>
        <w:rPr>
          <w:b w:val="0"/>
          <w:i w:val="0"/>
        </w:rPr>
        <w:t xml:space="preserve">I, Pepys am hungry for news of the canine herd. I carry my head low, my nostrils pulsate with perfumatory zeal. I stop violently. An 'Emergency Stop!' - so beloved of carriage driving tutors. Master suffers a near-dislocation of the clavicle and a further loosening of the cerebellum. I sense the sublimations of my canine brothers and, jubilation! of their sisters also, for I am hoping that my sweet Coco (eye of good colour match, sweet feminine head and carrying the deepest Toblerone of a coat. IMO) do grace the view hereabouts. Naturally, nay, instinctively I desire to know the true extent of her 'Season' Ã‚Â²Ã‚Â³. Be it in the near future or must I wait until November when all they of the Debutante class do come out for prestigious Balls (These be similar to pre-show Dinner Dances, FYI) - or the Cheltenham Races whichever cometh firstly. I sigh, life is SO complicated. Sorrowfully, there's no Chanel scent of Coco. Nor Nina neither. </w:t>
      </w:r>
    </w:p>
    <w:p>
      <w:r>
        <w:rPr>
          <w:b w:val="0"/>
          <w:i w:val="0"/>
        </w:rPr>
        <w:t>[Note Ã‚Â²Ã‚Â³: There was no 'official' Season until 1707 (something to do with the day for Opening of a New Parliament Ã¢â‚¬â€œ so boring.) So, delicate maidens desirous of respectable male company (no rude raving or aerosol artistry here, for we are talking Arty Slade School. So cool!) did make jaw-breaking journeys to draughty rectories accompanied usually by both parents and an Aunt or two, in order to gavotte with young blades down (or up, according to Google Maps) from Magdalene or Devonport Barracks. But, lately (in 1958!) possibly due to colour TV and the opening of the motorways, seasoning fell out of flavour, only to be replaced by a form of Strict Virtual Choreography.]</w:t>
      </w:r>
    </w:p>
    <w:p>
      <w:r>
        <w:rPr>
          <w:b w:val="0"/>
          <w:i w:val="0"/>
        </w:rPr>
        <w:t xml:space="preserve">Ã¢â‚¬â€¹We do repair to the 'Ladies Garden' situated close to the cooling stream that runneth sweetly behind the Hollow Bottom Guest House, so familiar to our readers for the hosting of artistic endeavours. My Master, accompanied by Badger and young Montacute seat ourselves shadily beneath a commodious weeping willow. There are no Ladies in the Garden as it is but ten of the morning (so unlike some houses in those more Metropolitan conurbations.) Tush! None of the female sex of our town dare enter liquorous premises until the sun is over the yard-arm. (See Note: Ã‚Â²Ã¢ÂÂ´ See Note: Ã‚Â²Ã¢ÂÂ´. IPA ruling bye-law) </w:t>
      </w:r>
    </w:p>
    <w:p>
      <w:r>
        <w:rPr>
          <w:b w:val="0"/>
          <w:i w:val="0"/>
        </w:rPr>
        <w:t>[Note: Ã‚Â²Ã¢ÂÂ´: IPA, India Pale Ale brewed near the East India Docks, much favoured by seafarers and militia-men for its ability to last over a long voyage. Taken unwisely, the resulting hangover did also last. But not quite so long. Now consumed daily, but not excessively in our modern Navy since the distribution of rum was discontinued on 'Black Tot Day' 31st July 1970 at 11.59pm. (Booing)]</w:t>
      </w:r>
    </w:p>
    <w:p>
      <w:r>
        <w:rPr>
          <w:b w:val="0"/>
          <w:i w:val="0"/>
        </w:rPr>
        <w:t xml:space="preserve">Ã¢â‚¬â€¹Meanwhile, at a specially spaced meeting in the Verandah, Mistress reports: 'There be no word ferried by Postal Stage regarding showing in the Southern Counties.' Neither Mistress Bun nor the sniffy Miss Warburton, both of whom have family at Littlehampton (only 'by marriage' admittedly Ã¢â‚¬â€œ but we do ZoomÃ‚Â²Ã¢ÂÂµ in for an hour at Christmas!) know whence the plight of Bognor. Sorely (and I do employ this word kindly), Mistress Chipping conveys an urgent plea for parasols and calamine. (Agreed) </w:t>
      </w:r>
    </w:p>
    <w:p>
      <w:r>
        <w:rPr>
          <w:b w:val="0"/>
          <w:i w:val="0"/>
        </w:rPr>
        <w:t xml:space="preserve">[Def. Ã‚Â²Ã¢ÂÂµ. Zooming: a short interlude where all do sit in a small library or under a funny picture and "co...m'nt....'spertly...sh!... sh! ..oops!" Then the screen goes dead. FYI: neither Tik Tok tubing by toddlers nor Tick Tacking by John McCririck of the horse fancy (for sadly, John is no longer with us) be available.] </w:t>
      </w:r>
    </w:p>
    <w:p>
      <w:r>
        <w:rPr>
          <w:b w:val="0"/>
          <w:i w:val="0"/>
        </w:rPr>
        <w:t xml:space="preserve">Ã¢â‚¬â€¹Trindle joins the menfolk. He is minus thorn-proof jacket and rubbers in deference to the solar glare. He speaks. 'I reads in the Doggy mag. there'll be nowhere to put our shows henceforth as all the tents are taken. Canine Clubs and Trialling types (and equestrian Gents) be up in arms. Where will we all go, come next wet spring?' </w:t>
      </w:r>
    </w:p>
    <w:p>
      <w:r>
        <w:rPr>
          <w:b w:val="0"/>
          <w:i w:val="0"/>
        </w:rPr>
        <w:t>Ã¢â‚¬â€¹Master unrolls a damp copy of the Times of London: 'It do say, the Privy Council is to build new palaces and heaving halls for show-boating and covered concourses for country convocations. Grants may be taken for granted.' Badger, the Squire enthuses: 'They must seek out river-banks and gentle mountain slopes too wet for woolly-backs; scrub-lands must be drained, flailing-pits filled and the Wimbledon woodlands cleared of Wombles. My sainted Aunt owns a soggy stretch of swamp between Ham House and Twicken town in Middlesexshire. There is a jolly decent view from Strawberry Hill.</w:t>
      </w:r>
    </w:p>
    <w:p>
      <w:r>
        <w:rPr>
          <w:b w:val="0"/>
          <w:i w:val="0"/>
        </w:rPr>
        <w:t>Ã¢â‚¬â€¹Montacute, much travelled with his father when seeking salmon from the Spey (they showed at Ingleston, years back) did search his memory. 'There be flatlands by Leith waters, a good three acres for Scottisch sports,' he ventures. 'Murray's field do lie behind a rough tavern called the Athlete's Foot. 'Tis frequented by pipers and grave-diggers. A letter shall wing its way to mine host, forthwith.' Ã¢â‚¬â€¹</w:t>
      </w:r>
    </w:p>
    <w:p>
      <w:r>
        <w:rPr>
          <w:b w:val="0"/>
          <w:i w:val="0"/>
        </w:rPr>
        <w:t>Ã¢â‚¬â€¹My Master was even-handed. 'The fine-tuned Welch Colliers are still without grounds. They must apply for funds from the Three Feathers Trust, drain the swamplands by the Taff and sow sward for a grassy Park. The Cardiff Arms Bistro is but ten steps hence. With Brains ale for the thirsty few.'</w:t>
      </w:r>
    </w:p>
    <w:p>
      <w:r>
        <w:rPr>
          <w:b w:val="0"/>
          <w:i w:val="0"/>
        </w:rPr>
        <w:t xml:space="preserve">Ã¢â‚¬â€¹As it was still early, six pint pots of Porter were sent for. Montacute, business-like and sales-oriented did then putforward a veritable brain-storm, nay, a thinking tank, filledwith ideas, flowing freely. After much sky-blue thinking Ã¢â‚¬â€œ some of it outside the box - it was decided; the project should be ramped up to go forward at scale and rolled out at this very moment in time, or probably over the coming months, or weeks even! (Nota: This hot scheme is proven because it works for Cornish Pasties.) Except. My Master did put his finger on the spot. 'But what of Plan 'B?' Surely, we must deeply consult our Ladies for their concurrence?' There was a pause for consideration. </w:t>
      </w:r>
    </w:p>
    <w:p>
      <w:r>
        <w:rPr>
          <w:b w:val="0"/>
          <w:i w:val="0"/>
        </w:rPr>
        <w:t>'Methinks, I should draft a memo,' said Montacute. 'Better coming from Token Gent,' Badger ventured. 'He knows how to talk to 'em.'</w:t>
      </w:r>
    </w:p>
    <w:p>
      <w:r>
        <w:rPr>
          <w:b w:val="0"/>
          <w:i w:val="0"/>
        </w:rPr>
        <w:t>Thank you Mr Pepys</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