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- 25 Jun 2004"</w:t>
      </w:r>
      <w:r>
        <w:br/>
      </w:r>
      <w:r>
        <w:rPr>
          <w:b w:val="0"/>
          <w:i w:val="0"/>
        </w:rPr>
        <w:br/>
        <w:t>date_original: "25 Jun 2004"</w:t>
      </w:r>
      <w:r>
        <w:br/>
      </w:r>
      <w:r>
        <w:rPr>
          <w:b w:val="0"/>
          <w:i w:val="0"/>
        </w:rPr>
        <w:br/>
        <w:t>source_url: "https://www.ourdogs.co.uk/members/breednotes/2004/RetrieverLabrador/RetrieverLabrador-jun25.htm"</w:t>
      </w:r>
      <w:r>
        <w:br/>
      </w:r>
      <w:r>
        <w:rPr>
          <w:b w:val="0"/>
          <w:i w:val="0"/>
        </w:rPr>
        <w:br/>
        <w:t>archive_type: "static_html"</w:t>
      </w:r>
      <w:r>
        <w:br/>
      </w:r>
      <w:r>
        <w:rPr>
          <w:b w:val="0"/>
          <w:i w:val="0"/>
        </w:rPr>
        <w:br/>
        <w:t>scraped_at: "2026-09-13T22:14:12"</w:t>
      </w:r>
      <w:r>
        <w:br/>
      </w:r>
      <w:r>
        <w:rPr>
          <w:b w:val="0"/>
          <w:i w:val="0"/>
        </w:rPr>
        <w:br/>
        <w:t>word_count: 976</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The Labrador Retriever Club held its annual Championship Show at the National Agricultural Centre, Stoneleigh. It hardly seemed twelve months since last years LRC centennial events at Belvoir Castle.</w:t>
      </w:r>
    </w:p>
    <w:p>
      <w:r>
        <w:rPr>
          <w:b w:val="0"/>
          <w:i w:val="0"/>
        </w:rPr>
        <w:t>This year the weather was kind, and the fierce heat and sunshine of the previous few days had abated somewhat, which made it much easier for the dogs. It was lovely to see the large rings set up outside on the grass, with smart picket fencing around them, and especially good to find that the parking was undercover, thus keeping the cars cool. The whole event had a tranquil, garden party atmosphere about it, as judges Derek Coulson (Dogs) and Liz Cartledge (Bitches) went over their combined entry of 439 Labradors.</w:t>
      </w:r>
    </w:p>
    <w:p>
      <w:r>
        <w:rPr>
          <w:b w:val="0"/>
          <w:i w:val="0"/>
        </w:rPr>
        <w:t>Dog CC winner and Best in Show was Sh Ch Tullochmohr Final Edition owned by Diana Downey Tulloch.</w:t>
      </w:r>
    </w:p>
    <w:p>
      <w:r>
        <w:rPr>
          <w:b w:val="0"/>
          <w:i w:val="0"/>
        </w:rPr>
        <w:t>The Dog RCC was won by Amanda Stewart’s Jancet Jitterbug at Streamanda (Sh Ch Naiken Kris JW x Senendal Picallily with Jancet) who went Best RCC winner.</w:t>
      </w:r>
    </w:p>
    <w:p>
      <w:r>
        <w:rPr>
          <w:b w:val="0"/>
          <w:i w:val="0"/>
        </w:rPr>
        <w:t>The Bitch CC and Best Opposite Sex was won by Felicity and Kira Leith Ross’s black CHIB. CHS. TR.Pooles Memory of Tintagel Winds (Multi Ch Carromers Charlie Chalk x TR Lasting Memory of Tintagel Winds, ably shown by Anthony Allen.</w:t>
      </w:r>
    </w:p>
    <w:p>
      <w:r>
        <w:rPr>
          <w:b w:val="0"/>
          <w:i w:val="0"/>
        </w:rPr>
        <w:t>The Bitch RCC winner was Anne Lavelle’s yellow Baladair Jubilee Jingle at Crosscroyde (Sh Ch Trentwith Sir Winston x Crosscroyde Christmas Rose) from Undergraduate and finally</w:t>
      </w:r>
      <w:r>
        <w:br/>
      </w:r>
      <w:r>
        <w:rPr>
          <w:b w:val="0"/>
          <w:i w:val="0"/>
        </w:rPr>
        <w:br/>
        <w:t>Best Puppy in Show was my own Llanstinan Buzby Bowstones (Llanstinan Marcus x Llanstinan Candy).</w:t>
      </w:r>
    </w:p>
    <w:p>
      <w:r>
        <w:rPr>
          <w:b w:val="0"/>
          <w:i w:val="0"/>
        </w:rPr>
        <w:t>Judging started at 9am for bitches and there were some huge classes. The Minor Puppy Bitch class had 41 entries in it. This enormous class was won by Garner Anthony and Erica Jayes yellow SandylandsWait a While, who was Best Minor Puppy. Post Graduate Bitch had 42 entries and here the winner was Linda and Alan Porters Lindall Delicious, whilst Limit Bitch had 38 entries and here the eventual winner was Penny Carpanini’s Mambrinos Spellbound of Carpenny.</w:t>
      </w:r>
    </w:p>
    <w:p>
      <w:r>
        <w:rPr>
          <w:b w:val="0"/>
          <w:i w:val="0"/>
        </w:rPr>
        <w:t>There were cash prizes and the sponsors, Gilbertson and Page donated bags of dog food for the winners of the top spots, which were greatly appreciated.</w:t>
      </w:r>
    </w:p>
    <w:p>
      <w:r>
        <w:rPr>
          <w:b w:val="0"/>
          <w:i w:val="0"/>
        </w:rPr>
        <w:t>It was an excellent and most memorable day. Hopefully the event will be scheduled at the NAC, Stoneleigh in future years. I thought what a wonderful idea it was to include correct care instructions on a small printed card which was included with the trophies.</w:t>
      </w:r>
    </w:p>
    <w:p>
      <w:r>
        <w:rPr>
          <w:b w:val="0"/>
          <w:i w:val="0"/>
        </w:rPr>
        <w:t>A very sad letter from Mairi Brown ends our notes this week.</w:t>
      </w:r>
    </w:p>
    <w:p>
      <w:r>
        <w:rPr>
          <w:b w:val="0"/>
          <w:i w:val="0"/>
        </w:rPr>
        <w:t>“Yesterday afternoon I had to have Scarlet - Ramsayville Rosalino put to sleep. She was born in October 1994.</w:t>
      </w:r>
    </w:p>
    <w:p>
      <w:r>
        <w:rPr>
          <w:b w:val="0"/>
          <w:i w:val="0"/>
        </w:rPr>
        <w:t>“Scarlet was by Sh Ch Mardas Master Mariner out of Raising Hell at Ramsayville. She was litter sister to Sh Ch Ramsayville Raindance &amp; Ramsayville Raith.</w:t>
      </w:r>
    </w:p>
    <w:p>
      <w:r>
        <w:rPr>
          <w:b w:val="0"/>
          <w:i w:val="0"/>
        </w:rPr>
        <w:t>“She may have not set the show world on fire, but did gain her stud book number and turned out to be a very good brood bitch for us, winning Top Brood Bitch 2002.</w:t>
      </w:r>
    </w:p>
    <w:p>
      <w:r>
        <w:rPr>
          <w:b w:val="0"/>
          <w:i w:val="0"/>
        </w:rPr>
        <w:t>“She only had 2 litters, her first born 20/01/99 was to Sh Ch Poolstead Pumpkin . This litter contained 7 puppies amongst them the show-dogs Sh Ch Ramsayville Rainbow`s End JW, Sh Ch Ramsayville Reba at Knoydar, Ramsayville Rhian, Ramsayville Riyal cum Claychalk, Ramsayville Rockabilly to Cadderbrae &amp; Ramsayville Rum n Black.</w:t>
      </w:r>
    </w:p>
    <w:p>
      <w:r>
        <w:rPr>
          <w:b w:val="0"/>
          <w:i w:val="0"/>
        </w:rPr>
        <w:t>“Her second litter of six puppies was born on 1st June 2002. Sired by Sh Ch Poolstead Pleased as Punch, there were six in the litter, producing for the show-ring - Ramsayville Ready Made for Bayforth, Ramsayville Rarin to Go at Springstorm, Ramsayville Rags to Riches at Overijse, Ramsayville Rebecca in Farbrae &amp; Ramsayville Route Sixty Six JW - who was Top Puppy 2003 &amp; has 1CC.</w:t>
      </w:r>
    </w:p>
    <w:p>
      <w:r>
        <w:rPr>
          <w:b w:val="0"/>
          <w:i w:val="0"/>
        </w:rPr>
        <w:t>She will be so missed by all of us at Ramsayville.”</w:t>
      </w:r>
    </w:p>
    <w:p>
      <w:r>
        <w:rPr>
          <w:b w:val="0"/>
          <w:i w:val="0"/>
        </w:rPr>
        <w:t>Ann Britton</w:t>
      </w:r>
      <w:r>
        <w:br/>
      </w:r>
      <w:r>
        <w:rPr>
          <w:b w:val="0"/>
          <w:i w:val="0"/>
        </w:rPr>
        <w:br/>
        <w:t>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