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- 27 Apr 2007"</w:t>
      </w:r>
      <w:r>
        <w:br/>
      </w:r>
      <w:r>
        <w:rPr>
          <w:b w:val="0"/>
          <w:i w:val="0"/>
        </w:rPr>
        <w:br/>
        <w:t>date_original: "27 Apr 2007"</w:t>
      </w:r>
      <w:r>
        <w:br/>
      </w:r>
      <w:r>
        <w:rPr>
          <w:b w:val="0"/>
          <w:i w:val="0"/>
        </w:rPr>
        <w:br/>
        <w:t>source_url: "https://www.ourdogs.co.uk/members/breednotes/2007/RetrieverLabrador/RetrieverLabrador-apr27.htm"</w:t>
      </w:r>
      <w:r>
        <w:br/>
      </w:r>
      <w:r>
        <w:rPr>
          <w:b w:val="0"/>
          <w:i w:val="0"/>
        </w:rPr>
        <w:br/>
        <w:t>archive_type: "static_html"</w:t>
      </w:r>
      <w:r>
        <w:br/>
      </w:r>
      <w:r>
        <w:rPr>
          <w:b w:val="0"/>
          <w:i w:val="0"/>
        </w:rPr>
        <w:br/>
        <w:t>scraped_at: "2026-09-13T22:06:21"</w:t>
      </w:r>
      <w:r>
        <w:br/>
      </w:r>
      <w:r>
        <w:rPr>
          <w:b w:val="0"/>
          <w:i w:val="0"/>
        </w:rPr>
        <w:br/>
        <w:t>word_count: 1500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l We apologise for the late publication of the following notes, which were omitted owing to a production error.</w:t>
      </w:r>
    </w:p>
    <w:p>
      <w:r>
        <w:rPr>
          <w:b w:val="0"/>
          <w:i w:val="0"/>
        </w:rPr>
        <w:t>This year’s Labrador Club of Scotland championship show was held in Lanark in a venue new to the club but seemingly now a very popular venue for everything in the dog world. It is not difficult to see why it is becoming the number one venue as the lighting in the hall is superb compared to the yellow light usually found in sports halls, the catering is by far the best I have ever experienced since 1964 at a dog show, and spacious car parking is adjacent to the hall.</w:t>
      </w:r>
    </w:p>
    <w:p>
      <w:r>
        <w:rPr>
          <w:b w:val="0"/>
          <w:i w:val="0"/>
        </w:rPr>
        <w:t>Everything was rosy! Truly! Tom Grant and Frank Kane got through their entry in good time giving far-travelled exhibitors an early start home. Tom’s best dog was Sh Ch Silver Suede Over Rocheby to the delight of the Hopkinsons, and the Brabbans got the RCC with Cambremer Craftsman. Frank found his Best Bitch in Dodd’s Sh Ch Eneleon Amber JW SH CM, and the RCC went to the Brown’s Sh Ch Ramsayville Roisin. As they could not agree on BOB the referee awarded the honour to the dog. Best Puppy was Balshaw’s Halshimoor Shanorrell Ticket To Ride. Reserve BIS went to the Bitch.</w:t>
      </w:r>
      <w:r>
        <w:br/>
      </w:r>
      <w:r>
        <w:rPr>
          <w:b w:val="0"/>
          <w:i w:val="0"/>
        </w:rPr>
        <w:br/>
        <w:t>Jim Nolan</w:t>
      </w:r>
    </w:p>
    <w:p>
      <w:r>
        <w:rPr>
          <w:b w:val="0"/>
          <w:i w:val="0"/>
        </w:rPr>
        <w:t>Margot Woolley, well known for her classic Follytower Labradors, passed away on Thursday 12th April after a short spell in hospital following a fall. She would have been 90 years old this coming June.</w:t>
      </w:r>
    </w:p>
    <w:p>
      <w:r>
        <w:rPr>
          <w:b w:val="0"/>
          <w:i w:val="0"/>
        </w:rPr>
        <w:t>Margot was a delightful, kind and gracious lady; one who had time for everyone, especially if they wanted to discuss Labradors. I shall miss her news filled, Christmas letters. There will be a Thanksgiving Service to which all Margot’s friends and family are invited on May 4th, at 12noon at St Peters Church, Dalwood, Axminster, Devon.</w:t>
      </w:r>
    </w:p>
    <w:p>
      <w:r>
        <w:rPr>
          <w:b w:val="0"/>
          <w:i w:val="0"/>
        </w:rPr>
        <w:t>Born in Stirling in Scotland, she moved to Bolton after the war, when she married her husband, Brian. He was attributed with choosing Margot’s first champion as a puppy, bred in 1963 by Mr and Mrs Dodgson, Ch Follytower Silsdale Old Chelsea. Another early champion was Sh Ch Follytower Poolstead Pinafore born in 1968 and bred by the Hepworths.</w:t>
      </w:r>
    </w:p>
    <w:p>
      <w:r>
        <w:rPr>
          <w:b w:val="0"/>
          <w:i w:val="0"/>
        </w:rPr>
        <w:t>When Margot’s husband, Brian, retired in the 1970s, they moved down to Devon. Over the years several champions were bred, some retained by Margot, others going as top quality foundation stock to new kennels.</w:t>
      </w:r>
    </w:p>
    <w:p>
      <w:r>
        <w:rPr>
          <w:b w:val="0"/>
          <w:i w:val="0"/>
        </w:rPr>
        <w:t>Amongst the champions were Sh Ch Follytower Merry Go Round of Brentville born in 1972 and owned by Brenda Taylor; Sh Ch Follytower Augusta also born in 1972; Sh Ch Charway Blackthorn of Follytower born in 1980; Sh Ch Follytower Kirsty owned by the Nightingales (Boothgates); Ch Follytower Black Cypress born in 1984 and owned by Angela Williams (Foulby); Sh Ch Follytower Pandora of Rocheby born in 1989; and Sh Ch Follytower Leonora born in 1991.</w:t>
      </w:r>
      <w:r>
        <w:br/>
      </w:r>
      <w:r>
        <w:rPr>
          <w:b w:val="0"/>
          <w:i w:val="0"/>
        </w:rPr>
        <w:br/>
        <w:t>However, it was the famous black dog, winner of 15 CCs, three Groups and two Reserve Groups, Ch Follytower Merrybrook Black Stormer, bred by Mr and Mrs Hoare in 1969, who probably made the kennel’s greatest contribution to the world of Labradors.</w:t>
      </w:r>
    </w:p>
    <w:p>
      <w:r>
        <w:rPr>
          <w:b w:val="0"/>
          <w:i w:val="0"/>
        </w:rPr>
        <w:t>Black Stormer was sired by Ch Sandylands Tandy out of Follytower Old Black Magic (a Follytower Sisldale Old Chelsea daughter) and he carried all three colours. He sired 11 champions, six blacks, two yellows and three chocolates and will be found behind many of today’s Labrador kennels.</w:t>
      </w:r>
    </w:p>
    <w:p>
      <w:r>
        <w:rPr>
          <w:b w:val="0"/>
          <w:i w:val="0"/>
        </w:rPr>
        <w:t>For all her success, Margot was an extremely kind person, especially to newcomers. She was happy to quietly pass on her knowledge in such a modest yet helpful manner.</w:t>
      </w:r>
    </w:p>
    <w:p>
      <w:r>
        <w:rPr>
          <w:b w:val="0"/>
          <w:i w:val="0"/>
        </w:rPr>
        <w:t>I recall telling her how much I admired the classic beauty of one of her lovely blacks at the Three Ridings LRC Ch Show many years ago; its lovely head, beautiful flowing lines and long, clean neck and excellent shoulder, a hallmark of Margot’s dogs. I’m sure she didn’t know me from Adam at that time, but was so gracious in response and said, “Well, thank you my dear, that is so very kind of you”. Yet it was the truth. Margot’s clean lined dogs certainly influenced my thinking from that day onwards, right up to the present day.</w:t>
      </w:r>
    </w:p>
    <w:p>
      <w:r>
        <w:rPr>
          <w:b w:val="0"/>
          <w:i w:val="0"/>
        </w:rPr>
        <w:t>Margot’s husband, Brian, passed away a few years ago. She leaves a daughter, Polly, and a son, Jamie, to whom go our heartfelt sympathy. It was a pleasure to have known their mother.</w:t>
      </w:r>
      <w:r>
        <w:br/>
      </w:r>
      <w:r>
        <w:rPr>
          <w:b w:val="0"/>
          <w:i w:val="0"/>
        </w:rPr>
        <w:br/>
        <w:t>Our sympathy goes to Mervyn and Carole Reynolds, who write “We are both sad to report the loss of our very dear yellow bitch, Sh Ch Carmen Miranda JW, who passed away very peacefully in her sleep. She was our first champion and would have been 16 years old this year.</w:t>
      </w:r>
    </w:p>
    <w:p>
      <w:r>
        <w:rPr>
          <w:b w:val="0"/>
          <w:i w:val="0"/>
        </w:rPr>
        <w:t>Carmen won 7CCs and 9 RCCs, one being Best of Breed at Crufts, where she won out of the Veteran class in 1999. Her dam, Carromer Glamour Girl and sire, Sh Ch Rocheby Royal Oak, not only produced our beautiful Carmen, but also from the same litter, Multi Champion Carromer Charlie Chalk owned by Felicity Leith Ross.</w:t>
      </w:r>
    </w:p>
    <w:p>
      <w:r>
        <w:rPr>
          <w:b w:val="0"/>
          <w:i w:val="0"/>
        </w:rPr>
        <w:t>In 1993 when we were showing Carromer Jewel in the Crown (2CCs), Sh Ch Carromer Sea Pearl and Carmen, we won 19RCCs before Sea Pearl and Carmen gained their Show champion titles. An very expensive year!”.</w:t>
      </w:r>
    </w:p>
    <w:p>
      <w:r>
        <w:rPr>
          <w:b w:val="0"/>
          <w:i w:val="0"/>
        </w:rPr>
        <w:t>Sadly, continuing in a similar vein, our sympathy also goes out to James Hindley and his friends, who have recently lost three lovely dogs, within just a few days of each other; all wonderful Labradors to live with.</w:t>
      </w:r>
    </w:p>
    <w:p>
      <w:r>
        <w:rPr>
          <w:b w:val="0"/>
          <w:i w:val="0"/>
        </w:rPr>
        <w:t>13 years old Cornlands Lady Mimosa, (Raybooth Cream Cracker x Cornlands Lady Gemini), died three weeks ago. She was owned by Ian McGregor and was the dam of Ch Cornlands Wellington, sired by Ch Carpenny Walpole.</w:t>
      </w:r>
    </w:p>
    <w:p>
      <w:r>
        <w:rPr>
          <w:b w:val="0"/>
          <w:i w:val="0"/>
        </w:rPr>
        <w:t>Another at 13 years of age, Cornlands Dusty Star, (Moneyspinner for Cornlands x Cornlands Lady Gemini), born in 1994, was owned by James. She had to be put to sleep as she had become unwell and there was no more to be done.</w:t>
      </w:r>
    </w:p>
    <w:p>
      <w:r>
        <w:rPr>
          <w:b w:val="0"/>
          <w:i w:val="0"/>
        </w:rPr>
        <w:t>Sadly the last, which came as a complete shock, was Cornlands Lady Buddleja, (Ch Cornlands Wellington x Cornlands Lady Myrtle), who was only five years of age and had developed inoperable cancer. She was owned by Pauline Goldsmith.</w:t>
      </w:r>
    </w:p>
    <w:p>
      <w:r>
        <w:rPr>
          <w:b w:val="0"/>
          <w:i w:val="0"/>
        </w:rPr>
        <w:t>Our thoughts are with you all at such a sad time. Losing older dogs brings great sadness, yet the unexpected loss of younger ones is a very hard cross to bear.</w:t>
      </w:r>
    </w:p>
    <w:p>
      <w:r>
        <w:rPr>
          <w:b w:val="0"/>
          <w:i w:val="0"/>
        </w:rPr>
        <w:t>Some good news to close with, the Yellow Labrador Club held their 55th open show, confined to yellow Labradors only, on Wednesday 28th March at Southam, Warwickshire. The judge for the day was Ian Ganney of Darrabol Labradors. Best in Show was Alan and Alison Scutchers‚ yellow Winsleywood Waterloo, with Reserve Best in Show going to Jenny Green's Thurbajen Doodle Delight. Best Puppy in Show was Lorraine Tooth's Ludalor Lancastria Chardonnay.</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