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――――――――――――――――――――――――――――――</w:t>
      </w:r>
    </w:p>
    <w:p>
      <w:r>
        <w:rPr>
          <w:b w:val="0"/>
          <w:i w:val="0"/>
        </w:rPr>
        <w:t>title: "Labrador Breed Notes - 03/05/2013"</w:t>
      </w:r>
      <w:r>
        <w:br/>
      </w:r>
      <w:r>
        <w:rPr>
          <w:b w:val="0"/>
          <w:i w:val="0"/>
        </w:rPr>
        <w:br/>
        <w:t>date_original: "03/05/2013"</w:t>
      </w:r>
      <w:r>
        <w:br/>
      </w:r>
      <w:r>
        <w:rPr>
          <w:b w:val="0"/>
          <w:i w:val="0"/>
        </w:rPr>
        <w:br/>
        <w:t>source_url: "https://www.ourdogs.co.uk/members/breednotes/retlabarchive.php"</w:t>
      </w:r>
      <w:r>
        <w:br/>
      </w:r>
      <w:r>
        <w:rPr>
          <w:b w:val="0"/>
          <w:i w:val="0"/>
        </w:rPr>
        <w:br/>
        <w:t>archive_type: "retlabarchive_post"</w:t>
      </w:r>
      <w:r>
        <w:br/>
      </w:r>
      <w:r>
        <w:rPr>
          <w:b w:val="0"/>
          <w:i w:val="0"/>
        </w:rPr>
        <w:br/>
        <w:t>scraped_at: "2026-09-13T22:44:02"</w:t>
      </w:r>
      <w:r>
        <w:br/>
      </w:r>
      <w:r>
        <w:rPr>
          <w:b w:val="0"/>
          <w:i w:val="0"/>
        </w:rPr>
        <w:br/>
        <w:t>word_count: 698</w:t>
      </w:r>
    </w:p>
    <w:p>
      <w:r>
        <w:t>――――――――――――――――――――――――――――――</w:t>
      </w:r>
    </w:p>
    <w:p>
      <w:r>
        <w:rPr>
          <w:b w:val="0"/>
          <w:i w:val="0"/>
        </w:rPr>
        <w:t>NEWS MEMBERS' AREA SHOP SUBSCRIBE UPCOMING SHOWS MORE</w:t>
      </w:r>
    </w:p>
    <w:p>
      <w:r>
        <w:rPr>
          <w:b w:val="0"/>
          <w:i w:val="0"/>
        </w:rPr>
        <w:t>RETRIEVER LABRADOR</w:t>
      </w:r>
    </w:p>
    <w:p>
      <w:r>
        <w:rPr>
          <w:b w:val="0"/>
          <w:i w:val="0"/>
        </w:rPr>
        <w:t>Issue: 03/05/2013</w:t>
      </w:r>
    </w:p>
    <w:p>
      <w:r>
        <w:rPr>
          <w:b w:val="0"/>
          <w:i w:val="0"/>
        </w:rPr>
        <w:t>Just back home after three days of  WELKS at Malvern; up at 5am, on site early and not home until after 7pm; my dogs were all being happily spoilt at home by my dog minder.</w:t>
      </w:r>
    </w:p>
    <w:p>
      <w:r>
        <w:rPr>
          <w:b w:val="0"/>
          <w:i w:val="0"/>
        </w:rPr>
        <w:t>One of the show days was my birthday so, very many thanks for all the cards and Facebook Happy Birthday wishes and the on site chocs; a lovely birthday gift which we shared around the WELKS Labrador ring.</w:t>
      </w:r>
    </w:p>
    <w:p>
      <w:r>
        <w:rPr>
          <w:b w:val="0"/>
          <w:i w:val="0"/>
        </w:rPr>
        <w:t>Now I have only a few minutes to get these breed notes written and sent off before the Monday noon deadline.</w:t>
      </w:r>
    </w:p>
    <w:p>
      <w:r>
        <w:rPr>
          <w:b w:val="0"/>
          <w:i w:val="0"/>
        </w:rPr>
        <w:t>The weather at WELKS was cold and windy but at least dry, except for a five-minute hail storm near mid day. The hail stones were of enormous size.</w:t>
      </w:r>
    </w:p>
    <w:p>
      <w:r>
        <w:rPr>
          <w:b w:val="0"/>
          <w:i w:val="0"/>
        </w:rPr>
        <w:t>The Malvern showground has had a great deal of work done in the past few months and land drains installed throughout the grass ring areas during February, but sadly the reseeded areas were still a bit bald due to lack of growth due to the exceptionally cold weather since the re-seeding. Hopefully the rings will be in better shape and able to be of a larger size next year. The classification will also be enlarged to add classes between Yearling and Post Graduate.</w:t>
      </w:r>
    </w:p>
    <w:p>
      <w:r>
        <w:rPr>
          <w:b w:val="0"/>
          <w:i w:val="0"/>
        </w:rPr>
        <w:t>The new benching tent at the top end of the ground was a great success compared with last year and will hopefully become a permanent feature. Whilst it was accessed from the Red car-park this year, it will be accessed from the closer Brown car park in future.</w:t>
      </w:r>
    </w:p>
    <w:p>
      <w:r>
        <w:rPr>
          <w:b w:val="0"/>
          <w:i w:val="0"/>
        </w:rPr>
        <w:t>There was an entry of 240 for judges Jackie Hodge (Dogs) and Brian Parrott(Bitches).</w:t>
      </w:r>
    </w:p>
    <w:p>
      <w:r>
        <w:rPr>
          <w:b w:val="0"/>
          <w:i w:val="0"/>
        </w:rPr>
        <w:t>The winners were Dog CC Miss E Heinlo's black dog made up on the day, Est Fin Ch Follies Ivar; Dog RCC Sheelin Cuthberts black Ballyduff Marius. Bitch Ccher first Ann Taylors black Fabracken Trust in Me; Bitch RCC Balshaw and Rawlinsons yellow Shannorrell Splendour at Halshimoor and Best Puppy Crammondkirk All the Gossip owned by Miss Lewis.</w:t>
      </w:r>
    </w:p>
    <w:p>
      <w:r>
        <w:rPr>
          <w:b w:val="0"/>
          <w:i w:val="0"/>
        </w:rPr>
        <w:t>Tongue in cheek I reprint the following ditty which I have been sent and which many have enjoyed. Please remember this is a JOKE and not to be taken seriously.</w:t>
      </w:r>
    </w:p>
    <w:p>
      <w:r>
        <w:rPr>
          <w:b w:val="0"/>
          <w:i w:val="0"/>
        </w:rPr>
        <w:t>"The Judge"</w:t>
      </w:r>
    </w:p>
    <w:p>
      <w:r>
        <w:rPr>
          <w:b w:val="0"/>
          <w:i w:val="0"/>
        </w:rPr>
        <w:t>I want to be a dog show judge</w:t>
      </w:r>
    </w:p>
    <w:p>
      <w:r>
        <w:rPr>
          <w:b w:val="0"/>
          <w:i w:val="0"/>
        </w:rPr>
        <w:t>I want my name in lights.</w:t>
      </w:r>
    </w:p>
    <w:p>
      <w:r>
        <w:rPr>
          <w:b w:val="0"/>
          <w:i w:val="0"/>
        </w:rPr>
        <w:t>I started at the bottom</w:t>
      </w:r>
    </w:p>
    <w:p>
      <w:r>
        <w:rPr>
          <w:b w:val="0"/>
          <w:i w:val="0"/>
        </w:rPr>
        <w:t>But I want to reach the heights.</w:t>
      </w:r>
    </w:p>
    <w:p>
      <w:r>
        <w:rPr>
          <w:b w:val="0"/>
          <w:i w:val="0"/>
        </w:rPr>
        <w:t>I've done all the assessments</w:t>
      </w:r>
    </w:p>
    <w:p>
      <w:r>
        <w:rPr>
          <w:b w:val="0"/>
          <w:i w:val="0"/>
        </w:rPr>
        <w:t>I've travelled near and far.</w:t>
      </w:r>
    </w:p>
    <w:p>
      <w:r>
        <w:rPr>
          <w:b w:val="0"/>
          <w:i w:val="0"/>
        </w:rPr>
        <w:t>I've covered every county</w:t>
      </w:r>
    </w:p>
    <w:p>
      <w:r>
        <w:rPr>
          <w:b w:val="0"/>
          <w:i w:val="0"/>
        </w:rPr>
        <w:t>In my trusty little car.</w:t>
      </w:r>
    </w:p>
    <w:p>
      <w:r>
        <w:rPr>
          <w:b w:val="0"/>
          <w:i w:val="0"/>
        </w:rPr>
        <w:t>I've befriended all the secretaries</w:t>
      </w:r>
    </w:p>
    <w:p>
      <w:r>
        <w:rPr>
          <w:b w:val="0"/>
          <w:i w:val="0"/>
        </w:rPr>
        <w:t>I've got to know whose who.</w:t>
      </w:r>
    </w:p>
    <w:p>
      <w:r>
        <w:rPr>
          <w:b w:val="0"/>
          <w:i w:val="0"/>
        </w:rPr>
        <w:t>I know all the Committees</w:t>
      </w:r>
    </w:p>
    <w:p>
      <w:r>
        <w:rPr>
          <w:b w:val="0"/>
          <w:i w:val="0"/>
        </w:rPr>
        <w:t>And just what's the thing to do.</w:t>
      </w:r>
    </w:p>
    <w:p>
      <w:r>
        <w:rPr>
          <w:b w:val="0"/>
          <w:i w:val="0"/>
        </w:rPr>
        <w:t>And now Ive got my first big show;</w:t>
      </w:r>
    </w:p>
    <w:p>
      <w:r>
        <w:rPr>
          <w:b w:val="0"/>
          <w:i w:val="0"/>
        </w:rPr>
        <w:t>The dogs are walking in.</w:t>
      </w:r>
    </w:p>
    <w:p>
      <w:r>
        <w:rPr>
          <w:b w:val="0"/>
          <w:i w:val="0"/>
        </w:rPr>
        <w:t>Ive really got to concentrate</w:t>
      </w:r>
    </w:p>
    <w:p>
      <w:r>
        <w:rPr>
          <w:b w:val="0"/>
          <w:i w:val="0"/>
        </w:rPr>
        <w:t>And decide who I should bin.</w:t>
      </w:r>
    </w:p>
    <w:p>
      <w:r>
        <w:rPr>
          <w:b w:val="0"/>
          <w:i w:val="0"/>
        </w:rPr>
        <w:t>That second dog is very smart</w:t>
      </w:r>
    </w:p>
    <w:p>
      <w:r>
        <w:rPr>
          <w:b w:val="0"/>
          <w:i w:val="0"/>
        </w:rPr>
        <w:t>And moving really well,</w:t>
      </w:r>
    </w:p>
    <w:p>
      <w:r>
        <w:rPr>
          <w:b w:val="0"/>
          <w:i w:val="0"/>
        </w:rPr>
        <w:t>But I don't know him from Adam</w:t>
      </w:r>
    </w:p>
    <w:p>
      <w:r>
        <w:rPr>
          <w:b w:val="0"/>
          <w:i w:val="0"/>
        </w:rPr>
        <w:t>So he can go as well.</w:t>
      </w:r>
    </w:p>
    <w:p>
      <w:r>
        <w:rPr>
          <w:b w:val="0"/>
          <w:i w:val="0"/>
        </w:rPr>
        <w:t>Theres Mary standing at the front</w:t>
      </w:r>
    </w:p>
    <w:p>
      <w:r>
        <w:rPr>
          <w:b w:val="0"/>
          <w:i w:val="0"/>
        </w:rPr>
        <w:t>Her dog is past its peak</w:t>
      </w:r>
    </w:p>
    <w:p>
      <w:r>
        <w:rPr>
          <w:b w:val="0"/>
          <w:i w:val="0"/>
        </w:rPr>
        <w:t>But I think I'll give her Best of Breed</w:t>
      </w:r>
    </w:p>
    <w:p>
      <w:r>
        <w:rPr>
          <w:b w:val="0"/>
          <w:i w:val="0"/>
        </w:rPr>
        <w:t>She's judging us next week.</w:t>
      </w:r>
    </w:p>
    <w:p>
      <w:r>
        <w:rPr>
          <w:b w:val="0"/>
          <w:i w:val="0"/>
        </w:rPr>
        <w:t>Phyllis should retire that dog</w:t>
      </w:r>
    </w:p>
    <w:p>
      <w:r>
        <w:rPr>
          <w:b w:val="0"/>
          <w:i w:val="0"/>
        </w:rPr>
        <w:t>His front is really bad</w:t>
      </w:r>
    </w:p>
    <w:p>
      <w:r>
        <w:rPr>
          <w:b w:val="0"/>
          <w:i w:val="0"/>
        </w:rPr>
        <w:t>But I want to use her stud dog</w:t>
      </w:r>
    </w:p>
    <w:p>
      <w:r>
        <w:rPr>
          <w:b w:val="0"/>
          <w:i w:val="0"/>
        </w:rPr>
        <w:t>So best not to make her mad.</w:t>
      </w:r>
    </w:p>
    <w:p>
      <w:r>
        <w:rPr>
          <w:b w:val="0"/>
          <w:i w:val="0"/>
        </w:rPr>
        <w:t>The dog that I put second,</w:t>
      </w:r>
    </w:p>
    <w:p>
      <w:r>
        <w:rPr>
          <w:b w:val="0"/>
          <w:i w:val="0"/>
        </w:rPr>
        <w:t>His owners got a cheek.</w:t>
      </w:r>
    </w:p>
    <w:p>
      <w:r>
        <w:rPr>
          <w:b w:val="0"/>
          <w:i w:val="0"/>
        </w:rPr>
        <w:t>I know that it's sedated</w:t>
      </w:r>
    </w:p>
    <w:p>
      <w:r>
        <w:rPr>
          <w:b w:val="0"/>
          <w:i w:val="0"/>
        </w:rPr>
        <w:t>It bit the judge last week!</w:t>
      </w:r>
    </w:p>
    <w:p>
      <w:r>
        <w:rPr>
          <w:b w:val="0"/>
          <w:i w:val="0"/>
        </w:rPr>
        <w:t>Well, that's the judging over</w:t>
      </w:r>
    </w:p>
    <w:p>
      <w:r>
        <w:rPr>
          <w:b w:val="0"/>
          <w:i w:val="0"/>
        </w:rPr>
        <w:t>I think I did it well</w:t>
      </w:r>
    </w:p>
    <w:p>
      <w:r>
        <w:rPr>
          <w:b w:val="0"/>
          <w:i w:val="0"/>
        </w:rPr>
        <w:t>Now who owes Me a favour?</w:t>
      </w:r>
    </w:p>
    <w:p>
      <w:r>
        <w:rPr>
          <w:b w:val="0"/>
          <w:i w:val="0"/>
        </w:rPr>
        <w:t>Only time will tell.</w:t>
      </w:r>
    </w:p>
    <w:p>
      <w:r>
        <w:rPr>
          <w:b w:val="0"/>
          <w:i w:val="0"/>
        </w:rPr>
        <w:t>Remember, the poem is not serious. It is a joke, so no-one is to get hot under the collar!</w:t>
      </w:r>
    </w:p>
    <w:p>
      <w:r>
        <w:rPr>
          <w:b w:val="0"/>
          <w:i w:val="0"/>
        </w:rPr>
        <w:t>Ann Britton</w:t>
      </w:r>
    </w:p>
    <w:p>
      <w:r>
        <w:rPr>
          <w:b w:val="0"/>
          <w:i w:val="0"/>
        </w:rPr>
        <w:t>01989720665</w:t>
      </w:r>
    </w:p>
    <w:p>
      <w:r>
        <w:rPr>
          <w:b w:val="0"/>
          <w:i w:val="0"/>
        </w:rPr>
        <w:t>email bowstones@btinternet.com</w:t>
      </w:r>
    </w:p>
    <w:p>
      <w:r>
        <w:rPr>
          <w:b w:val="0"/>
          <w:i w:val="0"/>
        </w:rPr>
        <w:t>Back to Archive</w:t>
      </w:r>
    </w:p>
    <w:p>
      <w:r>
        <w:rPr>
          <w:b w:val="0"/>
          <w:i w:val="0"/>
        </w:rPr>
        <w:t>Back to Breed Notes Index</w:t>
      </w:r>
    </w:p>
    <w:p>
      <w:r>
        <w:rPr>
          <w:b w:val="0"/>
          <w:i w:val="0"/>
        </w:rPr>
        <w:t>Tel</w:t>
      </w:r>
      <w:r>
        <w:br/>
      </w:r>
      <w:r>
        <w:rPr>
          <w:b w:val="0"/>
          <w:i w:val="0"/>
        </w:rPr>
        <w:br/>
        <w:t>0161 709 4550</w:t>
      </w:r>
      <w:r>
        <w:br/>
      </w:r>
      <w:r>
        <w:rPr>
          <w:b w:val="0"/>
          <w:i w:val="0"/>
        </w:rPr>
        <w:br/>
        <w:t>Advertising</w:t>
      </w:r>
      <w:r>
        <w:br/>
      </w:r>
      <w:r>
        <w:rPr>
          <w:b w:val="0"/>
          <w:i w:val="0"/>
        </w:rPr>
        <w:br/>
        <w:t>0161 709 4576</w:t>
      </w:r>
      <w:r>
        <w:br/>
      </w:r>
      <w:r>
        <w:rPr>
          <w:b w:val="0"/>
          <w:i w:val="0"/>
        </w:rPr>
        <w:br/>
        <w:t>Editorial</w:t>
      </w:r>
      <w:r>
        <w:br/>
      </w:r>
      <w:r>
        <w:rPr>
          <w:b w:val="0"/>
          <w:i w:val="0"/>
        </w:rPr>
        <w:br/>
        <w:t>0161 709 4550</w:t>
      </w:r>
      <w:r>
        <w:br/>
      </w:r>
      <w:r>
        <w:rPr>
          <w:b w:val="0"/>
          <w:i w:val="0"/>
        </w:rPr>
        <w:br/>
        <w:t>Subscriptions</w:t>
      </w:r>
      <w:r>
        <w:br/>
      </w:r>
      <w:r>
        <w:rPr>
          <w:b w:val="0"/>
          <w:i w:val="0"/>
        </w:rPr>
        <w:br/>
        <w:t>0161 709 4559</w:t>
      </w:r>
      <w:r>
        <w:br/>
      </w:r>
      <w:r>
        <w:rPr>
          <w:b w:val="0"/>
          <w:i w:val="0"/>
        </w:rPr>
        <w:br/>
        <w:t>Mail Order</w:t>
      </w:r>
      <w:r>
        <w:br/>
      </w:r>
      <w:r>
        <w:rPr>
          <w:b w:val="0"/>
          <w:i w:val="0"/>
        </w:rPr>
        <w:br/>
        <w:t>0161 709 4562</w:t>
      </w:r>
      <w:r>
        <w:br/>
      </w:r>
      <w:r>
        <w:rPr>
          <w:b w:val="0"/>
          <w:i w:val="0"/>
        </w:rPr>
        <w:br/>
        <w:t>Show Reports</w:t>
      </w:r>
      <w:r>
        <w:br/>
      </w:r>
      <w:r>
        <w:rPr>
          <w:b w:val="0"/>
          <w:i w:val="0"/>
        </w:rPr>
        <w:br/>
        <w:t>0161 709 4571</w:t>
      </w:r>
      <w:r>
        <w:br/>
      </w:r>
      <w:r>
        <w:rPr>
          <w:b w:val="0"/>
          <w:i w:val="0"/>
        </w:rPr>
        <w:br/>
        <w:t>SEND YOUR REPORT</w:t>
      </w:r>
      <w:r>
        <w:br/>
      </w:r>
      <w:r>
        <w:rPr>
          <w:b w:val="0"/>
          <w:i w:val="0"/>
        </w:rPr>
        <w:br/>
        <w:t>Competitions</w:t>
      </w:r>
      <w:r>
        <w:br/>
      </w:r>
      <w:r>
        <w:rPr>
          <w:b w:val="0"/>
          <w:i w:val="0"/>
        </w:rPr>
        <w:br/>
        <w:t>TOP DOG</w:t>
      </w:r>
      <w:r>
        <w:br/>
      </w:r>
      <w:r>
        <w:rPr>
          <w:b w:val="0"/>
          <w:i w:val="0"/>
        </w:rPr>
        <w:br/>
        <w:t>TOP PUPPY</w:t>
      </w:r>
      <w:r>
        <w:br/>
      </w:r>
      <w:r>
        <w:rPr>
          <w:b w:val="0"/>
          <w:i w:val="0"/>
        </w:rPr>
        <w:br/>
        <w:t>TOP BREEDER</w:t>
      </w:r>
      <w:r>
        <w:br/>
      </w:r>
      <w:r>
        <w:rPr>
          <w:b w:val="0"/>
          <w:i w:val="0"/>
        </w:rPr>
        <w:br/>
        <w:t>TOP STUD</w:t>
      </w:r>
      <w:r>
        <w:br/>
      </w:r>
      <w:r>
        <w:rPr>
          <w:b w:val="0"/>
          <w:i w:val="0"/>
        </w:rPr>
        <w:br/>
        <w:t>TOP BROOD</w:t>
      </w:r>
      <w:r>
        <w:br/>
      </w:r>
      <w:r>
        <w:rPr>
          <w:b w:val="0"/>
          <w:i w:val="0"/>
        </w:rPr>
        <w:br/>
        <w:t>Members' Area</w:t>
      </w:r>
      <w:r>
        <w:br/>
      </w:r>
      <w:r>
        <w:rPr>
          <w:b w:val="0"/>
          <w:i w:val="0"/>
        </w:rPr>
        <w:br/>
        <w:t>BREED NOTES</w:t>
      </w:r>
      <w:r>
        <w:br/>
      </w:r>
      <w:r>
        <w:rPr>
          <w:b w:val="0"/>
          <w:i w:val="0"/>
        </w:rPr>
        <w:br/>
        <w:t>CHAMP SHOWS</w:t>
      </w:r>
      <w:r>
        <w:br/>
      </w:r>
      <w:r>
        <w:rPr>
          <w:b w:val="0"/>
          <w:i w:val="0"/>
        </w:rPr>
        <w:br/>
        <w:t>GENERAL SHOWS</w:t>
      </w:r>
      <w:r>
        <w:br/>
      </w:r>
      <w:r>
        <w:rPr>
          <w:b w:val="0"/>
          <w:i w:val="0"/>
        </w:rPr>
        <w:br/>
        <w:t>REGULAR FEATURES</w:t>
      </w:r>
      <w:r>
        <w:br/>
      </w:r>
      <w:r>
        <w:rPr>
          <w:b w:val="0"/>
          <w:i w:val="0"/>
        </w:rPr>
        <w:br/>
        <w:t>DIGITAL EDITION</w:t>
      </w:r>
      <w:r>
        <w:br/>
      </w:r>
      <w:r>
        <w:rPr>
          <w:b w:val="0"/>
          <w:i w:val="0"/>
        </w:rPr>
        <w:br/>
        <w:t>Sign up for our newsletter</w:t>
      </w:r>
      <w:r>
        <w:br/>
      </w:r>
      <w:r>
        <w:rPr>
          <w:b w:val="0"/>
          <w:i w:val="0"/>
        </w:rPr>
        <w:br/>
        <w:t>Follow Us</w:t>
      </w:r>
    </w:p>
    <w:p>
      <w:r>
        <w:rPr>
          <w:b w:val="0"/>
          <w:i w:val="0"/>
        </w:rPr>
        <w:t>© Our Dogs Publishing All Rights Reserved. | Privacy Policy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