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- 07/07/2023 - ISSUE"</w:t>
      </w:r>
      <w:r>
        <w:br/>
      </w:r>
      <w:r>
        <w:rPr>
          <w:b w:val="0"/>
          <w:i w:val="0"/>
        </w:rPr>
        <w:br/>
        <w:t>date_original: "07/07/2023 - ISSUE"</w:t>
      </w:r>
      <w:r>
        <w:br/>
      </w:r>
      <w:r>
        <w:rPr>
          <w:b w:val="0"/>
          <w:i w:val="0"/>
        </w:rPr>
        <w:br/>
        <w:t>source_url: "https://www.ourdogs.co.uk/members/breednotes/RetrieverLabradorMain.php"</w:t>
      </w:r>
      <w:r>
        <w:br/>
      </w:r>
      <w:r>
        <w:rPr>
          <w:b w:val="0"/>
          <w:i w:val="0"/>
        </w:rPr>
        <w:br/>
        <w:t>scraped_at: "2026-09-13T15:09:48"</w:t>
      </w:r>
      <w:r>
        <w:br/>
      </w:r>
      <w:r>
        <w:rPr>
          <w:b w:val="0"/>
          <w:i w:val="0"/>
        </w:rPr>
        <w:br/>
        <w:t>word_count: 577</w:t>
      </w:r>
    </w:p>
    <w:p>
      <w:r>
        <w:t>――――――――――――――――――――――――――――――</w:t>
      </w:r>
    </w:p>
    <w:p>
      <w:r>
        <w:rPr>
          <w:b w:val="0"/>
          <w:i w:val="0"/>
        </w:rPr>
        <w:t>NEWS MEMBERS' AREA SHOP SUBSCRIBE UPCOMING SHOWS MORE</w:t>
      </w:r>
    </w:p>
    <w:p>
      <w:r>
        <w:rPr>
          <w:b w:val="0"/>
          <w:i w:val="0"/>
        </w:rPr>
        <w:t>RETRIEVER LABRADOR</w:t>
      </w:r>
    </w:p>
    <w:p>
      <w:r>
        <w:rPr>
          <w:b w:val="0"/>
          <w:i w:val="0"/>
        </w:rPr>
        <w:t>Issue: 07/07/2023</w:t>
      </w:r>
    </w:p>
    <w:p>
      <w:r>
        <w:rPr>
          <w:b w:val="0"/>
          <w:i w:val="0"/>
        </w:rPr>
        <w:t xml:space="preserve">Nothing to do with Labradors but a notice from Royal Mail announces that it is time to use up non-barcoded postage stamps which will be no longer valid after the 31st of July 2023; if used, the recipient may have to pay additional charges. Regular stamps may be used before the 31st of July 2023 or you can swap them for new barcoded ones. </w:t>
      </w:r>
    </w:p>
    <w:p>
      <w:r>
        <w:rPr>
          <w:b w:val="0"/>
          <w:i w:val="0"/>
        </w:rPr>
        <w:t xml:space="preserve">To swap them print off the form from royalmail.com/barcodedstamps. Complete the form and include it with the unused stamps in an envelope. Self adhesive stamps must be attached to the original backing paper or book. Individual stamps that are not self adhesive must be stuck to a sheet of paper and attached to your completed form. </w:t>
      </w:r>
    </w:p>
    <w:p>
      <w:r>
        <w:rPr>
          <w:b w:val="0"/>
          <w:i w:val="0"/>
        </w:rPr>
        <w:t xml:space="preserve">Send safely and free of charge to Freepost SWAP OUT (no stamps or additional details are required on the envelope). </w:t>
      </w:r>
    </w:p>
    <w:p>
      <w:r>
        <w:rPr>
          <w:b w:val="0"/>
          <w:i w:val="0"/>
        </w:rPr>
        <w:t>At Windsor under the Secretarial eye of Sussie Wiles, assisted by daughter Bonnie and Alison Scutcher (newly appointed to the KC Board of Directors) an entry of 128 dogs and bitches awaited judge Jan Roger Sauge of the well known Mambrinos Labrador kennel in Norway. The results saw both CCs going to entrants from abroad, noted these days for really top class Labradors as I have observed at Crufts and on my foreign judging trips. The winners were:-</w:t>
      </w:r>
    </w:p>
    <w:p>
      <w:r>
        <w:rPr>
          <w:b w:val="0"/>
          <w:i w:val="0"/>
        </w:rPr>
        <w:t>Dog CC and Best of Breed: Mr Sander Nugteren Int Ch LabÃ¢â‚¬â„¢SPb Gazprom (Imp Rus)</w:t>
      </w:r>
    </w:p>
    <w:p>
      <w:r>
        <w:rPr>
          <w:b w:val="0"/>
          <w:i w:val="0"/>
        </w:rPr>
        <w:t>Res Dog CC: Mr Gary &amp; Mrs Jean Johnsons Sh Ch Cremino Calabrese</w:t>
      </w:r>
    </w:p>
    <w:p>
      <w:r>
        <w:rPr>
          <w:b w:val="0"/>
          <w:i w:val="0"/>
        </w:rPr>
        <w:t>Bitch CC: Mrs Ans Van den Bremen NL Ch Int Ch DK Ch Ger Riverflow Spring Fever</w:t>
      </w:r>
    </w:p>
    <w:p>
      <w:r>
        <w:rPr>
          <w:b w:val="0"/>
          <w:i w:val="0"/>
        </w:rPr>
        <w:t>Res Bitch CC: Mrs J &amp; Mr A Metcalfe Baileydale Hello Sailor JW</w:t>
      </w:r>
    </w:p>
    <w:p>
      <w:r>
        <w:rPr>
          <w:b w:val="0"/>
          <w:i w:val="0"/>
        </w:rPr>
        <w:t>Best Puppy: Mr &amp; Mrs Ian Ganney Darrabol Amphitrite</w:t>
      </w:r>
    </w:p>
    <w:p>
      <w:r>
        <w:rPr>
          <w:b w:val="0"/>
          <w:i w:val="0"/>
        </w:rPr>
        <w:t>Best Veteran: Mrs Frances Mount Buckholt Tap Dancer Tess</w:t>
      </w:r>
    </w:p>
    <w:p>
      <w:r>
        <w:rPr>
          <w:b w:val="0"/>
          <w:i w:val="0"/>
        </w:rPr>
        <w:t xml:space="preserve">Best Special Beginner: Miss Pauline Newman Creamwood Silver Hawthorn </w:t>
      </w:r>
    </w:p>
    <w:p>
      <w:r>
        <w:rPr>
          <w:b w:val="0"/>
          <w:i w:val="0"/>
        </w:rPr>
        <w:t>Thank you to Anne Hoban for the following, Ã¢â‚¬Å"If you are still needing certain essential JEP judging requirements or even if you just love Labradors and want to find out more by just attending the morning session with lunch, this is a reminder that the West of England LRC will be holding a Breed Appreciation Day on Sunday 23rd July 2023 at Oake &amp; District Hall, Oake, Taunton TA4 1JA.</w:t>
      </w:r>
    </w:p>
    <w:p>
      <w:r>
        <w:rPr>
          <w:b w:val="0"/>
          <w:i w:val="0"/>
        </w:rPr>
        <w:t xml:space="preserve">We have a talk by breed specialist Margaret Brown (Ramsayville) in the morning followed by the Multiple Choice Exam.. which is specifically for those interested in progressing through the show judging levels. </w:t>
      </w:r>
    </w:p>
    <w:p>
      <w:r>
        <w:rPr>
          <w:b w:val="0"/>
          <w:i w:val="0"/>
        </w:rPr>
        <w:t>After lunch there is the opportunity to experience group mentoring with senior judges in the breed.</w:t>
      </w:r>
    </w:p>
    <w:p>
      <w:r>
        <w:rPr>
          <w:b w:val="0"/>
          <w:i w:val="0"/>
        </w:rPr>
        <w:t>Everyone is welcome and if youÃ¢â‚¬â„¢d like to enquire further, please do get in touch with our Secretary, Lucy Kent by email or phone &amp; Lucy would be happy to answer any questions which you may have.</w:t>
      </w:r>
    </w:p>
    <w:p>
      <w:r>
        <w:rPr>
          <w:b w:val="0"/>
          <w:i w:val="0"/>
        </w:rPr>
        <w:t>lucy_kent_0209@hotmail.com</w:t>
      </w:r>
    </w:p>
    <w:p>
      <w:r>
        <w:rPr>
          <w:b w:val="0"/>
          <w:i w:val="0"/>
        </w:rPr>
        <w:t>01823 421321</w:t>
      </w:r>
    </w:p>
    <w:p>
      <w:r>
        <w:rPr>
          <w:b w:val="0"/>
          <w:i w:val="0"/>
        </w:rPr>
        <w:t>The Club will be looking forward to seeing you.Ã¢â‚¬Â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