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- 18/07/2014 - ISSUE"</w:t>
      </w:r>
      <w:r>
        <w:br/>
      </w:r>
      <w:r>
        <w:rPr>
          <w:b w:val="0"/>
          <w:i w:val="0"/>
        </w:rPr>
        <w:br/>
        <w:t>date_original: "18/07/2014 - ISSUE"</w:t>
      </w:r>
      <w:r>
        <w:br/>
      </w:r>
      <w:r>
        <w:rPr>
          <w:b w:val="0"/>
          <w:i w:val="0"/>
        </w:rPr>
        <w:br/>
        <w:t>source_url: "https://www.ourdogs.co.uk/members/breednotes/RetrieverLabradorMain.php"</w:t>
      </w:r>
      <w:r>
        <w:br/>
      </w:r>
      <w:r>
        <w:rPr>
          <w:b w:val="0"/>
          <w:i w:val="0"/>
        </w:rPr>
        <w:br/>
        <w:t>scraped_at: "2026-09-13T15:33:46"</w:t>
      </w:r>
      <w:r>
        <w:br/>
      </w:r>
      <w:r>
        <w:rPr>
          <w:b w:val="0"/>
          <w:i w:val="0"/>
        </w:rPr>
        <w:br/>
        <w:t>word_count: 904</w:t>
      </w:r>
    </w:p>
    <w:p>
      <w:r>
        <w:t>――――――――――――――――――――――――――――――</w:t>
      </w:r>
    </w:p>
    <w:p>
      <w:r>
        <w:rPr>
          <w:b w:val="0"/>
          <w:i w:val="0"/>
        </w:rPr>
        <w:t>NEWS MEMBERS' AREA SHOP SUBSCRIBE UPCOMING SHOWS MORE</w:t>
      </w:r>
    </w:p>
    <w:p>
      <w:r>
        <w:rPr>
          <w:b w:val="0"/>
          <w:i w:val="0"/>
        </w:rPr>
        <w:t>RETRIEVER LABRADOR</w:t>
      </w:r>
    </w:p>
    <w:p>
      <w:r>
        <w:rPr>
          <w:b w:val="0"/>
          <w:i w:val="0"/>
        </w:rPr>
        <w:t>Issue: 18/07/2014</w:t>
      </w:r>
    </w:p>
    <w:p>
      <w:r>
        <w:rPr>
          <w:b w:val="0"/>
          <w:i w:val="0"/>
        </w:rPr>
        <w:t xml:space="preserve">I was very sorry to hear the news that Sue Hartleys husband (Suley) had passed away recently. Our </w:t>
      </w:r>
    </w:p>
    <w:p>
      <w:r>
        <w:rPr>
          <w:b w:val="0"/>
          <w:i w:val="0"/>
        </w:rPr>
        <w:t xml:space="preserve">thoughts and condolences are with you Sue at this sad time. </w:t>
      </w:r>
    </w:p>
    <w:p>
      <w:r>
        <w:rPr>
          <w:b w:val="0"/>
          <w:i w:val="0"/>
        </w:rPr>
        <w:t xml:space="preserve">Labradors at East of England championship show were judged by Moray Armstrong. Judging started at 9am on a working Friday, so not at all easy for those from afar to get to the show  which involves routes via the M5, M6 and A14, all with lengthy roadworks and speed restrictions in place. Some of the homewards bound journeys sounded absolutely tedious. </w:t>
      </w:r>
    </w:p>
    <w:p>
      <w:r>
        <w:rPr>
          <w:b w:val="0"/>
          <w:i w:val="0"/>
        </w:rPr>
        <w:t xml:space="preserve">From an entry of 145 dogs and bitches, the Dog CC and Best of Breed winner was Richard Staffords yellow, Sh Ch Farnfield Topo Gigio JW ShCM. The Dog RCC was won by the Brown family's yellow Sh Ch Brighton Sarracenia (Pol IMP). The Bitch CC winner was Louise Lewis yellow, Crammondkirk Morning Mist JW whilst the Bitch RCC went to Judith Charltons yellow, Sh Ch Foxrush Remember the Time. Making it an all yellow line up, Best Puppy was the yellow dog of the Metcalfes, Baileydale Hemmingway. </w:t>
      </w:r>
    </w:p>
    <w:p>
      <w:r>
        <w:rPr>
          <w:b w:val="0"/>
          <w:i w:val="0"/>
        </w:rPr>
        <w:t xml:space="preserve">A few days later, mid-week, Dukeries Gundog Society held their evening open show where the Labrador judge was Liz Peggs (Jancet Labradors). Judith Charlton went Best of Breed with Sh Ch </w:t>
      </w:r>
    </w:p>
    <w:p>
      <w:r>
        <w:rPr>
          <w:b w:val="0"/>
          <w:i w:val="0"/>
        </w:rPr>
        <w:t xml:space="preserve">Foxrush Remember the Time and also won Best Puppy in Breed with Foxrush Limited Edition, one of the many youngsters born in the past few months, sired by the popular American bred stud, Devonshires London Edition. To crown a good evenings show, Judiths Sh Ch F. Remember the Time then went Best in Show under Alan Curry (Lodore). Many congratulations. </w:t>
      </w:r>
    </w:p>
    <w:p>
      <w:r>
        <w:rPr>
          <w:b w:val="0"/>
          <w:i w:val="0"/>
        </w:rPr>
        <w:t xml:space="preserve">Linda Harvey Major has a new email address linjorretrievers@gmail.com. </w:t>
      </w:r>
    </w:p>
    <w:p>
      <w:r>
        <w:rPr>
          <w:b w:val="0"/>
          <w:i w:val="0"/>
        </w:rPr>
        <w:t xml:space="preserve">Linda has at last moved to her new home at Whitchurch, near Monmouth. Having purchased her dream property in the spring, she has worked non-stop over the past few months, renovating, updating and decorating, which work inconveniently involved her falling off a ladder and injuring her wrist, entailing hospital visits and immobilising splints. Undeterred, Linda carried on decorating, wielding the paint brush with her one good hand to complete the job by final moving-in day, which was 9th July.  </w:t>
      </w:r>
    </w:p>
    <w:p>
      <w:r>
        <w:rPr>
          <w:b w:val="0"/>
          <w:i w:val="0"/>
        </w:rPr>
        <w:t xml:space="preserve">Just three days after moving in, she very generously entertained many of her Labrador friends at her house warming and official house- blessing. The blessing was performed by one of Lindas Labrador owning pals, who is a Vicar. A memorable occasion. Thank you so much, Linda. </w:t>
      </w:r>
    </w:p>
    <w:p>
      <w:r>
        <w:rPr>
          <w:b w:val="0"/>
          <w:i w:val="0"/>
        </w:rPr>
        <w:t xml:space="preserve">On the same day but a couple of hours north, very many Labradors and their owners attended </w:t>
      </w:r>
    </w:p>
    <w:p>
      <w:r>
        <w:rPr>
          <w:b w:val="0"/>
          <w:i w:val="0"/>
        </w:rPr>
        <w:t xml:space="preserve">Midland Counties Lab Club Annual Puppy Party, Eye Testing and general social gathering plus mouth- watering barbeque, at the home of Michael and Judy Neachell near Burton on Trent. The weather was kind for the event this year and I gather it was a really enjoyable warm sunny day.  </w:t>
      </w:r>
    </w:p>
    <w:p>
      <w:r>
        <w:rPr>
          <w:b w:val="0"/>
          <w:i w:val="0"/>
        </w:rPr>
        <w:t xml:space="preserve">I fully intended going but having recently had a "slight" mishap to my car, I am wheel-less at the moment. The garage, which is mending it, had already had the car for a week and I believed they were getting on well with the job, which I had been told would take around ten working days. </w:t>
      </w:r>
    </w:p>
    <w:p>
      <w:r>
        <w:rPr>
          <w:b w:val="0"/>
          <w:i w:val="0"/>
        </w:rPr>
        <w:t xml:space="preserve">A phone call from the menders after five working days was, however, not to say the car was restored as new, but revealed that work had not even started yet, other than stripping the car of its bent door and front wing. Work had come to a complete halt.  </w:t>
      </w:r>
    </w:p>
    <w:p>
      <w:r>
        <w:rPr>
          <w:b w:val="0"/>
          <w:i w:val="0"/>
        </w:rPr>
        <w:t xml:space="preserve">Why?  </w:t>
      </w:r>
    </w:p>
    <w:p>
      <w:r>
        <w:rPr>
          <w:b w:val="0"/>
          <w:i w:val="0"/>
        </w:rPr>
        <w:t xml:space="preserve">They had just found out that my Volvo's new wing, far from being in Ross on Wye, or Hereford or Gloucester or anywhere in the UK, was actually and very inconveniently, still in Gothenburg, Sweden, which is not much help to me!  </w:t>
      </w:r>
    </w:p>
    <w:p>
      <w:r>
        <w:rPr>
          <w:b w:val="0"/>
          <w:i w:val="0"/>
        </w:rPr>
        <w:t xml:space="preserve">I was told a recall, evidently due to metal problems, has meant there is not a single replacement </w:t>
      </w:r>
    </w:p>
    <w:p>
      <w:r>
        <w:rPr>
          <w:b w:val="0"/>
          <w:i w:val="0"/>
        </w:rPr>
        <w:t xml:space="preserve">Volvo wing in the whole of the UK at the moment. </w:t>
      </w:r>
    </w:p>
    <w:p>
      <w:r>
        <w:rPr>
          <w:b w:val="0"/>
          <w:i w:val="0"/>
        </w:rPr>
        <w:t xml:space="preserve">Arrrgh! Who knows when work will re-commence?  </w:t>
      </w:r>
    </w:p>
    <w:p>
      <w:r>
        <w:rPr>
          <w:b w:val="0"/>
          <w:i w:val="0"/>
        </w:rPr>
        <w:t xml:space="preserve">Up till a few years ago, I had my late husband, George's car to fall back on in an emergency, but thinking that my trusty Volvo would be on the road forever, I got rid of his car as it just sat in the garage un-used and gathering dust. Now I really need it! </w:t>
      </w:r>
    </w:p>
    <w:p>
      <w:r>
        <w:rPr>
          <w:b w:val="0"/>
          <w:i w:val="0"/>
        </w:rPr>
        <w:t xml:space="preserve">Until one experiences this car-less state, it never crosses one's mind what life without wheels is actually like when living in the heart of the country and owning dogs. What if you need to get to the Vet, to fetch dog-food, let alone trying to get to shows and events.  At least July is a quieter month, show-wise. Looks like I shall be hiring something to tide me over; it's a pity that the hirers are all so mightily fussy about DOG HAIRS though!  </w:t>
      </w:r>
    </w:p>
    <w:p>
      <w:r>
        <w:rPr>
          <w:b w:val="0"/>
          <w:i w:val="0"/>
        </w:rPr>
        <w:t>Ann Britton</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