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 Aug 2003"</w:t>
      </w:r>
      <w:r>
        <w:br/>
      </w:r>
      <w:r>
        <w:rPr>
          <w:b w:val="0"/>
          <w:i w:val="0"/>
        </w:rPr>
        <w:br/>
        <w:t>date_original: "15 Aug 2003"</w:t>
      </w:r>
      <w:r>
        <w:br/>
      </w:r>
      <w:r>
        <w:rPr>
          <w:b w:val="0"/>
          <w:i w:val="0"/>
        </w:rPr>
        <w:br/>
        <w:t>source_url: "https://www.ourdogs.co.uk/members/breednotes/2003/RetrieverLabrador/RetrieverLabrador-aug15.htm"</w:t>
      </w:r>
      <w:r>
        <w:br/>
      </w:r>
      <w:r>
        <w:rPr>
          <w:b w:val="0"/>
          <w:i w:val="0"/>
        </w:rPr>
        <w:br/>
        <w:t>archive_type: "static_html"</w:t>
      </w:r>
      <w:r>
        <w:br/>
      </w:r>
      <w:r>
        <w:rPr>
          <w:b w:val="0"/>
          <w:i w:val="0"/>
        </w:rPr>
        <w:br/>
        <w:t>scraped_at: "2026-09-13T22:15:36"</w:t>
      </w:r>
      <w:r>
        <w:br/>
      </w:r>
      <w:r>
        <w:rPr>
          <w:b w:val="0"/>
          <w:i w:val="0"/>
        </w:rPr>
        <w:br/>
        <w:t>word_count: 1644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This year National Gundog Ch Show was held at Kelso in the Scottish Borders. The weather was hot and sunny. The judges were Ms Janice Pritchard (Dogs) and Miss Caron Morton (Bitches).</w:t>
      </w:r>
    </w:p>
    <w:p>
      <w:r>
        <w:rPr>
          <w:b w:val="0"/>
          <w:i w:val="0"/>
        </w:rPr>
        <w:t>The Dog CC and Best of Breed was won by the Rawlinsons yellow, Wilsbury Wild Fire at Halshimoor, winning his 2nd CC. The Res Dog CC went to Diana Downey Tulloch’s black Sh Ch Tullochmohr Final Edition. The Bitch CC was another for David Craig and Angela William’s black, Sh Ch Foulby Agatha Christie, whilst the RCC was won by Lynn Minchella’s black Abbeystead Tranquil.</w:t>
      </w:r>
    </w:p>
    <w:p>
      <w:r>
        <w:rPr>
          <w:b w:val="0"/>
          <w:i w:val="0"/>
        </w:rPr>
        <w:t>Best Puppy was Carol and Mervyn Reynolds yellow bitch, Carromers Too Hot To Handle, who was later placed 4th in the Puppy Group under judge Carole Coode.</w:t>
      </w:r>
    </w:p>
    <w:p>
      <w:r>
        <w:rPr>
          <w:b w:val="0"/>
          <w:i w:val="0"/>
        </w:rPr>
        <w:t>A sad letter from Glenys Fryer, who has tragically lost her young bitch Suleys Samantha at Fullwell with Pyometra.</w:t>
      </w:r>
    </w:p>
    <w:p>
      <w:r>
        <w:rPr>
          <w:b w:val="0"/>
          <w:i w:val="0"/>
        </w:rPr>
        <w:t>In the hope that her account of what happened may be helpful to others whose bitches become off colour in similar circumstances, I am printing the whole of her letter. Glenys writes:-</w:t>
      </w:r>
    </w:p>
    <w:p>
      <w:r>
        <w:rPr>
          <w:b w:val="0"/>
          <w:i w:val="0"/>
        </w:rPr>
        <w:t>‘ It is taking all my courage to type this now, with a great lump in my throat, a pain in my heart and red rimmed eyes, but it’s something I didn’t know would happen and has, so here goes.</w:t>
      </w:r>
    </w:p>
    <w:p>
      <w:r>
        <w:rPr>
          <w:b w:val="0"/>
          <w:i w:val="0"/>
        </w:rPr>
        <w:t>‘In the early hours of this morning my beloved Labrador, Minnie died, aged 2 and a half, she was in season and was mated a week ago on Friday. To make sure she was safe from my young dog here, we boarded her with friends.</w:t>
      </w:r>
    </w:p>
    <w:p>
      <w:r>
        <w:rPr>
          <w:b w:val="0"/>
          <w:i w:val="0"/>
        </w:rPr>
        <w:t>‘Minnie came home last night and was lethargic, she had what I thought was diarrhoea, it was runny and was streaked with blood. I rang the vet, who said it could be the heat, (the country is in the middle of a heatwave with temperatures in the 30degrees daily- AMB).</w:t>
      </w:r>
    </w:p>
    <w:p>
      <w:r>
        <w:rPr>
          <w:b w:val="0"/>
          <w:i w:val="0"/>
        </w:rPr>
        <w:t>‘The Vet asked if she was drinking a lot of water. I said yes, she was and she said to give her some kaolin. This we did and Minnie went to sleep. We thought she was OK. At six o’clock this morning we found her dead.</w:t>
      </w:r>
    </w:p>
    <w:p>
      <w:r>
        <w:rPr>
          <w:b w:val="0"/>
          <w:i w:val="0"/>
        </w:rPr>
        <w:t>‘We had a post mortem carried out and the cause of death was Pyometra. This is an infection in the uterus and the discharge, which I thought was diarrhoea, was in fact coming from the uterus.</w:t>
      </w:r>
    </w:p>
    <w:p>
      <w:r>
        <w:rPr>
          <w:b w:val="0"/>
          <w:i w:val="0"/>
        </w:rPr>
        <w:t>‘I am now full of guilt, because I wonder if I should have insisted the vet come out, but I’ll never know if my girl could have been saved.</w:t>
      </w:r>
    </w:p>
    <w:p>
      <w:r>
        <w:rPr>
          <w:b w:val="0"/>
          <w:i w:val="0"/>
        </w:rPr>
        <w:t>‘The reason I’m posting this is to say please, please consider all the options of breeding before you plan a litter. It’s six years since I bred a litter and we lost that litter of two puppies then.</w:t>
      </w:r>
    </w:p>
    <w:p>
      <w:r>
        <w:rPr>
          <w:b w:val="0"/>
          <w:i w:val="0"/>
        </w:rPr>
        <w:t>‘Dog breeding is not always straight forward and even I, after twenty odd years of owning dogs, did not recognise Pyometra.</w:t>
      </w:r>
    </w:p>
    <w:p>
      <w:r>
        <w:rPr>
          <w:b w:val="0"/>
          <w:i w:val="0"/>
        </w:rPr>
        <w:t>‘Please take time to do a search on Pyometra and then should this happen to you, you will know to get help straight away.</w:t>
      </w:r>
    </w:p>
    <w:p>
      <w:r>
        <w:rPr>
          <w:b w:val="0"/>
          <w:i w:val="0"/>
        </w:rPr>
        <w:t>‘I’ll never forgive myself for not insisting that the vet come out last night. My girl may well have been saved.’</w:t>
      </w:r>
    </w:p>
    <w:p>
      <w:r>
        <w:rPr>
          <w:b w:val="0"/>
          <w:i w:val="0"/>
        </w:rPr>
        <w:t>Thank you Glenys, what a sad story, I am so very sorry that this has happened to such a caring owner.</w:t>
      </w:r>
    </w:p>
    <w:p>
      <w:r>
        <w:rPr>
          <w:b w:val="0"/>
          <w:i w:val="0"/>
        </w:rPr>
        <w:t>Over twenty years ago, I had a similar bitch, of a similar age, who developed pyometra when her puppies were about six months old. I guess that most people, who breed dogs, will come up against this horrible infection at least once in their career.</w:t>
      </w:r>
    </w:p>
    <w:p>
      <w:r>
        <w:rPr>
          <w:b w:val="0"/>
          <w:i w:val="0"/>
        </w:rPr>
        <w:t>If caught early, the bitch has an emergency spay and in the majority of cases the prognosis for the future is good. The trouble is that pyometra is so difficult to spot. Once you have seen one, you will never miss another one, believe me.</w:t>
      </w:r>
    </w:p>
    <w:p>
      <w:r>
        <w:rPr>
          <w:b w:val="0"/>
          <w:i w:val="0"/>
        </w:rPr>
        <w:t>Pyometra is most definitely a life threatening illness of entire bitches, the uterus becomes full of pus and the bitch becomes poisoned from the toxins, which are released into the bloodstream.</w:t>
      </w:r>
    </w:p>
    <w:p>
      <w:r>
        <w:rPr>
          <w:b w:val="0"/>
          <w:i w:val="0"/>
        </w:rPr>
        <w:t>Glenys’s bitch appeared to have had an open pyometra, where there was a discharge. There is also a closed pyometra, which is what my bitch had and this is even more difficult to spot, there being no discharge at all.</w:t>
      </w:r>
    </w:p>
    <w:p>
      <w:r>
        <w:rPr>
          <w:b w:val="0"/>
          <w:i w:val="0"/>
        </w:rPr>
        <w:t>In the case of both open and closed pyometra, the bitch becomes quickly off colour, usually appears greatly bloated or fat, yet is off her food, drinks excessively ( due to the toxicity and kidney damage) and often has heavily bloodshot eyes.</w:t>
      </w:r>
    </w:p>
    <w:p>
      <w:r>
        <w:rPr>
          <w:b w:val="0"/>
          <w:i w:val="0"/>
        </w:rPr>
        <w:t>This was the case with my bitch, I thought she just had very sore eyes, but luckily took her straight to the Vet, who diagnosed a closed pyometra, which he told me would kill her within the day should we not operate straight away. He operated there and then and when the uterus was removed, it overflowed a large washing-up bowl and was tightly packed full with pus.</w:t>
      </w:r>
      <w:r>
        <w:br/>
      </w:r>
      <w:r>
        <w:rPr>
          <w:b w:val="0"/>
          <w:i w:val="0"/>
        </w:rPr>
        <w:br/>
        <w:t>A horrible sight and something, which once seen, will never be forgotten.</w:t>
      </w:r>
    </w:p>
    <w:p>
      <w:r>
        <w:rPr>
          <w:b w:val="0"/>
          <w:i w:val="0"/>
        </w:rPr>
        <w:t>I was lucky, two days later, my bitch was back to normal and lived a long life into her teens, but sadly many more are like Glenys’s Minnie and do not survive.</w:t>
      </w:r>
    </w:p>
    <w:p>
      <w:r>
        <w:rPr>
          <w:b w:val="0"/>
          <w:i w:val="0"/>
        </w:rPr>
        <w:t>I know this is a very sad tale, but I hope it will be useful to others in future. Look out for a bitch, who may have been in season or given birth recently, who is off colour, thirsty, bloated and has bloodshot eyes and get to the Vet immediately.</w:t>
      </w:r>
    </w:p>
    <w:p>
      <w:r>
        <w:rPr>
          <w:b w:val="0"/>
          <w:i w:val="0"/>
        </w:rPr>
        <w:t>Ann Britton</w:t>
      </w:r>
      <w:r>
        <w:br/>
      </w:r>
      <w:r>
        <w:rPr>
          <w:b w:val="0"/>
          <w:i w:val="0"/>
        </w:rPr>
        <w:br/>
        <w:t>01989 720665 email bowstones@btinternet.com</w:t>
      </w:r>
    </w:p>
    <w:p>
      <w:r>
        <w:rPr>
          <w:b w:val="0"/>
          <w:i w:val="0"/>
        </w:rPr>
        <w:t>The National Gundog Championship Show, at the Border Union Showground, Kelso, adopted Border Union's fine layout so appreciated at this showground and only a stiff chilly breeze prevented a real heatwave. Excitement mounted in the dog ring when to great applause Diana Downey-Tulloch's Sh Ch TULLOCHMOHR FINAL EDITION came first in the Open Dog Class with Int/Fr/Lux Sh Ch OLE second in a closely fought competition. This class was "in good hard condition" according to the judge, Janice Pritchard who relayed this information to the ringside.</w:t>
      </w:r>
    </w:p>
    <w:p>
      <w:r>
        <w:rPr>
          <w:b w:val="0"/>
          <w:i w:val="0"/>
        </w:rPr>
        <w:t>However, Final Edition had to be content with the RCC as the winner of the Dog CC was the Rawlinson family's yellow, WILSBURY WILD FIRE AT HALSHIMOOR JW (Rocheby Old Smokey x Wilsbury Sparklette) bred by Mrs Swindells, winner of Special Yearling and looking really great in the challenge. He later was awarded BoB. Over in the Bitch ring, Caron Morton found her CC winner in David Craig and Angela William's Sh Ch FOULBY AGATHA CHRISTIE with the RCC going to Lyn Minchella's ABBEYSTEAD TRANQUIL, winner of Limit. Jim Nolan, veyaties@aol.com.</w:t>
      </w:r>
    </w:p>
    <w:p>
      <w:r>
        <w:rPr>
          <w:b w:val="0"/>
          <w:i w:val="0"/>
        </w:rPr>
        <w:t>With the sad death of Didi Hepworth we have lost a wonderful person and a character we loved and admired. She was not only one of the best breeders in the world but kept us all amused with her demands on her husband, Bob, around the ringside. She obviously loved him dearly and he just got on with whatever Didi wished. I remember some years ago reading a feature on the Poolstead kennel when they won their 100th CC. What a feat. I don't know the tally to date but the success of their kennel has never diminished winning at the top all the way. Everyone in Scotland sends their sympathy to Bob, who, we hope will continue to grace the ringside with his gentlemanly conduct and good humour. Not so long ago I accompanied Didi through Schipol Airport returning from an overseas judging appointment. Her knee was troubling her and we decided a couple of gins was the answer. We had a good laugh and time flew. We shall all miss her.</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